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BAEFF" w14:textId="77777777" w:rsidR="00E468C6" w:rsidRDefault="004760EB">
      <w:pPr>
        <w:spacing w:before="1700"/>
        <w:jc w:val="center"/>
      </w:pPr>
      <w:proofErr w:type="spellStart"/>
      <w:r>
        <w:rPr>
          <w:b/>
          <w:sz w:val="40"/>
        </w:rPr>
        <w:t>次世代成長産業技術開発等支援事業補助金</w:t>
      </w:r>
      <w:proofErr w:type="spellEnd"/>
    </w:p>
    <w:p w14:paraId="0D153C37" w14:textId="4376F72D" w:rsidR="00E468C6" w:rsidRDefault="004760EB">
      <w:pPr>
        <w:jc w:val="center"/>
        <w:rPr>
          <w:lang w:eastAsia="ja-JP"/>
        </w:rPr>
      </w:pPr>
      <w:r>
        <w:rPr>
          <w:b/>
          <w:sz w:val="50"/>
          <w:lang w:eastAsia="ja-JP"/>
        </w:rPr>
        <w:t>事務処理マニュアル</w:t>
      </w:r>
    </w:p>
    <w:p w14:paraId="02B3B9B7" w14:textId="4553B0C3" w:rsidR="00E468C6" w:rsidRDefault="004760EB">
      <w:pPr>
        <w:spacing w:before="240"/>
        <w:jc w:val="center"/>
        <w:rPr>
          <w:lang w:eastAsia="ja-JP"/>
        </w:rPr>
      </w:pPr>
      <w:r>
        <w:rPr>
          <w:sz w:val="24"/>
          <w:lang w:eastAsia="ja-JP"/>
        </w:rPr>
        <w:t>令和8年</w:t>
      </w:r>
      <w:r w:rsidR="00CA4439">
        <w:rPr>
          <w:rFonts w:hint="eastAsia"/>
          <w:sz w:val="24"/>
          <w:lang w:eastAsia="ja-JP"/>
        </w:rPr>
        <w:t>９</w:t>
      </w:r>
      <w:r w:rsidR="00BB64BD">
        <w:rPr>
          <w:rFonts w:hint="eastAsia"/>
          <w:sz w:val="24"/>
          <w:lang w:eastAsia="ja-JP"/>
        </w:rPr>
        <w:t>月</w:t>
      </w:r>
      <w:r>
        <w:rPr>
          <w:sz w:val="24"/>
          <w:lang w:eastAsia="ja-JP"/>
        </w:rPr>
        <w:t>版</w:t>
      </w:r>
    </w:p>
    <w:p w14:paraId="3F747611" w14:textId="77777777" w:rsidR="00E468C6" w:rsidRDefault="00E468C6">
      <w:pPr>
        <w:spacing w:after="0"/>
        <w:rPr>
          <w:lang w:eastAsia="ja-JP"/>
        </w:rPr>
      </w:pPr>
    </w:p>
    <w:p w14:paraId="71E2316E" w14:textId="2BA7EB41" w:rsidR="00E468C6" w:rsidRPr="00DC2AB1" w:rsidRDefault="004760EB">
      <w:pPr>
        <w:spacing w:before="1900"/>
        <w:jc w:val="center"/>
        <w:rPr>
          <w:sz w:val="28"/>
          <w:szCs w:val="28"/>
          <w:lang w:eastAsia="ja-JP"/>
        </w:rPr>
      </w:pPr>
      <w:r w:rsidRPr="00DC2AB1">
        <w:rPr>
          <w:b/>
          <w:sz w:val="28"/>
          <w:szCs w:val="28"/>
          <w:lang w:eastAsia="ja-JP"/>
        </w:rPr>
        <w:t>長野県産業労働部</w:t>
      </w:r>
      <w:r w:rsidR="001B56FD" w:rsidRPr="00DC2AB1">
        <w:rPr>
          <w:rFonts w:hint="eastAsia"/>
          <w:b/>
          <w:sz w:val="28"/>
          <w:szCs w:val="28"/>
          <w:lang w:eastAsia="ja-JP"/>
        </w:rPr>
        <w:t>産業技術課</w:t>
      </w:r>
    </w:p>
    <w:p w14:paraId="0D8F3F34" w14:textId="77777777" w:rsidR="00E468C6" w:rsidRDefault="004760EB">
      <w:pPr>
        <w:rPr>
          <w:lang w:eastAsia="ja-JP"/>
        </w:rPr>
      </w:pPr>
      <w:r>
        <w:rPr>
          <w:lang w:eastAsia="ja-JP"/>
        </w:rPr>
        <w:br w:type="page"/>
      </w:r>
    </w:p>
    <w:p w14:paraId="4B785348" w14:textId="2697C35D" w:rsidR="00E468C6" w:rsidRDefault="000D1869">
      <w:pPr>
        <w:pStyle w:val="1"/>
        <w:spacing w:before="0" w:after="140"/>
        <w:rPr>
          <w:lang w:eastAsia="ja-JP"/>
        </w:rPr>
      </w:pPr>
      <w:r>
        <w:rPr>
          <w:rFonts w:hint="eastAsia"/>
          <w:sz w:val="21"/>
          <w:lang w:eastAsia="ja-JP"/>
        </w:rPr>
        <w:lastRenderedPageBreak/>
        <w:t>はじめに</w:t>
      </w:r>
    </w:p>
    <w:p w14:paraId="0419FE9F" w14:textId="308F45E1" w:rsidR="00E468C6" w:rsidRDefault="004760EB" w:rsidP="0012078B">
      <w:pPr>
        <w:spacing w:after="80" w:line="269" w:lineRule="auto"/>
        <w:rPr>
          <w:lang w:eastAsia="ja-JP"/>
        </w:rPr>
      </w:pPr>
      <w:r>
        <w:rPr>
          <w:lang w:eastAsia="ja-JP"/>
        </w:rPr>
        <w:t>本マニュアルは、交付決定後から補助金の支払、さらに事業終了後の報告までに必要となる実務を、</w:t>
      </w:r>
      <w:r w:rsidR="003D792B">
        <w:rPr>
          <w:rFonts w:hint="eastAsia"/>
          <w:lang w:eastAsia="ja-JP"/>
        </w:rPr>
        <w:t>わかり</w:t>
      </w:r>
      <w:r w:rsidR="00805F91">
        <w:rPr>
          <w:rFonts w:hint="eastAsia"/>
          <w:lang w:eastAsia="ja-JP"/>
        </w:rPr>
        <w:t>やすく</w:t>
      </w:r>
      <w:r>
        <w:rPr>
          <w:lang w:eastAsia="ja-JP"/>
        </w:rPr>
        <w:t>確認できるよう整理したものです。経費の適正な執行と検査での不備防止を</w:t>
      </w:r>
      <w:r w:rsidR="003C47FF">
        <w:rPr>
          <w:rFonts w:hint="eastAsia"/>
          <w:lang w:eastAsia="ja-JP"/>
        </w:rPr>
        <w:t>主たる</w:t>
      </w:r>
      <w:r>
        <w:rPr>
          <w:lang w:eastAsia="ja-JP"/>
        </w:rPr>
        <w:t>目的として</w:t>
      </w:r>
      <w:r w:rsidR="003C47FF">
        <w:rPr>
          <w:rFonts w:hint="eastAsia"/>
          <w:lang w:eastAsia="ja-JP"/>
        </w:rPr>
        <w:t>作成</w:t>
      </w:r>
      <w:r w:rsidR="00D7072D">
        <w:rPr>
          <w:rFonts w:hint="eastAsia"/>
          <w:lang w:eastAsia="ja-JP"/>
        </w:rPr>
        <w:t>して</w:t>
      </w:r>
      <w:r>
        <w:rPr>
          <w:lang w:eastAsia="ja-JP"/>
        </w:rPr>
        <w:t>います。</w:t>
      </w:r>
    </w:p>
    <w:p w14:paraId="7449CD89" w14:textId="77777777" w:rsidR="00E468C6" w:rsidRDefault="004760EB">
      <w:pPr>
        <w:pStyle w:val="21"/>
        <w:spacing w:before="120" w:after="60"/>
      </w:pPr>
      <w:proofErr w:type="spellStart"/>
      <w:r>
        <w:rPr>
          <w:sz w:val="21"/>
        </w:rPr>
        <w:t>目次</w:t>
      </w:r>
      <w:proofErr w:type="spellEnd"/>
    </w:p>
    <w:tbl>
      <w:tblPr>
        <w:tblStyle w:val="afe"/>
        <w:tblW w:w="0" w:type="auto"/>
        <w:jc w:val="center"/>
        <w:tblLook w:val="04A0" w:firstRow="1" w:lastRow="0" w:firstColumn="1" w:lastColumn="0" w:noHBand="0" w:noVBand="1"/>
      </w:tblPr>
      <w:tblGrid>
        <w:gridCol w:w="1511"/>
        <w:gridCol w:w="6520"/>
        <w:gridCol w:w="1393"/>
      </w:tblGrid>
      <w:tr w:rsidR="00E468C6" w14:paraId="375899C2" w14:textId="77777777" w:rsidTr="00891785">
        <w:trPr>
          <w:tblHeader/>
          <w:jc w:val="center"/>
        </w:trPr>
        <w:tc>
          <w:tcPr>
            <w:tcW w:w="1511" w:type="dxa"/>
            <w:shd w:val="clear" w:color="auto" w:fill="595959"/>
            <w:tcMar>
              <w:top w:w="80" w:type="dxa"/>
              <w:left w:w="100" w:type="dxa"/>
              <w:bottom w:w="80" w:type="dxa"/>
              <w:right w:w="100" w:type="dxa"/>
            </w:tcMar>
            <w:vAlign w:val="center"/>
          </w:tcPr>
          <w:p w14:paraId="4E5EEE50" w14:textId="77777777" w:rsidR="00E468C6" w:rsidRDefault="004760EB">
            <w:pPr>
              <w:spacing w:line="252" w:lineRule="auto"/>
              <w:jc w:val="center"/>
            </w:pPr>
            <w:r>
              <w:rPr>
                <w:b/>
                <w:color w:val="FFFFFF"/>
              </w:rPr>
              <w:t>章</w:t>
            </w:r>
          </w:p>
        </w:tc>
        <w:tc>
          <w:tcPr>
            <w:tcW w:w="6520" w:type="dxa"/>
            <w:shd w:val="clear" w:color="auto" w:fill="595959"/>
            <w:tcMar>
              <w:top w:w="80" w:type="dxa"/>
              <w:left w:w="100" w:type="dxa"/>
              <w:bottom w:w="80" w:type="dxa"/>
              <w:right w:w="100" w:type="dxa"/>
            </w:tcMar>
            <w:vAlign w:val="center"/>
          </w:tcPr>
          <w:p w14:paraId="2AE9627C" w14:textId="77777777" w:rsidR="00E468C6" w:rsidRDefault="004760EB">
            <w:pPr>
              <w:spacing w:line="252" w:lineRule="auto"/>
              <w:jc w:val="center"/>
            </w:pPr>
            <w:proofErr w:type="spellStart"/>
            <w:r>
              <w:rPr>
                <w:b/>
                <w:color w:val="FFFFFF"/>
              </w:rPr>
              <w:t>内容</w:t>
            </w:r>
            <w:proofErr w:type="spellEnd"/>
          </w:p>
        </w:tc>
        <w:tc>
          <w:tcPr>
            <w:tcW w:w="1393" w:type="dxa"/>
            <w:shd w:val="clear" w:color="auto" w:fill="595959"/>
            <w:tcMar>
              <w:top w:w="80" w:type="dxa"/>
              <w:left w:w="100" w:type="dxa"/>
              <w:bottom w:w="80" w:type="dxa"/>
              <w:right w:w="100" w:type="dxa"/>
            </w:tcMar>
            <w:vAlign w:val="center"/>
          </w:tcPr>
          <w:p w14:paraId="5673E658" w14:textId="77777777" w:rsidR="00E468C6" w:rsidRDefault="004760EB">
            <w:pPr>
              <w:spacing w:line="252" w:lineRule="auto"/>
              <w:jc w:val="center"/>
            </w:pPr>
            <w:r>
              <w:rPr>
                <w:b/>
                <w:color w:val="FFFFFF"/>
              </w:rPr>
              <w:t>頁</w:t>
            </w:r>
          </w:p>
        </w:tc>
      </w:tr>
      <w:tr w:rsidR="00E468C6" w14:paraId="6A726749" w14:textId="77777777" w:rsidTr="00891785">
        <w:trPr>
          <w:jc w:val="center"/>
        </w:trPr>
        <w:tc>
          <w:tcPr>
            <w:tcW w:w="1511" w:type="dxa"/>
            <w:tcMar>
              <w:top w:w="80" w:type="dxa"/>
              <w:left w:w="100" w:type="dxa"/>
              <w:bottom w:w="80" w:type="dxa"/>
              <w:right w:w="100" w:type="dxa"/>
            </w:tcMar>
            <w:vAlign w:val="center"/>
          </w:tcPr>
          <w:p w14:paraId="5D0F6E82" w14:textId="77777777" w:rsidR="00E468C6" w:rsidRDefault="004760EB">
            <w:pPr>
              <w:spacing w:line="252" w:lineRule="auto"/>
              <w:jc w:val="center"/>
            </w:pPr>
            <w:r>
              <w:t>第1章</w:t>
            </w:r>
          </w:p>
        </w:tc>
        <w:tc>
          <w:tcPr>
            <w:tcW w:w="6520" w:type="dxa"/>
            <w:tcMar>
              <w:top w:w="80" w:type="dxa"/>
              <w:left w:w="100" w:type="dxa"/>
              <w:bottom w:w="80" w:type="dxa"/>
              <w:right w:w="100" w:type="dxa"/>
            </w:tcMar>
            <w:vAlign w:val="center"/>
          </w:tcPr>
          <w:p w14:paraId="340F528F" w14:textId="77777777" w:rsidR="00E468C6" w:rsidRDefault="004760EB" w:rsidP="00DA29C5">
            <w:pPr>
              <w:spacing w:line="252" w:lineRule="auto"/>
            </w:pPr>
            <w:proofErr w:type="spellStart"/>
            <w:r>
              <w:t>補助事業の流れ</w:t>
            </w:r>
            <w:proofErr w:type="spellEnd"/>
          </w:p>
        </w:tc>
        <w:tc>
          <w:tcPr>
            <w:tcW w:w="1393" w:type="dxa"/>
            <w:tcMar>
              <w:top w:w="80" w:type="dxa"/>
              <w:left w:w="100" w:type="dxa"/>
              <w:bottom w:w="80" w:type="dxa"/>
              <w:right w:w="100" w:type="dxa"/>
            </w:tcMar>
            <w:vAlign w:val="center"/>
          </w:tcPr>
          <w:p w14:paraId="4ADF0FEA" w14:textId="0A57749C" w:rsidR="00E468C6" w:rsidRDefault="00C5524B">
            <w:pPr>
              <w:spacing w:line="252" w:lineRule="auto"/>
              <w:jc w:val="center"/>
            </w:pPr>
            <w:r>
              <w:rPr>
                <w:rFonts w:hint="eastAsia"/>
                <w:lang w:eastAsia="ja-JP"/>
              </w:rPr>
              <w:t>2-</w:t>
            </w:r>
            <w:r w:rsidR="004760EB">
              <w:t>3</w:t>
            </w:r>
          </w:p>
        </w:tc>
      </w:tr>
      <w:tr w:rsidR="00E468C6" w14:paraId="4E3F3C5A" w14:textId="77777777" w:rsidTr="00891785">
        <w:trPr>
          <w:jc w:val="center"/>
        </w:trPr>
        <w:tc>
          <w:tcPr>
            <w:tcW w:w="1511" w:type="dxa"/>
            <w:shd w:val="clear" w:color="auto" w:fill="F8FBFD"/>
            <w:tcMar>
              <w:top w:w="80" w:type="dxa"/>
              <w:left w:w="100" w:type="dxa"/>
              <w:bottom w:w="80" w:type="dxa"/>
              <w:right w:w="100" w:type="dxa"/>
            </w:tcMar>
            <w:vAlign w:val="center"/>
          </w:tcPr>
          <w:p w14:paraId="41F14F36" w14:textId="77777777" w:rsidR="00E468C6" w:rsidRDefault="004760EB">
            <w:pPr>
              <w:spacing w:line="252" w:lineRule="auto"/>
              <w:jc w:val="center"/>
            </w:pPr>
            <w:r>
              <w:t>第2章</w:t>
            </w:r>
          </w:p>
        </w:tc>
        <w:tc>
          <w:tcPr>
            <w:tcW w:w="6520" w:type="dxa"/>
            <w:shd w:val="clear" w:color="auto" w:fill="F8FBFD"/>
            <w:tcMar>
              <w:top w:w="80" w:type="dxa"/>
              <w:left w:w="100" w:type="dxa"/>
              <w:bottom w:w="80" w:type="dxa"/>
              <w:right w:w="100" w:type="dxa"/>
            </w:tcMar>
            <w:vAlign w:val="center"/>
          </w:tcPr>
          <w:p w14:paraId="61788F79" w14:textId="6433AB80" w:rsidR="00E468C6" w:rsidRDefault="006D027D" w:rsidP="00DA29C5">
            <w:pPr>
              <w:spacing w:line="252" w:lineRule="auto"/>
              <w:rPr>
                <w:lang w:eastAsia="ja-JP"/>
              </w:rPr>
            </w:pPr>
            <w:r>
              <w:rPr>
                <w:rFonts w:hint="eastAsia"/>
                <w:lang w:eastAsia="ja-JP"/>
              </w:rPr>
              <w:t>補助</w:t>
            </w:r>
            <w:r w:rsidR="004760EB">
              <w:rPr>
                <w:lang w:eastAsia="ja-JP"/>
              </w:rPr>
              <w:t>事業実施中の</w:t>
            </w:r>
            <w:r w:rsidR="00433070">
              <w:rPr>
                <w:rFonts w:hint="eastAsia"/>
                <w:lang w:eastAsia="ja-JP"/>
              </w:rPr>
              <w:t>基本</w:t>
            </w:r>
            <w:r w:rsidR="004760EB">
              <w:rPr>
                <w:lang w:eastAsia="ja-JP"/>
              </w:rPr>
              <w:t>ルール</w:t>
            </w:r>
          </w:p>
        </w:tc>
        <w:tc>
          <w:tcPr>
            <w:tcW w:w="1393" w:type="dxa"/>
            <w:shd w:val="clear" w:color="auto" w:fill="F8FBFD"/>
            <w:tcMar>
              <w:top w:w="80" w:type="dxa"/>
              <w:left w:w="100" w:type="dxa"/>
              <w:bottom w:w="80" w:type="dxa"/>
              <w:right w:w="100" w:type="dxa"/>
            </w:tcMar>
            <w:vAlign w:val="center"/>
          </w:tcPr>
          <w:p w14:paraId="69251263" w14:textId="0E7C4F95" w:rsidR="00E468C6" w:rsidRDefault="004760EB">
            <w:pPr>
              <w:spacing w:line="252" w:lineRule="auto"/>
              <w:jc w:val="center"/>
              <w:rPr>
                <w:lang w:eastAsia="ja-JP"/>
              </w:rPr>
            </w:pPr>
            <w:r>
              <w:t>4-</w:t>
            </w:r>
            <w:r w:rsidR="00C5524B">
              <w:rPr>
                <w:rFonts w:hint="eastAsia"/>
                <w:lang w:eastAsia="ja-JP"/>
              </w:rPr>
              <w:t>5</w:t>
            </w:r>
          </w:p>
        </w:tc>
      </w:tr>
      <w:tr w:rsidR="00E468C6" w14:paraId="4453DC4B" w14:textId="77777777" w:rsidTr="00891785">
        <w:trPr>
          <w:jc w:val="center"/>
        </w:trPr>
        <w:tc>
          <w:tcPr>
            <w:tcW w:w="1511" w:type="dxa"/>
            <w:tcMar>
              <w:top w:w="80" w:type="dxa"/>
              <w:left w:w="100" w:type="dxa"/>
              <w:bottom w:w="80" w:type="dxa"/>
              <w:right w:w="100" w:type="dxa"/>
            </w:tcMar>
            <w:vAlign w:val="center"/>
          </w:tcPr>
          <w:p w14:paraId="6AFB211C" w14:textId="77777777" w:rsidR="00E468C6" w:rsidRDefault="004760EB">
            <w:pPr>
              <w:spacing w:line="252" w:lineRule="auto"/>
              <w:jc w:val="center"/>
            </w:pPr>
            <w:r>
              <w:t>第3章</w:t>
            </w:r>
          </w:p>
        </w:tc>
        <w:tc>
          <w:tcPr>
            <w:tcW w:w="6520" w:type="dxa"/>
            <w:tcMar>
              <w:top w:w="80" w:type="dxa"/>
              <w:left w:w="100" w:type="dxa"/>
              <w:bottom w:w="80" w:type="dxa"/>
              <w:right w:w="100" w:type="dxa"/>
            </w:tcMar>
            <w:vAlign w:val="center"/>
          </w:tcPr>
          <w:p w14:paraId="3F3215E6" w14:textId="77777777" w:rsidR="00E468C6" w:rsidRDefault="004760EB" w:rsidP="00DA29C5">
            <w:pPr>
              <w:spacing w:line="252" w:lineRule="auto"/>
            </w:pPr>
            <w:proofErr w:type="spellStart"/>
            <w:r>
              <w:t>計画変更・中止等</w:t>
            </w:r>
            <w:proofErr w:type="spellEnd"/>
          </w:p>
        </w:tc>
        <w:tc>
          <w:tcPr>
            <w:tcW w:w="1393" w:type="dxa"/>
            <w:tcMar>
              <w:top w:w="80" w:type="dxa"/>
              <w:left w:w="100" w:type="dxa"/>
              <w:bottom w:w="80" w:type="dxa"/>
              <w:right w:w="100" w:type="dxa"/>
            </w:tcMar>
            <w:vAlign w:val="center"/>
          </w:tcPr>
          <w:p w14:paraId="7F7EF397" w14:textId="2DECE394" w:rsidR="00E468C6" w:rsidRDefault="00C5524B">
            <w:pPr>
              <w:spacing w:line="252" w:lineRule="auto"/>
              <w:jc w:val="center"/>
              <w:rPr>
                <w:lang w:eastAsia="ja-JP"/>
              </w:rPr>
            </w:pPr>
            <w:r>
              <w:rPr>
                <w:rFonts w:hint="eastAsia"/>
                <w:lang w:eastAsia="ja-JP"/>
              </w:rPr>
              <w:t>6</w:t>
            </w:r>
            <w:r w:rsidR="004760EB">
              <w:t>-</w:t>
            </w:r>
            <w:r>
              <w:rPr>
                <w:rFonts w:hint="eastAsia"/>
                <w:lang w:eastAsia="ja-JP"/>
              </w:rPr>
              <w:t>7</w:t>
            </w:r>
          </w:p>
        </w:tc>
      </w:tr>
      <w:tr w:rsidR="00E468C6" w14:paraId="1287576C" w14:textId="77777777" w:rsidTr="00891785">
        <w:trPr>
          <w:jc w:val="center"/>
        </w:trPr>
        <w:tc>
          <w:tcPr>
            <w:tcW w:w="1511" w:type="dxa"/>
            <w:shd w:val="clear" w:color="auto" w:fill="F8FBFD"/>
            <w:tcMar>
              <w:top w:w="80" w:type="dxa"/>
              <w:left w:w="100" w:type="dxa"/>
              <w:bottom w:w="80" w:type="dxa"/>
              <w:right w:w="100" w:type="dxa"/>
            </w:tcMar>
            <w:vAlign w:val="center"/>
          </w:tcPr>
          <w:p w14:paraId="60370D93" w14:textId="77777777" w:rsidR="00E468C6" w:rsidRDefault="004760EB">
            <w:pPr>
              <w:spacing w:line="252" w:lineRule="auto"/>
              <w:jc w:val="center"/>
            </w:pPr>
            <w:r>
              <w:t>第4章</w:t>
            </w:r>
          </w:p>
        </w:tc>
        <w:tc>
          <w:tcPr>
            <w:tcW w:w="6520" w:type="dxa"/>
            <w:shd w:val="clear" w:color="auto" w:fill="F8FBFD"/>
            <w:tcMar>
              <w:top w:w="80" w:type="dxa"/>
              <w:left w:w="100" w:type="dxa"/>
              <w:bottom w:w="80" w:type="dxa"/>
              <w:right w:w="100" w:type="dxa"/>
            </w:tcMar>
            <w:vAlign w:val="center"/>
          </w:tcPr>
          <w:p w14:paraId="3B10A28F" w14:textId="77777777" w:rsidR="00E468C6" w:rsidRDefault="004760EB" w:rsidP="00DA29C5">
            <w:pPr>
              <w:spacing w:line="252" w:lineRule="auto"/>
              <w:rPr>
                <w:lang w:eastAsia="ja-JP"/>
              </w:rPr>
            </w:pPr>
            <w:r>
              <w:rPr>
                <w:lang w:eastAsia="ja-JP"/>
              </w:rPr>
              <w:t>経費区分別の確認事項</w:t>
            </w:r>
          </w:p>
        </w:tc>
        <w:tc>
          <w:tcPr>
            <w:tcW w:w="1393" w:type="dxa"/>
            <w:shd w:val="clear" w:color="auto" w:fill="F8FBFD"/>
            <w:tcMar>
              <w:top w:w="80" w:type="dxa"/>
              <w:left w:w="100" w:type="dxa"/>
              <w:bottom w:w="80" w:type="dxa"/>
              <w:right w:w="100" w:type="dxa"/>
            </w:tcMar>
            <w:vAlign w:val="center"/>
          </w:tcPr>
          <w:p w14:paraId="08391FD8" w14:textId="72D90782" w:rsidR="00E468C6" w:rsidRDefault="003553EE">
            <w:pPr>
              <w:spacing w:line="252" w:lineRule="auto"/>
              <w:jc w:val="center"/>
              <w:rPr>
                <w:lang w:eastAsia="ja-JP"/>
              </w:rPr>
            </w:pPr>
            <w:r>
              <w:rPr>
                <w:rFonts w:hint="eastAsia"/>
                <w:lang w:eastAsia="ja-JP"/>
              </w:rPr>
              <w:t>8</w:t>
            </w:r>
            <w:r w:rsidR="004760EB">
              <w:t>-</w:t>
            </w:r>
            <w:r>
              <w:rPr>
                <w:rFonts w:hint="eastAsia"/>
                <w:lang w:eastAsia="ja-JP"/>
              </w:rPr>
              <w:t>10</w:t>
            </w:r>
          </w:p>
        </w:tc>
      </w:tr>
      <w:tr w:rsidR="00E468C6" w14:paraId="55FF892F" w14:textId="77777777" w:rsidTr="00891785">
        <w:trPr>
          <w:jc w:val="center"/>
        </w:trPr>
        <w:tc>
          <w:tcPr>
            <w:tcW w:w="1511" w:type="dxa"/>
            <w:tcMar>
              <w:top w:w="80" w:type="dxa"/>
              <w:left w:w="100" w:type="dxa"/>
              <w:bottom w:w="80" w:type="dxa"/>
              <w:right w:w="100" w:type="dxa"/>
            </w:tcMar>
            <w:vAlign w:val="center"/>
          </w:tcPr>
          <w:p w14:paraId="6D317551" w14:textId="77777777" w:rsidR="00E468C6" w:rsidRDefault="004760EB">
            <w:pPr>
              <w:spacing w:line="252" w:lineRule="auto"/>
              <w:jc w:val="center"/>
            </w:pPr>
            <w:r>
              <w:t>第5章</w:t>
            </w:r>
          </w:p>
        </w:tc>
        <w:tc>
          <w:tcPr>
            <w:tcW w:w="6520" w:type="dxa"/>
            <w:tcMar>
              <w:top w:w="80" w:type="dxa"/>
              <w:left w:w="100" w:type="dxa"/>
              <w:bottom w:w="80" w:type="dxa"/>
              <w:right w:w="100" w:type="dxa"/>
            </w:tcMar>
            <w:vAlign w:val="center"/>
          </w:tcPr>
          <w:p w14:paraId="1D6E8F47" w14:textId="77777777" w:rsidR="00E468C6" w:rsidRDefault="004760EB" w:rsidP="00DA29C5">
            <w:pPr>
              <w:spacing w:line="252" w:lineRule="auto"/>
            </w:pPr>
            <w:proofErr w:type="spellStart"/>
            <w:r>
              <w:t>人件費</w:t>
            </w:r>
            <w:proofErr w:type="spellEnd"/>
          </w:p>
        </w:tc>
        <w:tc>
          <w:tcPr>
            <w:tcW w:w="1393" w:type="dxa"/>
            <w:tcMar>
              <w:top w:w="80" w:type="dxa"/>
              <w:left w:w="100" w:type="dxa"/>
              <w:bottom w:w="80" w:type="dxa"/>
              <w:right w:w="100" w:type="dxa"/>
            </w:tcMar>
            <w:vAlign w:val="center"/>
          </w:tcPr>
          <w:p w14:paraId="357B4B2B" w14:textId="7EEB868F" w:rsidR="00E468C6" w:rsidRDefault="004760EB">
            <w:pPr>
              <w:spacing w:line="252" w:lineRule="auto"/>
              <w:jc w:val="center"/>
              <w:rPr>
                <w:lang w:eastAsia="ja-JP"/>
              </w:rPr>
            </w:pPr>
            <w:r>
              <w:t>1</w:t>
            </w:r>
            <w:r w:rsidR="003553EE">
              <w:rPr>
                <w:rFonts w:hint="eastAsia"/>
                <w:lang w:eastAsia="ja-JP"/>
              </w:rPr>
              <w:t>1</w:t>
            </w:r>
            <w:r>
              <w:t>-1</w:t>
            </w:r>
            <w:r w:rsidR="003553EE">
              <w:rPr>
                <w:rFonts w:hint="eastAsia"/>
                <w:lang w:eastAsia="ja-JP"/>
              </w:rPr>
              <w:t>2</w:t>
            </w:r>
          </w:p>
        </w:tc>
      </w:tr>
      <w:tr w:rsidR="00E468C6" w14:paraId="4FBB85C3" w14:textId="77777777" w:rsidTr="00891785">
        <w:trPr>
          <w:jc w:val="center"/>
        </w:trPr>
        <w:tc>
          <w:tcPr>
            <w:tcW w:w="1511" w:type="dxa"/>
            <w:shd w:val="clear" w:color="auto" w:fill="F8FBFD"/>
            <w:tcMar>
              <w:top w:w="80" w:type="dxa"/>
              <w:left w:w="100" w:type="dxa"/>
              <w:bottom w:w="80" w:type="dxa"/>
              <w:right w:w="100" w:type="dxa"/>
            </w:tcMar>
            <w:vAlign w:val="center"/>
          </w:tcPr>
          <w:p w14:paraId="473EC4BD" w14:textId="77777777" w:rsidR="00E468C6" w:rsidRDefault="004760EB">
            <w:pPr>
              <w:spacing w:line="252" w:lineRule="auto"/>
              <w:jc w:val="center"/>
            </w:pPr>
            <w:r>
              <w:t>第6章</w:t>
            </w:r>
          </w:p>
        </w:tc>
        <w:tc>
          <w:tcPr>
            <w:tcW w:w="6520" w:type="dxa"/>
            <w:shd w:val="clear" w:color="auto" w:fill="F8FBFD"/>
            <w:tcMar>
              <w:top w:w="80" w:type="dxa"/>
              <w:left w:w="100" w:type="dxa"/>
              <w:bottom w:w="80" w:type="dxa"/>
              <w:right w:w="100" w:type="dxa"/>
            </w:tcMar>
            <w:vAlign w:val="center"/>
          </w:tcPr>
          <w:p w14:paraId="4E0E5961" w14:textId="77777777" w:rsidR="00E468C6" w:rsidRDefault="004760EB" w:rsidP="00DA29C5">
            <w:pPr>
              <w:spacing w:line="252" w:lineRule="auto"/>
            </w:pPr>
            <w:proofErr w:type="spellStart"/>
            <w:r>
              <w:t>実績報告</w:t>
            </w:r>
            <w:proofErr w:type="spellEnd"/>
          </w:p>
        </w:tc>
        <w:tc>
          <w:tcPr>
            <w:tcW w:w="1393" w:type="dxa"/>
            <w:shd w:val="clear" w:color="auto" w:fill="F8FBFD"/>
            <w:tcMar>
              <w:top w:w="80" w:type="dxa"/>
              <w:left w:w="100" w:type="dxa"/>
              <w:bottom w:w="80" w:type="dxa"/>
              <w:right w:w="100" w:type="dxa"/>
            </w:tcMar>
            <w:vAlign w:val="center"/>
          </w:tcPr>
          <w:p w14:paraId="1787CC76" w14:textId="48DCB0AB" w:rsidR="00E468C6" w:rsidRDefault="004760EB">
            <w:pPr>
              <w:spacing w:line="252" w:lineRule="auto"/>
              <w:jc w:val="center"/>
              <w:rPr>
                <w:lang w:eastAsia="ja-JP"/>
              </w:rPr>
            </w:pPr>
            <w:r>
              <w:t>1</w:t>
            </w:r>
            <w:r w:rsidR="003553EE">
              <w:rPr>
                <w:rFonts w:hint="eastAsia"/>
                <w:lang w:eastAsia="ja-JP"/>
              </w:rPr>
              <w:t>3</w:t>
            </w:r>
            <w:r>
              <w:t>-1</w:t>
            </w:r>
            <w:r w:rsidR="003553EE">
              <w:rPr>
                <w:rFonts w:hint="eastAsia"/>
                <w:lang w:eastAsia="ja-JP"/>
              </w:rPr>
              <w:t>4</w:t>
            </w:r>
          </w:p>
        </w:tc>
      </w:tr>
      <w:tr w:rsidR="00E468C6" w14:paraId="6F6F2625" w14:textId="77777777" w:rsidTr="00891785">
        <w:trPr>
          <w:jc w:val="center"/>
        </w:trPr>
        <w:tc>
          <w:tcPr>
            <w:tcW w:w="1511" w:type="dxa"/>
            <w:tcMar>
              <w:top w:w="80" w:type="dxa"/>
              <w:left w:w="100" w:type="dxa"/>
              <w:bottom w:w="80" w:type="dxa"/>
              <w:right w:w="100" w:type="dxa"/>
            </w:tcMar>
            <w:vAlign w:val="center"/>
          </w:tcPr>
          <w:p w14:paraId="68075AD6" w14:textId="77777777" w:rsidR="00E468C6" w:rsidRDefault="004760EB">
            <w:pPr>
              <w:spacing w:line="252" w:lineRule="auto"/>
              <w:jc w:val="center"/>
            </w:pPr>
            <w:r>
              <w:t>第7章</w:t>
            </w:r>
          </w:p>
        </w:tc>
        <w:tc>
          <w:tcPr>
            <w:tcW w:w="6520" w:type="dxa"/>
            <w:tcMar>
              <w:top w:w="80" w:type="dxa"/>
              <w:left w:w="100" w:type="dxa"/>
              <w:bottom w:w="80" w:type="dxa"/>
              <w:right w:w="100" w:type="dxa"/>
            </w:tcMar>
            <w:vAlign w:val="center"/>
          </w:tcPr>
          <w:p w14:paraId="7D34AB24" w14:textId="7496CAEC" w:rsidR="00E468C6" w:rsidRDefault="004760EB" w:rsidP="00DA29C5">
            <w:pPr>
              <w:spacing w:line="252" w:lineRule="auto"/>
              <w:rPr>
                <w:lang w:eastAsia="ja-JP"/>
              </w:rPr>
            </w:pPr>
            <w:r>
              <w:rPr>
                <w:lang w:eastAsia="ja-JP"/>
              </w:rPr>
              <w:t>中間検査・</w:t>
            </w:r>
            <w:r w:rsidR="00473977">
              <w:rPr>
                <w:rFonts w:hint="eastAsia"/>
                <w:lang w:eastAsia="ja-JP"/>
              </w:rPr>
              <w:t>確定（</w:t>
            </w:r>
            <w:r w:rsidR="00736516">
              <w:rPr>
                <w:rFonts w:hint="eastAsia"/>
                <w:lang w:eastAsia="ja-JP"/>
              </w:rPr>
              <w:t>完了</w:t>
            </w:r>
            <w:r w:rsidR="00473977">
              <w:rPr>
                <w:rFonts w:hint="eastAsia"/>
                <w:lang w:eastAsia="ja-JP"/>
              </w:rPr>
              <w:t>）</w:t>
            </w:r>
            <w:r>
              <w:rPr>
                <w:lang w:eastAsia="ja-JP"/>
              </w:rPr>
              <w:t>検査</w:t>
            </w:r>
          </w:p>
        </w:tc>
        <w:tc>
          <w:tcPr>
            <w:tcW w:w="1393" w:type="dxa"/>
            <w:tcMar>
              <w:top w:w="80" w:type="dxa"/>
              <w:left w:w="100" w:type="dxa"/>
              <w:bottom w:w="80" w:type="dxa"/>
              <w:right w:w="100" w:type="dxa"/>
            </w:tcMar>
            <w:vAlign w:val="center"/>
          </w:tcPr>
          <w:p w14:paraId="68967764" w14:textId="1FB1470D" w:rsidR="00E468C6" w:rsidRDefault="004760EB">
            <w:pPr>
              <w:spacing w:line="252" w:lineRule="auto"/>
              <w:jc w:val="center"/>
              <w:rPr>
                <w:lang w:eastAsia="ja-JP"/>
              </w:rPr>
            </w:pPr>
            <w:r>
              <w:t>1</w:t>
            </w:r>
            <w:r w:rsidR="003553EE">
              <w:rPr>
                <w:rFonts w:hint="eastAsia"/>
                <w:lang w:eastAsia="ja-JP"/>
              </w:rPr>
              <w:t>5</w:t>
            </w:r>
          </w:p>
        </w:tc>
      </w:tr>
      <w:tr w:rsidR="00E468C6" w14:paraId="294202E8" w14:textId="77777777" w:rsidTr="00891785">
        <w:trPr>
          <w:jc w:val="center"/>
        </w:trPr>
        <w:tc>
          <w:tcPr>
            <w:tcW w:w="1511" w:type="dxa"/>
            <w:shd w:val="clear" w:color="auto" w:fill="F8FBFD"/>
            <w:tcMar>
              <w:top w:w="80" w:type="dxa"/>
              <w:left w:w="100" w:type="dxa"/>
              <w:bottom w:w="80" w:type="dxa"/>
              <w:right w:w="100" w:type="dxa"/>
            </w:tcMar>
            <w:vAlign w:val="center"/>
          </w:tcPr>
          <w:p w14:paraId="16174C16" w14:textId="77777777" w:rsidR="00E468C6" w:rsidRDefault="004760EB">
            <w:pPr>
              <w:spacing w:line="252" w:lineRule="auto"/>
              <w:jc w:val="center"/>
            </w:pPr>
            <w:r>
              <w:t>第8章</w:t>
            </w:r>
          </w:p>
        </w:tc>
        <w:tc>
          <w:tcPr>
            <w:tcW w:w="6520" w:type="dxa"/>
            <w:shd w:val="clear" w:color="auto" w:fill="F8FBFD"/>
            <w:tcMar>
              <w:top w:w="80" w:type="dxa"/>
              <w:left w:w="100" w:type="dxa"/>
              <w:bottom w:w="80" w:type="dxa"/>
              <w:right w:w="100" w:type="dxa"/>
            </w:tcMar>
            <w:vAlign w:val="center"/>
          </w:tcPr>
          <w:p w14:paraId="16CE982D" w14:textId="7DB5620D" w:rsidR="00E468C6" w:rsidRDefault="004760EB" w:rsidP="00DA29C5">
            <w:pPr>
              <w:spacing w:line="252" w:lineRule="auto"/>
            </w:pPr>
            <w:proofErr w:type="spellStart"/>
            <w:r>
              <w:t>事業終了後</w:t>
            </w:r>
            <w:proofErr w:type="spellEnd"/>
            <w:r w:rsidR="002445A8">
              <w:rPr>
                <w:rFonts w:hint="eastAsia"/>
                <w:lang w:eastAsia="ja-JP"/>
              </w:rPr>
              <w:t>の手続き</w:t>
            </w:r>
          </w:p>
        </w:tc>
        <w:tc>
          <w:tcPr>
            <w:tcW w:w="1393" w:type="dxa"/>
            <w:shd w:val="clear" w:color="auto" w:fill="F8FBFD"/>
            <w:tcMar>
              <w:top w:w="80" w:type="dxa"/>
              <w:left w:w="100" w:type="dxa"/>
              <w:bottom w:w="80" w:type="dxa"/>
              <w:right w:w="100" w:type="dxa"/>
            </w:tcMar>
            <w:vAlign w:val="center"/>
          </w:tcPr>
          <w:p w14:paraId="0EB0A1F6" w14:textId="5D216F99" w:rsidR="00E468C6" w:rsidRDefault="004760EB">
            <w:pPr>
              <w:spacing w:line="252" w:lineRule="auto"/>
              <w:jc w:val="center"/>
              <w:rPr>
                <w:lang w:eastAsia="ja-JP"/>
              </w:rPr>
            </w:pPr>
            <w:r>
              <w:t>1</w:t>
            </w:r>
            <w:r w:rsidR="003553EE">
              <w:rPr>
                <w:rFonts w:hint="eastAsia"/>
                <w:lang w:eastAsia="ja-JP"/>
              </w:rPr>
              <w:t>6</w:t>
            </w:r>
          </w:p>
        </w:tc>
      </w:tr>
      <w:tr w:rsidR="00E468C6" w14:paraId="0218B02C" w14:textId="77777777" w:rsidTr="00891785">
        <w:trPr>
          <w:jc w:val="center"/>
        </w:trPr>
        <w:tc>
          <w:tcPr>
            <w:tcW w:w="1511" w:type="dxa"/>
            <w:tcMar>
              <w:top w:w="80" w:type="dxa"/>
              <w:left w:w="100" w:type="dxa"/>
              <w:bottom w:w="80" w:type="dxa"/>
              <w:right w:w="100" w:type="dxa"/>
            </w:tcMar>
            <w:vAlign w:val="center"/>
          </w:tcPr>
          <w:p w14:paraId="64763C05" w14:textId="77777777" w:rsidR="00E468C6" w:rsidRDefault="004760EB">
            <w:pPr>
              <w:spacing w:line="252" w:lineRule="auto"/>
              <w:jc w:val="center"/>
            </w:pPr>
            <w:proofErr w:type="spellStart"/>
            <w:r>
              <w:t>付録</w:t>
            </w:r>
            <w:proofErr w:type="spellEnd"/>
          </w:p>
        </w:tc>
        <w:tc>
          <w:tcPr>
            <w:tcW w:w="6520" w:type="dxa"/>
            <w:tcMar>
              <w:top w:w="80" w:type="dxa"/>
              <w:left w:w="100" w:type="dxa"/>
              <w:bottom w:w="80" w:type="dxa"/>
              <w:right w:w="100" w:type="dxa"/>
            </w:tcMar>
            <w:vAlign w:val="center"/>
          </w:tcPr>
          <w:p w14:paraId="26E97F6F" w14:textId="2479D4A8" w:rsidR="00E468C6" w:rsidRDefault="001B6075" w:rsidP="00DA29C5">
            <w:pPr>
              <w:spacing w:line="252" w:lineRule="auto"/>
              <w:rPr>
                <w:lang w:eastAsia="ja-JP"/>
              </w:rPr>
            </w:pPr>
            <w:r>
              <w:rPr>
                <w:rFonts w:hint="eastAsia"/>
                <w:lang w:eastAsia="ja-JP"/>
              </w:rPr>
              <w:t>実績報告</w:t>
            </w:r>
            <w:r w:rsidR="004760EB">
              <w:rPr>
                <w:lang w:eastAsia="ja-JP"/>
              </w:rPr>
              <w:t>前</w:t>
            </w:r>
            <w:r w:rsidR="002445A8">
              <w:rPr>
                <w:rFonts w:hint="eastAsia"/>
                <w:lang w:eastAsia="ja-JP"/>
              </w:rPr>
              <w:t>セルフ</w:t>
            </w:r>
            <w:r w:rsidR="004760EB">
              <w:rPr>
                <w:lang w:eastAsia="ja-JP"/>
              </w:rPr>
              <w:t>チェック</w:t>
            </w:r>
            <w:r w:rsidR="002445A8">
              <w:rPr>
                <w:rFonts w:hint="eastAsia"/>
                <w:lang w:eastAsia="ja-JP"/>
              </w:rPr>
              <w:t>、</w:t>
            </w:r>
            <w:r w:rsidR="004760EB">
              <w:rPr>
                <w:lang w:eastAsia="ja-JP"/>
              </w:rPr>
              <w:t>問い合わせ先</w:t>
            </w:r>
            <w:r w:rsidR="002445A8">
              <w:rPr>
                <w:rFonts w:hint="eastAsia"/>
                <w:lang w:eastAsia="ja-JP"/>
              </w:rPr>
              <w:t>・参考資料</w:t>
            </w:r>
          </w:p>
        </w:tc>
        <w:tc>
          <w:tcPr>
            <w:tcW w:w="1393" w:type="dxa"/>
            <w:tcMar>
              <w:top w:w="80" w:type="dxa"/>
              <w:left w:w="100" w:type="dxa"/>
              <w:bottom w:w="80" w:type="dxa"/>
              <w:right w:w="100" w:type="dxa"/>
            </w:tcMar>
            <w:vAlign w:val="center"/>
          </w:tcPr>
          <w:p w14:paraId="66CA8337" w14:textId="5327FAE3" w:rsidR="00E468C6" w:rsidRDefault="004760EB">
            <w:pPr>
              <w:spacing w:line="252" w:lineRule="auto"/>
              <w:jc w:val="center"/>
              <w:rPr>
                <w:lang w:eastAsia="ja-JP"/>
              </w:rPr>
            </w:pPr>
            <w:r>
              <w:t>1</w:t>
            </w:r>
            <w:r w:rsidR="003553EE">
              <w:rPr>
                <w:rFonts w:hint="eastAsia"/>
                <w:lang w:eastAsia="ja-JP"/>
              </w:rPr>
              <w:t>7</w:t>
            </w:r>
            <w:r>
              <w:t>-</w:t>
            </w:r>
            <w:r w:rsidR="003553EE">
              <w:rPr>
                <w:rFonts w:hint="eastAsia"/>
                <w:lang w:eastAsia="ja-JP"/>
              </w:rPr>
              <w:t>18</w:t>
            </w:r>
          </w:p>
        </w:tc>
      </w:tr>
    </w:tbl>
    <w:p w14:paraId="082B3DA3" w14:textId="77777777" w:rsidR="00E468C6" w:rsidRDefault="00E468C6">
      <w:pPr>
        <w:spacing w:after="0"/>
      </w:pPr>
    </w:p>
    <w:p w14:paraId="7DE84BCA" w14:textId="77777777" w:rsidR="00E468C6" w:rsidRDefault="004760EB">
      <w:pPr>
        <w:pStyle w:val="21"/>
        <w:spacing w:before="120" w:after="60"/>
      </w:pPr>
      <w:proofErr w:type="spellStart"/>
      <w:r>
        <w:rPr>
          <w:sz w:val="21"/>
        </w:rPr>
        <w:t>参考様式集（別冊</w:t>
      </w:r>
      <w:r>
        <w:rPr>
          <w:sz w:val="21"/>
        </w:rPr>
        <w:t>Excel</w:t>
      </w:r>
      <w:proofErr w:type="spellEnd"/>
      <w:r>
        <w:rPr>
          <w:sz w:val="21"/>
        </w:rPr>
        <w:t>）</w:t>
      </w:r>
    </w:p>
    <w:p w14:paraId="0DB987C0" w14:textId="77777777" w:rsidR="001110A6" w:rsidRDefault="001110A6" w:rsidP="001110A6">
      <w:pPr>
        <w:pStyle w:val="a0"/>
        <w:spacing w:after="40" w:line="259" w:lineRule="auto"/>
        <w:rPr>
          <w:lang w:eastAsia="ja-JP"/>
        </w:rPr>
      </w:pPr>
      <w:r>
        <w:rPr>
          <w:rFonts w:hint="eastAsia"/>
          <w:lang w:eastAsia="ja-JP"/>
        </w:rPr>
        <w:t>参考様式</w:t>
      </w:r>
      <w:r>
        <w:rPr>
          <w:lang w:eastAsia="ja-JP"/>
        </w:rPr>
        <w:t>1　原材料・消耗品受払簿</w:t>
      </w:r>
    </w:p>
    <w:p w14:paraId="219995E9" w14:textId="6B493A0D" w:rsidR="001110A6" w:rsidRDefault="001110A6" w:rsidP="001110A6">
      <w:pPr>
        <w:pStyle w:val="a0"/>
        <w:spacing w:after="40" w:line="259" w:lineRule="auto"/>
      </w:pPr>
      <w:r>
        <w:t xml:space="preserve">参考様式2　</w:t>
      </w:r>
      <w:proofErr w:type="spellStart"/>
      <w:r>
        <w:t>選定理由書</w:t>
      </w:r>
      <w:proofErr w:type="spellEnd"/>
    </w:p>
    <w:p w14:paraId="1C18D839" w14:textId="7344F171" w:rsidR="001110A6" w:rsidRDefault="001110A6" w:rsidP="001110A6">
      <w:pPr>
        <w:pStyle w:val="a0"/>
        <w:spacing w:after="40" w:line="259" w:lineRule="auto"/>
      </w:pPr>
      <w:r>
        <w:t xml:space="preserve">参考様式3　</w:t>
      </w:r>
      <w:proofErr w:type="spellStart"/>
      <w:r>
        <w:t>補助対象経費明細書</w:t>
      </w:r>
      <w:proofErr w:type="spellEnd"/>
    </w:p>
    <w:p w14:paraId="56E6284F" w14:textId="77777777" w:rsidR="001110A6" w:rsidRDefault="001110A6" w:rsidP="001110A6">
      <w:pPr>
        <w:pStyle w:val="a0"/>
        <w:spacing w:after="40" w:line="259" w:lineRule="auto"/>
        <w:rPr>
          <w:lang w:eastAsia="ja-JP"/>
        </w:rPr>
      </w:pPr>
      <w:r>
        <w:rPr>
          <w:lang w:eastAsia="ja-JP"/>
        </w:rPr>
        <w:t>参考様式4　取得物・成果物写真台帳</w:t>
      </w:r>
    </w:p>
    <w:p w14:paraId="7E3F5A20" w14:textId="41B4F9F6" w:rsidR="00891785" w:rsidRPr="001110A6" w:rsidRDefault="001110A6" w:rsidP="001110A6">
      <w:pPr>
        <w:pStyle w:val="a0"/>
        <w:spacing w:after="40" w:line="259" w:lineRule="auto"/>
        <w:rPr>
          <w:lang w:eastAsia="ja-JP"/>
        </w:rPr>
      </w:pPr>
      <w:r>
        <w:t xml:space="preserve">参考様式5　</w:t>
      </w:r>
      <w:proofErr w:type="spellStart"/>
      <w:r>
        <w:t>取得財産管理台帳</w:t>
      </w:r>
      <w:proofErr w:type="spellEnd"/>
    </w:p>
    <w:p w14:paraId="1D5FDD83" w14:textId="77777777" w:rsidR="00891785" w:rsidRDefault="00891785" w:rsidP="00891785">
      <w:pPr>
        <w:pStyle w:val="a0"/>
        <w:numPr>
          <w:ilvl w:val="0"/>
          <w:numId w:val="0"/>
        </w:numPr>
        <w:spacing w:after="40" w:line="259" w:lineRule="auto"/>
        <w:ind w:left="360" w:hanging="360"/>
        <w:rPr>
          <w:lang w:eastAsia="ja-JP"/>
        </w:rPr>
      </w:pPr>
    </w:p>
    <w:p w14:paraId="16731306" w14:textId="77777777" w:rsidR="0033049E" w:rsidRDefault="0033049E" w:rsidP="00891785">
      <w:pPr>
        <w:pStyle w:val="a0"/>
        <w:numPr>
          <w:ilvl w:val="0"/>
          <w:numId w:val="0"/>
        </w:numPr>
        <w:spacing w:after="40" w:line="259" w:lineRule="auto"/>
        <w:ind w:left="360" w:hanging="360"/>
        <w:rPr>
          <w:lang w:eastAsia="ja-JP"/>
        </w:rPr>
      </w:pPr>
    </w:p>
    <w:p w14:paraId="3D6E2C56" w14:textId="77777777" w:rsidR="003661B8" w:rsidRDefault="003661B8" w:rsidP="00891785">
      <w:pPr>
        <w:pStyle w:val="a0"/>
        <w:numPr>
          <w:ilvl w:val="0"/>
          <w:numId w:val="0"/>
        </w:numPr>
        <w:spacing w:after="40" w:line="259" w:lineRule="auto"/>
        <w:ind w:left="360" w:hanging="360"/>
        <w:rPr>
          <w:lang w:eastAsia="ja-JP"/>
        </w:rPr>
      </w:pPr>
    </w:p>
    <w:p w14:paraId="063EFBE8" w14:textId="77777777" w:rsidR="00BD7CFB" w:rsidRDefault="00BD7CFB" w:rsidP="00891785">
      <w:pPr>
        <w:pStyle w:val="a0"/>
        <w:numPr>
          <w:ilvl w:val="0"/>
          <w:numId w:val="0"/>
        </w:numPr>
        <w:spacing w:after="40" w:line="259" w:lineRule="auto"/>
        <w:ind w:left="360" w:hanging="360"/>
        <w:rPr>
          <w:lang w:eastAsia="ja-JP"/>
        </w:rPr>
      </w:pPr>
    </w:p>
    <w:p w14:paraId="3153037B" w14:textId="77777777" w:rsidR="00BD7CFB" w:rsidRDefault="00BD7CFB" w:rsidP="00891785">
      <w:pPr>
        <w:pStyle w:val="a0"/>
        <w:numPr>
          <w:ilvl w:val="0"/>
          <w:numId w:val="0"/>
        </w:numPr>
        <w:spacing w:after="40" w:line="259" w:lineRule="auto"/>
        <w:ind w:left="360" w:hanging="360"/>
        <w:rPr>
          <w:lang w:eastAsia="ja-JP"/>
        </w:rPr>
      </w:pPr>
    </w:p>
    <w:p w14:paraId="3FB84FE4" w14:textId="77777777" w:rsidR="00E51928" w:rsidRDefault="00E51928" w:rsidP="00891785">
      <w:pPr>
        <w:pStyle w:val="a0"/>
        <w:numPr>
          <w:ilvl w:val="0"/>
          <w:numId w:val="0"/>
        </w:numPr>
        <w:spacing w:after="40" w:line="259" w:lineRule="auto"/>
        <w:ind w:left="360" w:hanging="360"/>
        <w:rPr>
          <w:lang w:eastAsia="ja-JP"/>
        </w:rPr>
      </w:pPr>
    </w:p>
    <w:p w14:paraId="0026D4F2" w14:textId="77777777" w:rsidR="00E51928" w:rsidRDefault="00E51928" w:rsidP="00891785">
      <w:pPr>
        <w:pStyle w:val="a0"/>
        <w:numPr>
          <w:ilvl w:val="0"/>
          <w:numId w:val="0"/>
        </w:numPr>
        <w:spacing w:after="40" w:line="259" w:lineRule="auto"/>
        <w:ind w:left="360" w:hanging="360"/>
        <w:rPr>
          <w:lang w:eastAsia="ja-JP"/>
        </w:rPr>
      </w:pPr>
    </w:p>
    <w:p w14:paraId="3428AD2B" w14:textId="77777777" w:rsidR="00E51928" w:rsidRDefault="00E51928" w:rsidP="00891785">
      <w:pPr>
        <w:pStyle w:val="a0"/>
        <w:numPr>
          <w:ilvl w:val="0"/>
          <w:numId w:val="0"/>
        </w:numPr>
        <w:spacing w:after="40" w:line="259" w:lineRule="auto"/>
        <w:ind w:left="360" w:hanging="360"/>
        <w:rPr>
          <w:lang w:eastAsia="ja-JP"/>
        </w:rPr>
      </w:pPr>
    </w:p>
    <w:p w14:paraId="57061238" w14:textId="77777777" w:rsidR="00BD7CFB" w:rsidRDefault="00BD7CFB" w:rsidP="00891785">
      <w:pPr>
        <w:pStyle w:val="a0"/>
        <w:numPr>
          <w:ilvl w:val="0"/>
          <w:numId w:val="0"/>
        </w:numPr>
        <w:spacing w:after="40" w:line="259" w:lineRule="auto"/>
        <w:ind w:left="360" w:hanging="360"/>
        <w:rPr>
          <w:lang w:eastAsia="ja-JP"/>
        </w:rPr>
      </w:pPr>
    </w:p>
    <w:p w14:paraId="7B24ABFE" w14:textId="77777777" w:rsidR="00891785" w:rsidRDefault="00891785" w:rsidP="00891785">
      <w:pPr>
        <w:pStyle w:val="a0"/>
        <w:numPr>
          <w:ilvl w:val="0"/>
          <w:numId w:val="0"/>
        </w:numPr>
        <w:spacing w:after="40" w:line="259" w:lineRule="auto"/>
        <w:ind w:left="360" w:hanging="360"/>
        <w:rPr>
          <w:lang w:eastAsia="ja-JP"/>
        </w:rPr>
      </w:pPr>
    </w:p>
    <w:p w14:paraId="5BB282FD" w14:textId="77777777" w:rsidR="00E468C6" w:rsidRDefault="004760EB">
      <w:pPr>
        <w:pStyle w:val="1"/>
        <w:spacing w:before="0" w:after="140"/>
        <w:rPr>
          <w:sz w:val="21"/>
          <w:lang w:eastAsia="ja-JP"/>
        </w:rPr>
      </w:pPr>
      <w:r>
        <w:rPr>
          <w:sz w:val="21"/>
          <w:lang w:eastAsia="ja-JP"/>
        </w:rPr>
        <w:lastRenderedPageBreak/>
        <w:t>第</w:t>
      </w:r>
      <w:r>
        <w:rPr>
          <w:sz w:val="21"/>
          <w:lang w:eastAsia="ja-JP"/>
        </w:rPr>
        <w:t>1</w:t>
      </w:r>
      <w:r>
        <w:rPr>
          <w:sz w:val="21"/>
          <w:lang w:eastAsia="ja-JP"/>
        </w:rPr>
        <w:t>章　補助事業の流れ</w:t>
      </w:r>
    </w:p>
    <w:p w14:paraId="3B97B6B4" w14:textId="23947329" w:rsidR="001C2DBC" w:rsidRPr="001C2DBC" w:rsidRDefault="005071D8" w:rsidP="001C2DBC">
      <w:pPr>
        <w:pStyle w:val="21"/>
        <w:rPr>
          <w:sz w:val="21"/>
          <w:szCs w:val="21"/>
          <w:lang w:eastAsia="ja-JP"/>
        </w:rPr>
      </w:pPr>
      <w:r>
        <w:rPr>
          <w:rFonts w:hint="eastAsia"/>
          <w:sz w:val="21"/>
          <w:szCs w:val="21"/>
          <w:lang w:eastAsia="ja-JP"/>
        </w:rPr>
        <w:t>交付決定から補助金支払までの</w:t>
      </w:r>
      <w:r w:rsidR="000F703F">
        <w:rPr>
          <w:rFonts w:hint="eastAsia"/>
          <w:sz w:val="21"/>
          <w:szCs w:val="21"/>
          <w:lang w:eastAsia="ja-JP"/>
        </w:rPr>
        <w:t>流れ</w:t>
      </w:r>
    </w:p>
    <w:tbl>
      <w:tblPr>
        <w:tblW w:w="0" w:type="auto"/>
        <w:jc w:val="center"/>
        <w:tblLayout w:type="fixed"/>
        <w:tblLook w:val="04A0" w:firstRow="1" w:lastRow="0" w:firstColumn="1" w:lastColumn="0" w:noHBand="0" w:noVBand="1"/>
      </w:tblPr>
      <w:tblGrid>
        <w:gridCol w:w="4422"/>
        <w:gridCol w:w="1020"/>
        <w:gridCol w:w="4422"/>
      </w:tblGrid>
      <w:tr w:rsidR="00477C09" w14:paraId="56D5A8A8" w14:textId="77777777" w:rsidTr="00580C67">
        <w:trPr>
          <w:jc w:val="center"/>
        </w:trPr>
        <w:tc>
          <w:tcPr>
            <w:tcW w:w="4422" w:type="dxa"/>
            <w:tcBorders>
              <w:top w:val="single" w:sz="8" w:space="0" w:color="7F7F7F"/>
              <w:left w:val="single" w:sz="8" w:space="0" w:color="7F7F7F"/>
              <w:bottom w:val="single" w:sz="8" w:space="0" w:color="7F7F7F"/>
              <w:right w:val="single" w:sz="8" w:space="0" w:color="7F7F7F"/>
            </w:tcBorders>
            <w:shd w:val="clear" w:color="auto" w:fill="4A4A4A"/>
            <w:tcMar>
              <w:top w:w="90" w:type="dxa"/>
              <w:left w:w="110" w:type="dxa"/>
              <w:bottom w:w="90" w:type="dxa"/>
              <w:right w:w="110" w:type="dxa"/>
            </w:tcMar>
            <w:vAlign w:val="center"/>
          </w:tcPr>
          <w:p w14:paraId="3E07223B" w14:textId="77777777" w:rsidR="00477C09" w:rsidRDefault="00477C09" w:rsidP="00580C67">
            <w:pPr>
              <w:spacing w:after="40" w:line="240" w:lineRule="exact"/>
              <w:jc w:val="center"/>
            </w:pPr>
            <w:proofErr w:type="spellStart"/>
            <w:r>
              <w:rPr>
                <w:b/>
                <w:color w:val="FFFFFF"/>
              </w:rPr>
              <w:t>補助事業者</w:t>
            </w:r>
            <w:proofErr w:type="spellEnd"/>
          </w:p>
        </w:tc>
        <w:tc>
          <w:tcPr>
            <w:tcW w:w="1020" w:type="dxa"/>
            <w:tcBorders>
              <w:left w:val="single" w:sz="8" w:space="0" w:color="7F7F7F"/>
              <w:right w:val="single" w:sz="8" w:space="0" w:color="7F7F7F"/>
            </w:tcBorders>
            <w:shd w:val="clear" w:color="auto" w:fill="FFFFFF"/>
            <w:tcMar>
              <w:top w:w="90" w:type="dxa"/>
              <w:left w:w="110" w:type="dxa"/>
              <w:bottom w:w="90" w:type="dxa"/>
              <w:right w:w="110" w:type="dxa"/>
            </w:tcMar>
            <w:vAlign w:val="center"/>
          </w:tcPr>
          <w:p w14:paraId="32B8FF0F" w14:textId="77777777" w:rsidR="00477C09" w:rsidRDefault="00477C09" w:rsidP="00580C67">
            <w:pPr>
              <w:spacing w:after="40" w:line="240" w:lineRule="exact"/>
              <w:jc w:val="center"/>
            </w:pPr>
          </w:p>
        </w:tc>
        <w:tc>
          <w:tcPr>
            <w:tcW w:w="4422" w:type="dxa"/>
            <w:tcBorders>
              <w:top w:val="single" w:sz="8" w:space="0" w:color="7F7F7F"/>
              <w:left w:val="single" w:sz="8" w:space="0" w:color="7F7F7F"/>
              <w:bottom w:val="single" w:sz="8" w:space="0" w:color="7F7F7F"/>
              <w:right w:val="single" w:sz="8" w:space="0" w:color="7F7F7F"/>
            </w:tcBorders>
            <w:shd w:val="clear" w:color="auto" w:fill="4A4A4A"/>
            <w:tcMar>
              <w:top w:w="90" w:type="dxa"/>
              <w:left w:w="110" w:type="dxa"/>
              <w:bottom w:w="90" w:type="dxa"/>
              <w:right w:w="110" w:type="dxa"/>
            </w:tcMar>
            <w:vAlign w:val="center"/>
          </w:tcPr>
          <w:p w14:paraId="7E1DC32E" w14:textId="68C5A2AD" w:rsidR="00477C09" w:rsidRDefault="00304544" w:rsidP="00580C67">
            <w:pPr>
              <w:spacing w:after="40" w:line="240" w:lineRule="exact"/>
              <w:jc w:val="center"/>
              <w:rPr>
                <w:lang w:eastAsia="ja-JP"/>
              </w:rPr>
            </w:pPr>
            <w:r>
              <w:rPr>
                <w:b/>
                <w:color w:val="FFFFFF"/>
                <w:lang w:eastAsia="ja-JP"/>
              </w:rPr>
              <w:t>県側の手続</w:t>
            </w:r>
            <w:r w:rsidR="00317775">
              <w:rPr>
                <w:rFonts w:hint="eastAsia"/>
                <w:b/>
                <w:color w:val="FFFFFF"/>
                <w:lang w:eastAsia="ja-JP"/>
              </w:rPr>
              <w:t>き</w:t>
            </w:r>
            <w:r>
              <w:rPr>
                <w:b/>
                <w:color w:val="FFFFFF"/>
                <w:lang w:eastAsia="ja-JP"/>
              </w:rPr>
              <w:t>・確認事項</w:t>
            </w:r>
          </w:p>
        </w:tc>
      </w:tr>
      <w:tr w:rsidR="00477C09" w14:paraId="68EA2036" w14:textId="77777777" w:rsidTr="00580C67">
        <w:trPr>
          <w:jc w:val="center"/>
        </w:trPr>
        <w:tc>
          <w:tcPr>
            <w:tcW w:w="4422"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5DB41311" w14:textId="77777777" w:rsidR="00477C09" w:rsidRDefault="00477C09" w:rsidP="00580C67">
            <w:pPr>
              <w:spacing w:after="40" w:line="240" w:lineRule="exact"/>
              <w:rPr>
                <w:lang w:eastAsia="ja-JP"/>
              </w:rPr>
            </w:pPr>
            <w:r>
              <w:rPr>
                <w:b/>
                <w:lang w:eastAsia="ja-JP"/>
              </w:rPr>
              <w:t>① 交付決定通知の確認</w:t>
            </w:r>
          </w:p>
          <w:p w14:paraId="604C4B71" w14:textId="01B9E805" w:rsidR="00477C09" w:rsidRDefault="00477C09" w:rsidP="00580C67">
            <w:pPr>
              <w:spacing w:after="0" w:line="240" w:lineRule="exact"/>
              <w:rPr>
                <w:lang w:eastAsia="ja-JP"/>
              </w:rPr>
            </w:pPr>
            <w:r>
              <w:rPr>
                <w:lang w:eastAsia="ja-JP"/>
              </w:rPr>
              <w:t>交付条件を確認</w:t>
            </w:r>
          </w:p>
        </w:tc>
        <w:tc>
          <w:tcPr>
            <w:tcW w:w="1020" w:type="dxa"/>
            <w:vAlign w:val="center"/>
          </w:tcPr>
          <w:p w14:paraId="69F706D7" w14:textId="77777777" w:rsidR="00477C09" w:rsidRDefault="00477C09" w:rsidP="00580C67">
            <w:pPr>
              <w:spacing w:after="0" w:line="240" w:lineRule="exact"/>
              <w:jc w:val="center"/>
            </w:pPr>
            <w:r>
              <w:rPr>
                <w:b/>
                <w:color w:val="4A4A4A"/>
                <w:sz w:val="30"/>
              </w:rPr>
              <w:t>←</w:t>
            </w:r>
          </w:p>
        </w:tc>
        <w:tc>
          <w:tcPr>
            <w:tcW w:w="4422"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44CE4950" w14:textId="77777777" w:rsidR="00477C09" w:rsidRDefault="00477C09" w:rsidP="00580C67">
            <w:pPr>
              <w:spacing w:after="40" w:line="240" w:lineRule="exact"/>
              <w:rPr>
                <w:lang w:eastAsia="ja-JP"/>
              </w:rPr>
            </w:pPr>
            <w:r>
              <w:rPr>
                <w:b/>
                <w:lang w:eastAsia="ja-JP"/>
              </w:rPr>
              <w:t>交付決定</w:t>
            </w:r>
          </w:p>
          <w:p w14:paraId="38DF486C" w14:textId="77777777" w:rsidR="00477C09" w:rsidRDefault="00477C09" w:rsidP="00580C67">
            <w:pPr>
              <w:spacing w:after="0" w:line="240" w:lineRule="exact"/>
              <w:rPr>
                <w:lang w:eastAsia="ja-JP"/>
              </w:rPr>
            </w:pPr>
            <w:r>
              <w:rPr>
                <w:lang w:eastAsia="ja-JP"/>
              </w:rPr>
              <w:t>交付決定通知を送付</w:t>
            </w:r>
          </w:p>
        </w:tc>
      </w:tr>
      <w:tr w:rsidR="00477C09" w14:paraId="21C7BA30" w14:textId="77777777" w:rsidTr="00C25527">
        <w:trPr>
          <w:trHeight w:val="227"/>
          <w:jc w:val="center"/>
        </w:trPr>
        <w:tc>
          <w:tcPr>
            <w:tcW w:w="4422" w:type="dxa"/>
            <w:vAlign w:val="center"/>
          </w:tcPr>
          <w:p w14:paraId="78E2B4AB" w14:textId="77777777" w:rsidR="00477C09" w:rsidRDefault="00477C09" w:rsidP="00580C67">
            <w:pPr>
              <w:spacing w:after="0" w:line="240" w:lineRule="exact"/>
              <w:jc w:val="center"/>
            </w:pPr>
            <w:r>
              <w:rPr>
                <w:sz w:val="26"/>
              </w:rPr>
              <w:t>↓</w:t>
            </w:r>
          </w:p>
        </w:tc>
        <w:tc>
          <w:tcPr>
            <w:tcW w:w="1020" w:type="dxa"/>
            <w:vAlign w:val="center"/>
          </w:tcPr>
          <w:p w14:paraId="2C3A0A65" w14:textId="77777777" w:rsidR="00477C09" w:rsidRDefault="00477C09" w:rsidP="00580C67">
            <w:pPr>
              <w:spacing w:line="240" w:lineRule="exact"/>
            </w:pPr>
          </w:p>
        </w:tc>
        <w:tc>
          <w:tcPr>
            <w:tcW w:w="4422" w:type="dxa"/>
            <w:vAlign w:val="center"/>
          </w:tcPr>
          <w:p w14:paraId="49AD8B59" w14:textId="77777777" w:rsidR="00477C09" w:rsidRDefault="00477C09" w:rsidP="00580C67">
            <w:pPr>
              <w:spacing w:line="240" w:lineRule="exact"/>
            </w:pPr>
          </w:p>
        </w:tc>
      </w:tr>
      <w:tr w:rsidR="00477C09" w14:paraId="4E576D44" w14:textId="77777777" w:rsidTr="00C25527">
        <w:trPr>
          <w:jc w:val="center"/>
        </w:trPr>
        <w:tc>
          <w:tcPr>
            <w:tcW w:w="4422"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063E89A6" w14:textId="77777777" w:rsidR="00477C09" w:rsidRDefault="00477C09" w:rsidP="00580C67">
            <w:pPr>
              <w:spacing w:after="40" w:line="240" w:lineRule="exact"/>
              <w:rPr>
                <w:lang w:eastAsia="ja-JP"/>
              </w:rPr>
            </w:pPr>
            <w:r>
              <w:rPr>
                <w:b/>
                <w:lang w:eastAsia="ja-JP"/>
              </w:rPr>
              <w:t>② 補助事業の実施</w:t>
            </w:r>
          </w:p>
          <w:p w14:paraId="2833605A" w14:textId="77777777" w:rsidR="00477C09" w:rsidRDefault="00477C09" w:rsidP="00580C67">
            <w:pPr>
              <w:spacing w:after="0" w:line="240" w:lineRule="exact"/>
              <w:rPr>
                <w:lang w:eastAsia="ja-JP"/>
              </w:rPr>
            </w:pPr>
            <w:r>
              <w:rPr>
                <w:lang w:eastAsia="ja-JP"/>
              </w:rPr>
              <w:t>発注・契約、研究開発</w:t>
            </w:r>
          </w:p>
          <w:p w14:paraId="56041544" w14:textId="77777777" w:rsidR="00477C09" w:rsidRDefault="00477C09" w:rsidP="00580C67">
            <w:pPr>
              <w:spacing w:after="0" w:line="240" w:lineRule="exact"/>
              <w:rPr>
                <w:lang w:eastAsia="ja-JP"/>
              </w:rPr>
            </w:pPr>
            <w:r>
              <w:rPr>
                <w:lang w:eastAsia="ja-JP"/>
              </w:rPr>
              <w:t>経費・証拠書類の管理</w:t>
            </w:r>
          </w:p>
        </w:tc>
        <w:tc>
          <w:tcPr>
            <w:tcW w:w="1020" w:type="dxa"/>
            <w:vAlign w:val="center"/>
          </w:tcPr>
          <w:p w14:paraId="75B0B0DC" w14:textId="77777777" w:rsidR="00477C09" w:rsidRDefault="00477C09" w:rsidP="00580C67">
            <w:pPr>
              <w:spacing w:after="0" w:line="240" w:lineRule="exact"/>
              <w:jc w:val="center"/>
            </w:pPr>
            <w:r>
              <w:rPr>
                <w:b/>
                <w:color w:val="4A4A4A"/>
                <w:sz w:val="30"/>
              </w:rPr>
              <w:t>⇄</w:t>
            </w:r>
          </w:p>
        </w:tc>
        <w:tc>
          <w:tcPr>
            <w:tcW w:w="4422"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167DDBFD" w14:textId="77777777" w:rsidR="00477C09" w:rsidRDefault="00477C09" w:rsidP="00580C67">
            <w:pPr>
              <w:spacing w:after="40" w:line="240" w:lineRule="exact"/>
              <w:rPr>
                <w:lang w:eastAsia="ja-JP"/>
              </w:rPr>
            </w:pPr>
            <w:r>
              <w:rPr>
                <w:b/>
                <w:lang w:eastAsia="ja-JP"/>
              </w:rPr>
              <w:t>事業実施中の確認</w:t>
            </w:r>
          </w:p>
          <w:p w14:paraId="756D3A52" w14:textId="77777777" w:rsidR="00477C09" w:rsidRDefault="00477C09" w:rsidP="00580C67">
            <w:pPr>
              <w:spacing w:after="0" w:line="240" w:lineRule="exact"/>
              <w:rPr>
                <w:lang w:eastAsia="ja-JP"/>
              </w:rPr>
            </w:pPr>
            <w:r>
              <w:rPr>
                <w:lang w:eastAsia="ja-JP"/>
              </w:rPr>
              <w:t>必要に応じ、照会・進捗確認・現地確認</w:t>
            </w:r>
          </w:p>
          <w:p w14:paraId="7A634B94" w14:textId="77777777" w:rsidR="00477C09" w:rsidRDefault="00477C09" w:rsidP="00580C67">
            <w:pPr>
              <w:spacing w:after="0" w:line="240" w:lineRule="exact"/>
              <w:rPr>
                <w:lang w:eastAsia="ja-JP"/>
              </w:rPr>
            </w:pPr>
            <w:r>
              <w:rPr>
                <w:lang w:eastAsia="ja-JP"/>
              </w:rPr>
              <w:t>相談内容への回答、変更申請等の審査</w:t>
            </w:r>
          </w:p>
        </w:tc>
      </w:tr>
      <w:tr w:rsidR="00477C09" w14:paraId="3B5BBAD9" w14:textId="77777777" w:rsidTr="00C25527">
        <w:trPr>
          <w:trHeight w:val="227"/>
          <w:jc w:val="center"/>
        </w:trPr>
        <w:tc>
          <w:tcPr>
            <w:tcW w:w="4422" w:type="dxa"/>
            <w:vAlign w:val="center"/>
          </w:tcPr>
          <w:p w14:paraId="0B07B754" w14:textId="77777777" w:rsidR="00477C09" w:rsidRDefault="00477C09" w:rsidP="00580C67">
            <w:pPr>
              <w:spacing w:after="0" w:line="240" w:lineRule="exact"/>
              <w:jc w:val="center"/>
            </w:pPr>
            <w:r>
              <w:rPr>
                <w:sz w:val="26"/>
              </w:rPr>
              <w:t>↓</w:t>
            </w:r>
          </w:p>
        </w:tc>
        <w:tc>
          <w:tcPr>
            <w:tcW w:w="1020" w:type="dxa"/>
            <w:vAlign w:val="center"/>
          </w:tcPr>
          <w:p w14:paraId="4210BB07" w14:textId="77777777" w:rsidR="00477C09" w:rsidRDefault="00477C09" w:rsidP="00580C67">
            <w:pPr>
              <w:spacing w:line="240" w:lineRule="exact"/>
            </w:pPr>
          </w:p>
        </w:tc>
        <w:tc>
          <w:tcPr>
            <w:tcW w:w="4422" w:type="dxa"/>
            <w:vAlign w:val="center"/>
          </w:tcPr>
          <w:p w14:paraId="16E3C726" w14:textId="77777777" w:rsidR="00477C09" w:rsidRDefault="00477C09" w:rsidP="00580C67">
            <w:pPr>
              <w:spacing w:line="240" w:lineRule="exact"/>
            </w:pPr>
          </w:p>
        </w:tc>
      </w:tr>
      <w:tr w:rsidR="00477C09" w14:paraId="077E1979" w14:textId="77777777" w:rsidTr="00C25527">
        <w:trPr>
          <w:jc w:val="center"/>
        </w:trPr>
        <w:tc>
          <w:tcPr>
            <w:tcW w:w="4422"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491BD998" w14:textId="77777777" w:rsidR="00477C09" w:rsidRDefault="00477C09" w:rsidP="00580C67">
            <w:pPr>
              <w:spacing w:after="40" w:line="240" w:lineRule="exact"/>
              <w:rPr>
                <w:lang w:eastAsia="ja-JP"/>
              </w:rPr>
            </w:pPr>
            <w:r>
              <w:rPr>
                <w:b/>
                <w:lang w:eastAsia="ja-JP"/>
              </w:rPr>
              <w:t>③ 遂行状況報告</w:t>
            </w:r>
          </w:p>
          <w:p w14:paraId="1D101999" w14:textId="17C58F99" w:rsidR="00477C09" w:rsidRDefault="00477C09" w:rsidP="00580C67">
            <w:pPr>
              <w:spacing w:after="0" w:line="240" w:lineRule="exact"/>
              <w:rPr>
                <w:lang w:eastAsia="ja-JP"/>
              </w:rPr>
            </w:pPr>
            <w:r>
              <w:rPr>
                <w:lang w:eastAsia="ja-JP"/>
              </w:rPr>
              <w:t>10月31日現在の状況を11月20日までに報告</w:t>
            </w:r>
            <w:r w:rsidR="0019661E">
              <w:rPr>
                <w:rFonts w:hint="eastAsia"/>
                <w:lang w:eastAsia="ja-JP"/>
              </w:rPr>
              <w:t>（</w:t>
            </w:r>
            <w:r>
              <w:rPr>
                <w:lang w:eastAsia="ja-JP"/>
              </w:rPr>
              <w:t>要綱様式第7号</w:t>
            </w:r>
            <w:r w:rsidR="0019661E">
              <w:rPr>
                <w:rFonts w:hint="eastAsia"/>
                <w:lang w:eastAsia="ja-JP"/>
              </w:rPr>
              <w:t>）</w:t>
            </w:r>
          </w:p>
        </w:tc>
        <w:tc>
          <w:tcPr>
            <w:tcW w:w="1020" w:type="dxa"/>
            <w:vAlign w:val="center"/>
          </w:tcPr>
          <w:p w14:paraId="0DB2D083" w14:textId="77777777" w:rsidR="00477C09" w:rsidRDefault="00477C09" w:rsidP="00580C67">
            <w:pPr>
              <w:spacing w:after="0" w:line="240" w:lineRule="exact"/>
              <w:jc w:val="center"/>
            </w:pPr>
            <w:r>
              <w:rPr>
                <w:b/>
                <w:color w:val="4A4A4A"/>
                <w:sz w:val="30"/>
              </w:rPr>
              <w:t>→</w:t>
            </w:r>
          </w:p>
        </w:tc>
        <w:tc>
          <w:tcPr>
            <w:tcW w:w="4422"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1FF5E179" w14:textId="77777777" w:rsidR="00477C09" w:rsidRDefault="00477C09" w:rsidP="00580C67">
            <w:pPr>
              <w:spacing w:after="40" w:line="240" w:lineRule="exact"/>
              <w:rPr>
                <w:lang w:eastAsia="ja-JP"/>
              </w:rPr>
            </w:pPr>
            <w:r>
              <w:rPr>
                <w:b/>
                <w:lang w:eastAsia="ja-JP"/>
              </w:rPr>
              <w:t>遂行状況の確認</w:t>
            </w:r>
          </w:p>
          <w:p w14:paraId="36D7950E" w14:textId="77777777" w:rsidR="00477C09" w:rsidRDefault="00477C09" w:rsidP="00580C67">
            <w:pPr>
              <w:spacing w:after="0" w:line="240" w:lineRule="exact"/>
              <w:rPr>
                <w:lang w:eastAsia="ja-JP"/>
              </w:rPr>
            </w:pPr>
            <w:r>
              <w:rPr>
                <w:lang w:eastAsia="ja-JP"/>
              </w:rPr>
              <w:t>進捗状況・収支状況を確認</w:t>
            </w:r>
          </w:p>
        </w:tc>
      </w:tr>
      <w:tr w:rsidR="00477C09" w14:paraId="0EE52F7F" w14:textId="77777777" w:rsidTr="00FC5261">
        <w:trPr>
          <w:trHeight w:val="227"/>
          <w:jc w:val="center"/>
        </w:trPr>
        <w:tc>
          <w:tcPr>
            <w:tcW w:w="4422" w:type="dxa"/>
            <w:vAlign w:val="center"/>
          </w:tcPr>
          <w:p w14:paraId="0BA3F334" w14:textId="77777777" w:rsidR="00477C09" w:rsidRDefault="00477C09" w:rsidP="00580C67">
            <w:pPr>
              <w:spacing w:after="0" w:line="240" w:lineRule="exact"/>
              <w:jc w:val="center"/>
            </w:pPr>
            <w:r>
              <w:rPr>
                <w:sz w:val="26"/>
              </w:rPr>
              <w:t>↓</w:t>
            </w:r>
          </w:p>
        </w:tc>
        <w:tc>
          <w:tcPr>
            <w:tcW w:w="1020" w:type="dxa"/>
            <w:vAlign w:val="center"/>
          </w:tcPr>
          <w:p w14:paraId="2BB5C6DE" w14:textId="77777777" w:rsidR="00477C09" w:rsidRDefault="00477C09" w:rsidP="00580C67">
            <w:pPr>
              <w:spacing w:line="240" w:lineRule="exact"/>
            </w:pPr>
          </w:p>
        </w:tc>
        <w:tc>
          <w:tcPr>
            <w:tcW w:w="4422" w:type="dxa"/>
            <w:vAlign w:val="center"/>
          </w:tcPr>
          <w:p w14:paraId="779AF63B" w14:textId="77777777" w:rsidR="00477C09" w:rsidRDefault="00477C09" w:rsidP="00580C67">
            <w:pPr>
              <w:spacing w:line="240" w:lineRule="exact"/>
            </w:pPr>
          </w:p>
        </w:tc>
      </w:tr>
      <w:tr w:rsidR="00477C09" w14:paraId="793F2B25" w14:textId="77777777" w:rsidTr="00FC5261">
        <w:trPr>
          <w:jc w:val="center"/>
        </w:trPr>
        <w:tc>
          <w:tcPr>
            <w:tcW w:w="4422"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095BCA92" w14:textId="77777777" w:rsidR="00477C09" w:rsidRDefault="00477C09" w:rsidP="00580C67">
            <w:pPr>
              <w:spacing w:after="40" w:line="240" w:lineRule="exact"/>
              <w:rPr>
                <w:lang w:eastAsia="ja-JP"/>
              </w:rPr>
            </w:pPr>
            <w:r>
              <w:rPr>
                <w:b/>
                <w:lang w:eastAsia="ja-JP"/>
              </w:rPr>
              <w:t>④ 補助事業の完了</w:t>
            </w:r>
          </w:p>
          <w:p w14:paraId="2176F5B1" w14:textId="77777777" w:rsidR="00477C09" w:rsidRDefault="00477C09" w:rsidP="00580C67">
            <w:pPr>
              <w:spacing w:after="0" w:line="240" w:lineRule="exact"/>
              <w:rPr>
                <w:lang w:eastAsia="ja-JP"/>
              </w:rPr>
            </w:pPr>
            <w:r>
              <w:rPr>
                <w:lang w:eastAsia="ja-JP"/>
              </w:rPr>
              <w:t>令和9年2月末日まで</w:t>
            </w:r>
          </w:p>
          <w:p w14:paraId="6BBC590C" w14:textId="2AA76515" w:rsidR="00477C09" w:rsidRDefault="00477C09" w:rsidP="00580C67">
            <w:pPr>
              <w:spacing w:after="0" w:line="240" w:lineRule="exact"/>
              <w:rPr>
                <w:lang w:eastAsia="ja-JP"/>
              </w:rPr>
            </w:pPr>
            <w:r>
              <w:rPr>
                <w:lang w:eastAsia="ja-JP"/>
              </w:rPr>
              <w:t>納品・検収・支払を完了</w:t>
            </w:r>
            <w:r w:rsidR="00440672">
              <w:rPr>
                <w:rFonts w:hint="eastAsia"/>
                <w:lang w:eastAsia="ja-JP"/>
              </w:rPr>
              <w:t>（</w:t>
            </w:r>
            <w:r w:rsidR="00440672" w:rsidRPr="00440672">
              <w:rPr>
                <w:lang w:eastAsia="ja-JP"/>
              </w:rPr>
              <w:t>※人件費の支払時期の例外を除く。</w:t>
            </w:r>
            <w:r w:rsidR="00440672">
              <w:rPr>
                <w:rFonts w:hint="eastAsia"/>
                <w:lang w:eastAsia="ja-JP"/>
              </w:rPr>
              <w:t>）</w:t>
            </w:r>
          </w:p>
        </w:tc>
        <w:tc>
          <w:tcPr>
            <w:tcW w:w="1020" w:type="dxa"/>
            <w:vAlign w:val="center"/>
          </w:tcPr>
          <w:p w14:paraId="33B101B8" w14:textId="77777777" w:rsidR="00477C09" w:rsidRDefault="00477C09" w:rsidP="00580C67">
            <w:pPr>
              <w:spacing w:after="0" w:line="240" w:lineRule="exact"/>
              <w:jc w:val="center"/>
              <w:rPr>
                <w:lang w:eastAsia="ja-JP"/>
              </w:rPr>
            </w:pPr>
          </w:p>
        </w:tc>
        <w:tc>
          <w:tcPr>
            <w:tcW w:w="4422" w:type="dxa"/>
            <w:shd w:val="clear" w:color="auto" w:fill="auto"/>
            <w:tcMar>
              <w:top w:w="90" w:type="dxa"/>
              <w:left w:w="110" w:type="dxa"/>
              <w:bottom w:w="90" w:type="dxa"/>
              <w:right w:w="110" w:type="dxa"/>
            </w:tcMar>
            <w:vAlign w:val="center"/>
          </w:tcPr>
          <w:p w14:paraId="289BBA19" w14:textId="77777777" w:rsidR="00477C09" w:rsidRDefault="00477C09" w:rsidP="00580C67">
            <w:pPr>
              <w:spacing w:after="40" w:line="240" w:lineRule="exact"/>
              <w:rPr>
                <w:lang w:eastAsia="ja-JP"/>
              </w:rPr>
            </w:pPr>
          </w:p>
        </w:tc>
      </w:tr>
      <w:tr w:rsidR="00477C09" w14:paraId="7CD43D5D" w14:textId="77777777" w:rsidTr="00FC5261">
        <w:trPr>
          <w:trHeight w:val="227"/>
          <w:jc w:val="center"/>
        </w:trPr>
        <w:tc>
          <w:tcPr>
            <w:tcW w:w="4422" w:type="dxa"/>
            <w:vAlign w:val="center"/>
          </w:tcPr>
          <w:p w14:paraId="07671106" w14:textId="77777777" w:rsidR="00477C09" w:rsidRDefault="00477C09" w:rsidP="00580C67">
            <w:pPr>
              <w:spacing w:after="0" w:line="240" w:lineRule="exact"/>
              <w:jc w:val="center"/>
            </w:pPr>
            <w:r>
              <w:rPr>
                <w:sz w:val="26"/>
              </w:rPr>
              <w:t>↓</w:t>
            </w:r>
          </w:p>
        </w:tc>
        <w:tc>
          <w:tcPr>
            <w:tcW w:w="1020" w:type="dxa"/>
            <w:vAlign w:val="center"/>
          </w:tcPr>
          <w:p w14:paraId="1804B9EC" w14:textId="77777777" w:rsidR="00477C09" w:rsidRDefault="00477C09" w:rsidP="00580C67">
            <w:pPr>
              <w:spacing w:line="240" w:lineRule="exact"/>
            </w:pPr>
          </w:p>
        </w:tc>
        <w:tc>
          <w:tcPr>
            <w:tcW w:w="4422" w:type="dxa"/>
            <w:vAlign w:val="center"/>
          </w:tcPr>
          <w:p w14:paraId="085D42B1" w14:textId="77777777" w:rsidR="00477C09" w:rsidRDefault="00477C09" w:rsidP="00580C67">
            <w:pPr>
              <w:spacing w:line="240" w:lineRule="exact"/>
            </w:pPr>
          </w:p>
        </w:tc>
      </w:tr>
      <w:tr w:rsidR="00477C09" w14:paraId="0160E5EB" w14:textId="77777777" w:rsidTr="00C25527">
        <w:trPr>
          <w:jc w:val="center"/>
        </w:trPr>
        <w:tc>
          <w:tcPr>
            <w:tcW w:w="4422"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75431A68" w14:textId="77777777" w:rsidR="00477C09" w:rsidRDefault="00477C09" w:rsidP="00580C67">
            <w:pPr>
              <w:spacing w:after="40" w:line="240" w:lineRule="exact"/>
              <w:rPr>
                <w:lang w:eastAsia="ja-JP"/>
              </w:rPr>
            </w:pPr>
            <w:r>
              <w:rPr>
                <w:b/>
                <w:lang w:eastAsia="ja-JP"/>
              </w:rPr>
              <w:t>⑤ 実績報告</w:t>
            </w:r>
          </w:p>
          <w:p w14:paraId="2A591147" w14:textId="49938C56" w:rsidR="00477C09" w:rsidRDefault="00477C09" w:rsidP="00580C67">
            <w:pPr>
              <w:spacing w:after="0" w:line="240" w:lineRule="exact"/>
              <w:rPr>
                <w:lang w:eastAsia="ja-JP"/>
              </w:rPr>
            </w:pPr>
            <w:r>
              <w:rPr>
                <w:lang w:eastAsia="ja-JP"/>
              </w:rPr>
              <w:t>期限</w:t>
            </w:r>
            <w:r w:rsidR="00382A36" w:rsidRPr="00382A36">
              <w:rPr>
                <w:rFonts w:hint="eastAsia"/>
                <w:vertAlign w:val="superscript"/>
                <w:lang w:eastAsia="ja-JP"/>
              </w:rPr>
              <w:t>※</w:t>
            </w:r>
            <w:r>
              <w:rPr>
                <w:lang w:eastAsia="ja-JP"/>
              </w:rPr>
              <w:t>までに実績報告書一式を提出</w:t>
            </w:r>
          </w:p>
          <w:p w14:paraId="35F89042" w14:textId="4966DB7F" w:rsidR="00477C09" w:rsidRDefault="0037656D" w:rsidP="00580C67">
            <w:pPr>
              <w:spacing w:after="0" w:line="240" w:lineRule="exact"/>
              <w:rPr>
                <w:lang w:eastAsia="ja-JP"/>
              </w:rPr>
            </w:pPr>
            <w:r>
              <w:rPr>
                <w:rFonts w:hint="eastAsia"/>
                <w:lang w:eastAsia="ja-JP"/>
              </w:rPr>
              <w:t>（</w:t>
            </w:r>
            <w:r w:rsidR="00477C09">
              <w:rPr>
                <w:lang w:eastAsia="ja-JP"/>
              </w:rPr>
              <w:t>要綱様式第8号・第9号・第10号</w:t>
            </w:r>
            <w:r>
              <w:rPr>
                <w:rFonts w:hint="eastAsia"/>
                <w:lang w:eastAsia="ja-JP"/>
              </w:rPr>
              <w:t>）</w:t>
            </w:r>
          </w:p>
        </w:tc>
        <w:tc>
          <w:tcPr>
            <w:tcW w:w="1020" w:type="dxa"/>
            <w:vAlign w:val="center"/>
          </w:tcPr>
          <w:p w14:paraId="1BC3080C" w14:textId="77777777" w:rsidR="00477C09" w:rsidRDefault="00477C09" w:rsidP="00580C67">
            <w:pPr>
              <w:spacing w:after="0" w:line="240" w:lineRule="exact"/>
              <w:jc w:val="center"/>
            </w:pPr>
            <w:r>
              <w:rPr>
                <w:b/>
                <w:color w:val="4A4A4A"/>
                <w:sz w:val="30"/>
              </w:rPr>
              <w:t>→</w:t>
            </w:r>
          </w:p>
        </w:tc>
        <w:tc>
          <w:tcPr>
            <w:tcW w:w="4422"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2418868F" w14:textId="1E2E8D4F" w:rsidR="00477C09" w:rsidRDefault="00477C09" w:rsidP="00580C67">
            <w:pPr>
              <w:spacing w:after="40" w:line="240" w:lineRule="exact"/>
              <w:rPr>
                <w:lang w:eastAsia="ja-JP"/>
              </w:rPr>
            </w:pPr>
            <w:r>
              <w:rPr>
                <w:b/>
                <w:lang w:eastAsia="ja-JP"/>
              </w:rPr>
              <w:t xml:space="preserve">⑥ </w:t>
            </w:r>
            <w:r w:rsidR="00473977">
              <w:rPr>
                <w:rFonts w:hint="eastAsia"/>
                <w:b/>
                <w:lang w:eastAsia="ja-JP"/>
              </w:rPr>
              <w:t>確定（</w:t>
            </w:r>
            <w:r w:rsidR="00B91D79">
              <w:rPr>
                <w:rFonts w:hint="eastAsia"/>
                <w:b/>
                <w:lang w:eastAsia="ja-JP"/>
              </w:rPr>
              <w:t>完了</w:t>
            </w:r>
            <w:r w:rsidR="00473977">
              <w:rPr>
                <w:rFonts w:hint="eastAsia"/>
                <w:b/>
                <w:lang w:eastAsia="ja-JP"/>
              </w:rPr>
              <w:t>）</w:t>
            </w:r>
            <w:r>
              <w:rPr>
                <w:b/>
                <w:lang w:eastAsia="ja-JP"/>
              </w:rPr>
              <w:t>検査</w:t>
            </w:r>
            <w:r w:rsidR="0037656D">
              <w:rPr>
                <w:rFonts w:hint="eastAsia"/>
                <w:b/>
                <w:lang w:eastAsia="ja-JP"/>
              </w:rPr>
              <w:t>（現地検査）</w:t>
            </w:r>
          </w:p>
          <w:p w14:paraId="5BEED964" w14:textId="77777777" w:rsidR="00477C09" w:rsidRDefault="00477C09" w:rsidP="00580C67">
            <w:pPr>
              <w:spacing w:after="0" w:line="240" w:lineRule="exact"/>
              <w:rPr>
                <w:lang w:eastAsia="ja-JP"/>
              </w:rPr>
            </w:pPr>
            <w:r>
              <w:rPr>
                <w:lang w:eastAsia="ja-JP"/>
              </w:rPr>
              <w:t>事業の実施結果、補助対象経費</w:t>
            </w:r>
          </w:p>
          <w:p w14:paraId="7516A911" w14:textId="77777777" w:rsidR="00477C09" w:rsidRDefault="00477C09" w:rsidP="00580C67">
            <w:pPr>
              <w:spacing w:after="0" w:line="240" w:lineRule="exact"/>
              <w:rPr>
                <w:lang w:eastAsia="ja-JP"/>
              </w:rPr>
            </w:pPr>
            <w:r>
              <w:rPr>
                <w:lang w:eastAsia="ja-JP"/>
              </w:rPr>
              <w:t>証拠書類・取得物等を確認</w:t>
            </w:r>
          </w:p>
        </w:tc>
      </w:tr>
      <w:tr w:rsidR="00477C09" w14:paraId="4869FAEC" w14:textId="77777777" w:rsidTr="00C25527">
        <w:trPr>
          <w:trHeight w:val="227"/>
          <w:jc w:val="center"/>
        </w:trPr>
        <w:tc>
          <w:tcPr>
            <w:tcW w:w="4422" w:type="dxa"/>
            <w:vAlign w:val="center"/>
          </w:tcPr>
          <w:p w14:paraId="7D611BD8" w14:textId="77777777" w:rsidR="00477C09" w:rsidRDefault="00477C09" w:rsidP="00580C67">
            <w:pPr>
              <w:spacing w:line="240" w:lineRule="exact"/>
              <w:rPr>
                <w:lang w:eastAsia="ja-JP"/>
              </w:rPr>
            </w:pPr>
          </w:p>
        </w:tc>
        <w:tc>
          <w:tcPr>
            <w:tcW w:w="1020" w:type="dxa"/>
            <w:vAlign w:val="center"/>
          </w:tcPr>
          <w:p w14:paraId="11762582" w14:textId="77777777" w:rsidR="00477C09" w:rsidRDefault="00477C09" w:rsidP="00580C67">
            <w:pPr>
              <w:spacing w:line="240" w:lineRule="exact"/>
              <w:rPr>
                <w:lang w:eastAsia="ja-JP"/>
              </w:rPr>
            </w:pPr>
          </w:p>
        </w:tc>
        <w:tc>
          <w:tcPr>
            <w:tcW w:w="4422" w:type="dxa"/>
            <w:vAlign w:val="center"/>
          </w:tcPr>
          <w:p w14:paraId="7C89AACA" w14:textId="77777777" w:rsidR="00477C09" w:rsidRDefault="00477C09" w:rsidP="00580C67">
            <w:pPr>
              <w:spacing w:after="0" w:line="240" w:lineRule="exact"/>
              <w:jc w:val="center"/>
            </w:pPr>
            <w:r>
              <w:rPr>
                <w:sz w:val="26"/>
              </w:rPr>
              <w:t>↓</w:t>
            </w:r>
          </w:p>
        </w:tc>
      </w:tr>
      <w:tr w:rsidR="00477C09" w14:paraId="3CCA6F04" w14:textId="77777777" w:rsidTr="00C25527">
        <w:trPr>
          <w:jc w:val="center"/>
        </w:trPr>
        <w:tc>
          <w:tcPr>
            <w:tcW w:w="4422"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24CC0D2C" w14:textId="77777777" w:rsidR="00477C09" w:rsidRDefault="00477C09" w:rsidP="00580C67">
            <w:pPr>
              <w:spacing w:after="40" w:line="240" w:lineRule="exact"/>
              <w:rPr>
                <w:lang w:eastAsia="ja-JP"/>
              </w:rPr>
            </w:pPr>
            <w:r>
              <w:rPr>
                <w:b/>
                <w:lang w:eastAsia="ja-JP"/>
              </w:rPr>
              <w:t>⑧ 確定通知の受領</w:t>
            </w:r>
          </w:p>
          <w:p w14:paraId="432217DE" w14:textId="77777777" w:rsidR="00477C09" w:rsidRDefault="00477C09" w:rsidP="00580C67">
            <w:pPr>
              <w:spacing w:after="0" w:line="240" w:lineRule="exact"/>
              <w:rPr>
                <w:lang w:eastAsia="ja-JP"/>
              </w:rPr>
            </w:pPr>
            <w:r>
              <w:rPr>
                <w:lang w:eastAsia="ja-JP"/>
              </w:rPr>
              <w:t>確定した補助金額を確認</w:t>
            </w:r>
          </w:p>
        </w:tc>
        <w:tc>
          <w:tcPr>
            <w:tcW w:w="1020" w:type="dxa"/>
            <w:vAlign w:val="center"/>
          </w:tcPr>
          <w:p w14:paraId="0DFA730C" w14:textId="77777777" w:rsidR="00477C09" w:rsidRDefault="00477C09" w:rsidP="00580C67">
            <w:pPr>
              <w:spacing w:after="0" w:line="240" w:lineRule="exact"/>
              <w:jc w:val="center"/>
            </w:pPr>
            <w:r>
              <w:rPr>
                <w:b/>
                <w:color w:val="4A4A4A"/>
                <w:sz w:val="30"/>
              </w:rPr>
              <w:t>←</w:t>
            </w:r>
          </w:p>
        </w:tc>
        <w:tc>
          <w:tcPr>
            <w:tcW w:w="4422"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5C1C4D34" w14:textId="77777777" w:rsidR="00477C09" w:rsidRDefault="00477C09" w:rsidP="00580C67">
            <w:pPr>
              <w:spacing w:after="40" w:line="240" w:lineRule="exact"/>
              <w:rPr>
                <w:lang w:eastAsia="ja-JP"/>
              </w:rPr>
            </w:pPr>
            <w:r>
              <w:rPr>
                <w:b/>
                <w:lang w:eastAsia="ja-JP"/>
              </w:rPr>
              <w:t>⑦ 補助金額の確定</w:t>
            </w:r>
          </w:p>
          <w:p w14:paraId="44CAA66C" w14:textId="77777777" w:rsidR="00477C09" w:rsidRDefault="00477C09" w:rsidP="00580C67">
            <w:pPr>
              <w:spacing w:after="0" w:line="240" w:lineRule="exact"/>
              <w:rPr>
                <w:lang w:eastAsia="ja-JP"/>
              </w:rPr>
            </w:pPr>
            <w:r>
              <w:rPr>
                <w:lang w:eastAsia="ja-JP"/>
              </w:rPr>
              <w:t>検査結果に基づき補助金額を確定</w:t>
            </w:r>
          </w:p>
          <w:p w14:paraId="2D5F519B" w14:textId="77777777" w:rsidR="00477C09" w:rsidRDefault="00477C09" w:rsidP="00580C67">
            <w:pPr>
              <w:spacing w:after="0" w:line="240" w:lineRule="exact"/>
            </w:pPr>
            <w:proofErr w:type="spellStart"/>
            <w:r>
              <w:t>確定通知を送付</w:t>
            </w:r>
            <w:proofErr w:type="spellEnd"/>
          </w:p>
        </w:tc>
      </w:tr>
      <w:tr w:rsidR="00477C09" w14:paraId="3F527193" w14:textId="77777777" w:rsidTr="00C25527">
        <w:trPr>
          <w:trHeight w:val="227"/>
          <w:jc w:val="center"/>
        </w:trPr>
        <w:tc>
          <w:tcPr>
            <w:tcW w:w="4422" w:type="dxa"/>
            <w:vAlign w:val="center"/>
          </w:tcPr>
          <w:p w14:paraId="3D11BFC6" w14:textId="77777777" w:rsidR="00477C09" w:rsidRDefault="00477C09" w:rsidP="00580C67">
            <w:pPr>
              <w:spacing w:after="0" w:line="240" w:lineRule="exact"/>
              <w:jc w:val="center"/>
            </w:pPr>
            <w:r>
              <w:rPr>
                <w:sz w:val="26"/>
              </w:rPr>
              <w:t>↓</w:t>
            </w:r>
          </w:p>
        </w:tc>
        <w:tc>
          <w:tcPr>
            <w:tcW w:w="1020" w:type="dxa"/>
            <w:vAlign w:val="center"/>
          </w:tcPr>
          <w:p w14:paraId="6CF6E82B" w14:textId="77777777" w:rsidR="00477C09" w:rsidRDefault="00477C09" w:rsidP="00580C67">
            <w:pPr>
              <w:spacing w:line="240" w:lineRule="exact"/>
            </w:pPr>
          </w:p>
        </w:tc>
        <w:tc>
          <w:tcPr>
            <w:tcW w:w="4422" w:type="dxa"/>
            <w:vAlign w:val="center"/>
          </w:tcPr>
          <w:p w14:paraId="5735A046" w14:textId="77777777" w:rsidR="00477C09" w:rsidRDefault="00477C09" w:rsidP="00580C67">
            <w:pPr>
              <w:spacing w:line="240" w:lineRule="exact"/>
            </w:pPr>
          </w:p>
        </w:tc>
      </w:tr>
      <w:tr w:rsidR="00477C09" w14:paraId="655AEAE8" w14:textId="77777777" w:rsidTr="00C25527">
        <w:trPr>
          <w:jc w:val="center"/>
        </w:trPr>
        <w:tc>
          <w:tcPr>
            <w:tcW w:w="4422"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58DBED91" w14:textId="77777777" w:rsidR="00477C09" w:rsidRDefault="00477C09" w:rsidP="00580C67">
            <w:pPr>
              <w:spacing w:after="40" w:line="240" w:lineRule="exact"/>
              <w:rPr>
                <w:lang w:eastAsia="ja-JP"/>
              </w:rPr>
            </w:pPr>
            <w:r>
              <w:rPr>
                <w:b/>
                <w:lang w:eastAsia="ja-JP"/>
              </w:rPr>
              <w:t>⑨ 精算払請求</w:t>
            </w:r>
          </w:p>
          <w:p w14:paraId="0F2EA88A" w14:textId="7F39AE3E" w:rsidR="00477C09" w:rsidRDefault="00477C09" w:rsidP="00580C67">
            <w:pPr>
              <w:spacing w:after="0" w:line="240" w:lineRule="exact"/>
              <w:rPr>
                <w:lang w:eastAsia="ja-JP"/>
              </w:rPr>
            </w:pPr>
            <w:r>
              <w:rPr>
                <w:lang w:eastAsia="ja-JP"/>
              </w:rPr>
              <w:t>精算払請求書を提出</w:t>
            </w:r>
            <w:r w:rsidR="00377B7A">
              <w:rPr>
                <w:rFonts w:hint="eastAsia"/>
                <w:lang w:eastAsia="ja-JP"/>
              </w:rPr>
              <w:t>（</w:t>
            </w:r>
            <w:r>
              <w:rPr>
                <w:lang w:eastAsia="ja-JP"/>
              </w:rPr>
              <w:t>要綱様式第12号</w:t>
            </w:r>
            <w:r w:rsidR="00377B7A">
              <w:rPr>
                <w:rFonts w:hint="eastAsia"/>
                <w:lang w:eastAsia="ja-JP"/>
              </w:rPr>
              <w:t>）</w:t>
            </w:r>
          </w:p>
        </w:tc>
        <w:tc>
          <w:tcPr>
            <w:tcW w:w="1020" w:type="dxa"/>
            <w:vAlign w:val="center"/>
          </w:tcPr>
          <w:p w14:paraId="0C0480FD" w14:textId="77777777" w:rsidR="00477C09" w:rsidRDefault="00477C09" w:rsidP="00580C67">
            <w:pPr>
              <w:spacing w:after="0" w:line="240" w:lineRule="exact"/>
              <w:jc w:val="center"/>
            </w:pPr>
            <w:r>
              <w:rPr>
                <w:b/>
                <w:color w:val="4A4A4A"/>
                <w:sz w:val="30"/>
              </w:rPr>
              <w:t>→</w:t>
            </w:r>
          </w:p>
        </w:tc>
        <w:tc>
          <w:tcPr>
            <w:tcW w:w="4422"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23D52EFF" w14:textId="77777777" w:rsidR="00477C09" w:rsidRDefault="00477C09" w:rsidP="00580C67">
            <w:pPr>
              <w:spacing w:after="40" w:line="240" w:lineRule="exact"/>
              <w:rPr>
                <w:lang w:eastAsia="ja-JP"/>
              </w:rPr>
            </w:pPr>
            <w:r>
              <w:rPr>
                <w:b/>
                <w:lang w:eastAsia="ja-JP"/>
              </w:rPr>
              <w:t>⑩ 補助金の支払</w:t>
            </w:r>
          </w:p>
          <w:p w14:paraId="4478B23F" w14:textId="2850F7CE" w:rsidR="00534603" w:rsidRDefault="00477C09" w:rsidP="00580C67">
            <w:pPr>
              <w:spacing w:after="0" w:line="240" w:lineRule="exact"/>
              <w:rPr>
                <w:lang w:eastAsia="ja-JP"/>
              </w:rPr>
            </w:pPr>
            <w:r>
              <w:rPr>
                <w:lang w:eastAsia="ja-JP"/>
              </w:rPr>
              <w:t>指定口座へ振込</w:t>
            </w:r>
          </w:p>
        </w:tc>
      </w:tr>
    </w:tbl>
    <w:p w14:paraId="1F98A5C0" w14:textId="77777777" w:rsidR="003661B8" w:rsidRDefault="003661B8" w:rsidP="00DE3E0D">
      <w:pPr>
        <w:spacing w:after="0" w:line="240" w:lineRule="exact"/>
        <w:rPr>
          <w:lang w:eastAsia="ja-JP"/>
        </w:rPr>
      </w:pPr>
    </w:p>
    <w:tbl>
      <w:tblPr>
        <w:tblW w:w="0" w:type="auto"/>
        <w:jc w:val="center"/>
        <w:tblLook w:val="04A0" w:firstRow="1" w:lastRow="0" w:firstColumn="1" w:lastColumn="0" w:noHBand="0" w:noVBand="1"/>
      </w:tblPr>
      <w:tblGrid>
        <w:gridCol w:w="10166"/>
      </w:tblGrid>
      <w:tr w:rsidR="00E468C6" w14:paraId="6BC70532" w14:textId="77777777">
        <w:trPr>
          <w:jc w:val="center"/>
        </w:trPr>
        <w:tc>
          <w:tcPr>
            <w:tcW w:w="10200" w:type="dxa"/>
            <w:shd w:val="clear" w:color="auto" w:fill="FFF2CC"/>
            <w:tcMar>
              <w:top w:w="110" w:type="dxa"/>
              <w:left w:w="150" w:type="dxa"/>
              <w:bottom w:w="110" w:type="dxa"/>
              <w:right w:w="150" w:type="dxa"/>
            </w:tcMar>
          </w:tcPr>
          <w:p w14:paraId="735A2352" w14:textId="77777777" w:rsidR="00E468C6" w:rsidRDefault="004760EB">
            <w:pPr>
              <w:spacing w:after="40"/>
              <w:rPr>
                <w:lang w:eastAsia="ja-JP"/>
              </w:rPr>
            </w:pPr>
            <w:r>
              <w:rPr>
                <w:b/>
                <w:color w:val="7F6000"/>
                <w:lang w:eastAsia="ja-JP"/>
              </w:rPr>
              <w:t>事業期間</w:t>
            </w:r>
          </w:p>
          <w:p w14:paraId="6409EC9C" w14:textId="1A38F072" w:rsidR="00E468C6" w:rsidRDefault="004760EB">
            <w:pPr>
              <w:spacing w:after="0" w:line="259" w:lineRule="auto"/>
              <w:rPr>
                <w:lang w:eastAsia="ja-JP"/>
              </w:rPr>
            </w:pPr>
            <w:r>
              <w:rPr>
                <w:lang w:eastAsia="ja-JP"/>
              </w:rPr>
              <w:t>原則として交付決定通知を受けた日から令和9年2月末日までです。</w:t>
            </w:r>
            <w:r w:rsidR="001B6DD7">
              <w:rPr>
                <w:rFonts w:hint="eastAsia"/>
                <w:lang w:eastAsia="ja-JP"/>
              </w:rPr>
              <w:t>受理された</w:t>
            </w:r>
            <w:r>
              <w:rPr>
                <w:lang w:eastAsia="ja-JP"/>
              </w:rPr>
              <w:t>事前着手</w:t>
            </w:r>
            <w:r w:rsidR="001C56A6">
              <w:rPr>
                <w:rFonts w:hint="eastAsia"/>
                <w:lang w:eastAsia="ja-JP"/>
              </w:rPr>
              <w:t>届</w:t>
            </w:r>
            <w:r>
              <w:rPr>
                <w:lang w:eastAsia="ja-JP"/>
              </w:rPr>
              <w:t>がある場合を除き、交付決定前の発注・契約は対象外です。</w:t>
            </w:r>
          </w:p>
        </w:tc>
      </w:tr>
    </w:tbl>
    <w:p w14:paraId="4D1F37EA" w14:textId="77777777" w:rsidR="00E468C6" w:rsidRDefault="00E468C6" w:rsidP="00C625B1">
      <w:pPr>
        <w:spacing w:after="0" w:line="240" w:lineRule="exact"/>
        <w:ind w:firstLineChars="100" w:firstLine="210"/>
        <w:rPr>
          <w:lang w:eastAsia="ja-JP"/>
        </w:rPr>
      </w:pPr>
    </w:p>
    <w:tbl>
      <w:tblPr>
        <w:tblpPr w:leftFromText="142" w:rightFromText="142" w:vertAnchor="text" w:tblpY="24"/>
        <w:tblW w:w="0" w:type="auto"/>
        <w:tblLook w:val="04A0" w:firstRow="1" w:lastRow="0" w:firstColumn="1" w:lastColumn="0" w:noHBand="0" w:noVBand="1"/>
      </w:tblPr>
      <w:tblGrid>
        <w:gridCol w:w="10166"/>
      </w:tblGrid>
      <w:tr w:rsidR="00C625B1" w14:paraId="7A526827" w14:textId="77777777" w:rsidTr="00C625B1">
        <w:tc>
          <w:tcPr>
            <w:tcW w:w="10166" w:type="dxa"/>
            <w:shd w:val="clear" w:color="auto" w:fill="F4CCCC"/>
            <w:tcMar>
              <w:top w:w="110" w:type="dxa"/>
              <w:left w:w="150" w:type="dxa"/>
              <w:bottom w:w="110" w:type="dxa"/>
              <w:right w:w="150" w:type="dxa"/>
            </w:tcMar>
          </w:tcPr>
          <w:p w14:paraId="32654A5D" w14:textId="77777777" w:rsidR="00C625B1" w:rsidRDefault="00C625B1" w:rsidP="00C625B1">
            <w:pPr>
              <w:spacing w:after="40"/>
              <w:rPr>
                <w:lang w:eastAsia="ja-JP"/>
              </w:rPr>
            </w:pPr>
            <w:r>
              <w:rPr>
                <w:rFonts w:hint="eastAsia"/>
                <w:b/>
                <w:color w:val="C00000"/>
                <w:lang w:eastAsia="ja-JP"/>
              </w:rPr>
              <w:t>※</w:t>
            </w:r>
            <w:r>
              <w:rPr>
                <w:b/>
                <w:color w:val="C00000"/>
                <w:lang w:eastAsia="ja-JP"/>
              </w:rPr>
              <w:t>実績報告期限</w:t>
            </w:r>
          </w:p>
          <w:p w14:paraId="72E29A9D" w14:textId="77777777" w:rsidR="00C625B1" w:rsidRDefault="00C625B1" w:rsidP="00C625B1">
            <w:pPr>
              <w:spacing w:after="0" w:line="259" w:lineRule="auto"/>
              <w:rPr>
                <w:lang w:eastAsia="ja-JP"/>
              </w:rPr>
            </w:pPr>
            <w:r w:rsidRPr="00D122FC">
              <w:rPr>
                <w:rFonts w:hint="eastAsia"/>
                <w:lang w:eastAsia="ja-JP"/>
              </w:rPr>
              <w:t>事業完了の日から起算して</w:t>
            </w:r>
            <w:r w:rsidRPr="00D122FC">
              <w:rPr>
                <w:lang w:eastAsia="ja-JP"/>
              </w:rPr>
              <w:t>15日を経過した日又は令和9年3月5日のいずれか早い日</w:t>
            </w:r>
            <w:r>
              <w:rPr>
                <w:rFonts w:hint="eastAsia"/>
                <w:lang w:eastAsia="ja-JP"/>
              </w:rPr>
              <w:t>までに提出してください。（</w:t>
            </w:r>
            <w:r w:rsidRPr="002C1039">
              <w:rPr>
                <w:rFonts w:hint="eastAsia"/>
                <w:lang w:eastAsia="ja-JP"/>
              </w:rPr>
              <w:t>要綱第</w:t>
            </w:r>
            <w:r w:rsidRPr="002C1039">
              <w:rPr>
                <w:lang w:eastAsia="ja-JP"/>
              </w:rPr>
              <w:t>17条第3項</w:t>
            </w:r>
            <w:r>
              <w:rPr>
                <w:rFonts w:hint="eastAsia"/>
                <w:lang w:eastAsia="ja-JP"/>
              </w:rPr>
              <w:t>）</w:t>
            </w:r>
          </w:p>
        </w:tc>
      </w:tr>
    </w:tbl>
    <w:p w14:paraId="0E2153F7" w14:textId="77777777" w:rsidR="00C625B1" w:rsidRDefault="00C625B1" w:rsidP="00C625B1">
      <w:pPr>
        <w:spacing w:after="0" w:line="240" w:lineRule="exact"/>
        <w:ind w:firstLineChars="100" w:firstLine="210"/>
        <w:rPr>
          <w:lang w:eastAsia="ja-JP"/>
        </w:rPr>
      </w:pPr>
    </w:p>
    <w:p w14:paraId="32E757A5" w14:textId="77777777" w:rsidR="00C625B1" w:rsidRDefault="00C625B1" w:rsidP="00C625B1">
      <w:pPr>
        <w:spacing w:after="0" w:line="240" w:lineRule="exact"/>
        <w:ind w:firstLineChars="100" w:firstLine="210"/>
        <w:rPr>
          <w:lang w:eastAsia="ja-JP"/>
        </w:rPr>
      </w:pPr>
    </w:p>
    <w:p w14:paraId="34E3BE76" w14:textId="77777777" w:rsidR="00C625B1" w:rsidRDefault="00C625B1" w:rsidP="00C625B1">
      <w:pPr>
        <w:spacing w:after="0" w:line="240" w:lineRule="exact"/>
        <w:ind w:firstLineChars="100" w:firstLine="210"/>
        <w:rPr>
          <w:lang w:eastAsia="ja-JP"/>
        </w:rPr>
      </w:pPr>
    </w:p>
    <w:p w14:paraId="121D8F2B" w14:textId="77777777" w:rsidR="00C625B1" w:rsidRDefault="00C625B1" w:rsidP="00C625B1">
      <w:pPr>
        <w:spacing w:after="0" w:line="240" w:lineRule="exact"/>
        <w:ind w:firstLineChars="100" w:firstLine="210"/>
        <w:rPr>
          <w:lang w:eastAsia="ja-JP"/>
        </w:rPr>
      </w:pPr>
    </w:p>
    <w:p w14:paraId="57E449AC" w14:textId="1E69DA0E" w:rsidR="00D635A7" w:rsidRPr="00B4429F" w:rsidRDefault="00D635A7" w:rsidP="00D635A7">
      <w:pPr>
        <w:pStyle w:val="21"/>
        <w:rPr>
          <w:sz w:val="21"/>
          <w:szCs w:val="21"/>
          <w:lang w:eastAsia="ja-JP"/>
        </w:rPr>
      </w:pPr>
      <w:r w:rsidRPr="001C2DBC">
        <w:rPr>
          <w:sz w:val="21"/>
          <w:szCs w:val="21"/>
          <w:lang w:eastAsia="ja-JP"/>
        </w:rPr>
        <w:lastRenderedPageBreak/>
        <w:t>事業実施中に</w:t>
      </w:r>
      <w:r w:rsidR="00B4429F" w:rsidRPr="00B4429F">
        <w:rPr>
          <w:rFonts w:hint="eastAsia"/>
          <w:sz w:val="21"/>
          <w:szCs w:val="21"/>
          <w:lang w:eastAsia="ja-JP"/>
        </w:rPr>
        <w:t>必要に応じて行う手続</w:t>
      </w:r>
      <w:r w:rsidR="006C5E49">
        <w:rPr>
          <w:rFonts w:hint="eastAsia"/>
          <w:sz w:val="21"/>
          <w:szCs w:val="21"/>
          <w:lang w:eastAsia="ja-JP"/>
        </w:rPr>
        <w:t>き</w:t>
      </w:r>
    </w:p>
    <w:tbl>
      <w:tblPr>
        <w:tblpPr w:leftFromText="142" w:rightFromText="142" w:vertAnchor="text" w:horzAnchor="margin" w:tblpY="45"/>
        <w:tblW w:w="10209" w:type="dxa"/>
        <w:tblLayout w:type="fixed"/>
        <w:tblLook w:val="04A0" w:firstRow="1" w:lastRow="0" w:firstColumn="1" w:lastColumn="0" w:noHBand="0" w:noVBand="1"/>
      </w:tblPr>
      <w:tblGrid>
        <w:gridCol w:w="1843"/>
        <w:gridCol w:w="4258"/>
        <w:gridCol w:w="4108"/>
      </w:tblGrid>
      <w:tr w:rsidR="009E6809" w14:paraId="44A11345" w14:textId="77777777" w:rsidTr="009E6809">
        <w:tc>
          <w:tcPr>
            <w:tcW w:w="1843" w:type="dxa"/>
            <w:tcBorders>
              <w:top w:val="single" w:sz="8" w:space="0" w:color="7F7F7F"/>
              <w:left w:val="single" w:sz="8" w:space="0" w:color="7F7F7F"/>
              <w:bottom w:val="single" w:sz="8" w:space="0" w:color="7F7F7F"/>
              <w:right w:val="single" w:sz="8" w:space="0" w:color="7F7F7F"/>
            </w:tcBorders>
            <w:shd w:val="clear" w:color="auto" w:fill="4A4A4A"/>
            <w:tcMar>
              <w:top w:w="90" w:type="dxa"/>
              <w:left w:w="110" w:type="dxa"/>
              <w:bottom w:w="90" w:type="dxa"/>
              <w:right w:w="110" w:type="dxa"/>
            </w:tcMar>
            <w:vAlign w:val="center"/>
          </w:tcPr>
          <w:p w14:paraId="573FA54F" w14:textId="59D9A98E" w:rsidR="009E6809" w:rsidRDefault="009E6809" w:rsidP="009E6809">
            <w:pPr>
              <w:spacing w:after="40" w:line="240" w:lineRule="exact"/>
              <w:jc w:val="center"/>
            </w:pPr>
            <w:proofErr w:type="spellStart"/>
            <w:r>
              <w:rPr>
                <w:b/>
                <w:color w:val="FFFFFF"/>
              </w:rPr>
              <w:t>手続</w:t>
            </w:r>
            <w:proofErr w:type="spellEnd"/>
            <w:r w:rsidR="006C5E49">
              <w:rPr>
                <w:rFonts w:hint="eastAsia"/>
                <w:b/>
                <w:color w:val="FFFFFF"/>
                <w:lang w:eastAsia="ja-JP"/>
              </w:rPr>
              <w:t>き</w:t>
            </w:r>
          </w:p>
        </w:tc>
        <w:tc>
          <w:tcPr>
            <w:tcW w:w="4258" w:type="dxa"/>
            <w:tcBorders>
              <w:top w:val="single" w:sz="8" w:space="0" w:color="7F7F7F"/>
              <w:left w:val="single" w:sz="8" w:space="0" w:color="7F7F7F"/>
              <w:bottom w:val="single" w:sz="8" w:space="0" w:color="7F7F7F"/>
              <w:right w:val="single" w:sz="8" w:space="0" w:color="7F7F7F"/>
            </w:tcBorders>
            <w:shd w:val="clear" w:color="auto" w:fill="4A4A4A"/>
            <w:tcMar>
              <w:top w:w="90" w:type="dxa"/>
              <w:left w:w="110" w:type="dxa"/>
              <w:bottom w:w="90" w:type="dxa"/>
              <w:right w:w="110" w:type="dxa"/>
            </w:tcMar>
            <w:vAlign w:val="center"/>
          </w:tcPr>
          <w:p w14:paraId="3FB5BADD" w14:textId="77777777" w:rsidR="009E6809" w:rsidRDefault="009E6809" w:rsidP="009E6809">
            <w:pPr>
              <w:spacing w:after="40" w:line="240" w:lineRule="exact"/>
              <w:jc w:val="center"/>
              <w:rPr>
                <w:lang w:eastAsia="ja-JP"/>
              </w:rPr>
            </w:pPr>
            <w:r>
              <w:rPr>
                <w:b/>
                <w:color w:val="FFFFFF"/>
                <w:lang w:eastAsia="ja-JP"/>
              </w:rPr>
              <w:t>補助事業者が行うこと</w:t>
            </w:r>
          </w:p>
        </w:tc>
        <w:tc>
          <w:tcPr>
            <w:tcW w:w="4108" w:type="dxa"/>
            <w:tcBorders>
              <w:top w:val="single" w:sz="8" w:space="0" w:color="7F7F7F"/>
              <w:left w:val="single" w:sz="8" w:space="0" w:color="7F7F7F"/>
              <w:bottom w:val="single" w:sz="8" w:space="0" w:color="7F7F7F"/>
              <w:right w:val="single" w:sz="8" w:space="0" w:color="7F7F7F"/>
            </w:tcBorders>
            <w:shd w:val="clear" w:color="auto" w:fill="4A4A4A"/>
            <w:tcMar>
              <w:top w:w="90" w:type="dxa"/>
              <w:left w:w="110" w:type="dxa"/>
              <w:bottom w:w="90" w:type="dxa"/>
              <w:right w:w="110" w:type="dxa"/>
            </w:tcMar>
            <w:vAlign w:val="center"/>
          </w:tcPr>
          <w:p w14:paraId="39CE9118" w14:textId="3D1D6C0A" w:rsidR="009E6809" w:rsidRDefault="009E6809" w:rsidP="009E6809">
            <w:pPr>
              <w:spacing w:after="40" w:line="240" w:lineRule="exact"/>
              <w:jc w:val="center"/>
              <w:rPr>
                <w:lang w:eastAsia="ja-JP"/>
              </w:rPr>
            </w:pPr>
            <w:r>
              <w:rPr>
                <w:b/>
                <w:color w:val="FFFFFF"/>
                <w:lang w:eastAsia="ja-JP"/>
              </w:rPr>
              <w:t>県側の手続</w:t>
            </w:r>
            <w:r w:rsidR="006C5E49">
              <w:rPr>
                <w:rFonts w:hint="eastAsia"/>
                <w:b/>
                <w:color w:val="FFFFFF"/>
                <w:lang w:eastAsia="ja-JP"/>
              </w:rPr>
              <w:t>き</w:t>
            </w:r>
            <w:r>
              <w:rPr>
                <w:b/>
                <w:color w:val="FFFFFF"/>
                <w:lang w:eastAsia="ja-JP"/>
              </w:rPr>
              <w:t>・確認事項</w:t>
            </w:r>
          </w:p>
        </w:tc>
      </w:tr>
      <w:tr w:rsidR="009E6809" w14:paraId="08A8BDA1" w14:textId="77777777" w:rsidTr="009E6809">
        <w:tc>
          <w:tcPr>
            <w:tcW w:w="1843"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726D17D4" w14:textId="77777777" w:rsidR="009E6809" w:rsidRPr="00A61935" w:rsidRDefault="009E6809" w:rsidP="009E6809">
            <w:pPr>
              <w:spacing w:after="40" w:line="240" w:lineRule="exact"/>
              <w:jc w:val="center"/>
              <w:rPr>
                <w:bCs/>
              </w:rPr>
            </w:pPr>
            <w:proofErr w:type="spellStart"/>
            <w:r w:rsidRPr="00A61935">
              <w:rPr>
                <w:bCs/>
              </w:rPr>
              <w:t>計画変更</w:t>
            </w:r>
            <w:proofErr w:type="spellEnd"/>
          </w:p>
        </w:tc>
        <w:tc>
          <w:tcPr>
            <w:tcW w:w="4258"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5E381115" w14:textId="77777777" w:rsidR="009E6809" w:rsidRPr="00A61935" w:rsidRDefault="009E6809" w:rsidP="009E6809">
            <w:pPr>
              <w:spacing w:after="40" w:line="240" w:lineRule="exact"/>
              <w:rPr>
                <w:bCs/>
                <w:lang w:eastAsia="ja-JP"/>
              </w:rPr>
            </w:pPr>
            <w:r w:rsidRPr="00A61935">
              <w:rPr>
                <w:bCs/>
                <w:lang w:eastAsia="ja-JP"/>
              </w:rPr>
              <w:t>変更前に計画変更承認申請書を提出</w:t>
            </w:r>
          </w:p>
          <w:p w14:paraId="27F43037" w14:textId="77777777" w:rsidR="009E6809" w:rsidRPr="00A61935" w:rsidRDefault="009E6809" w:rsidP="009E6809">
            <w:pPr>
              <w:spacing w:after="0" w:line="240" w:lineRule="exact"/>
              <w:rPr>
                <w:bCs/>
              </w:rPr>
            </w:pPr>
            <w:r w:rsidRPr="00A61935">
              <w:rPr>
                <w:bCs/>
              </w:rPr>
              <w:t>（要綱様式第5号）</w:t>
            </w:r>
          </w:p>
        </w:tc>
        <w:tc>
          <w:tcPr>
            <w:tcW w:w="4108"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5DEA82CC" w14:textId="77777777" w:rsidR="009E6809" w:rsidRPr="00304544" w:rsidRDefault="009E6809" w:rsidP="009E6809">
            <w:pPr>
              <w:spacing w:after="40" w:line="240" w:lineRule="exact"/>
              <w:rPr>
                <w:bCs/>
                <w:lang w:eastAsia="ja-JP"/>
              </w:rPr>
            </w:pPr>
            <w:r w:rsidRPr="00304544">
              <w:rPr>
                <w:bCs/>
                <w:lang w:eastAsia="ja-JP"/>
              </w:rPr>
              <w:t>変更内容を審査し、承認の可否を通知</w:t>
            </w:r>
          </w:p>
        </w:tc>
      </w:tr>
      <w:tr w:rsidR="009E6809" w14:paraId="17C0A169" w14:textId="77777777" w:rsidTr="009E6809">
        <w:tc>
          <w:tcPr>
            <w:tcW w:w="1843"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4C7F8415" w14:textId="77777777" w:rsidR="009E6809" w:rsidRPr="00A61935" w:rsidRDefault="009E6809" w:rsidP="009E6809">
            <w:pPr>
              <w:spacing w:after="40" w:line="240" w:lineRule="exact"/>
              <w:jc w:val="center"/>
              <w:rPr>
                <w:bCs/>
              </w:rPr>
            </w:pPr>
            <w:proofErr w:type="spellStart"/>
            <w:r w:rsidRPr="00A61935">
              <w:rPr>
                <w:bCs/>
              </w:rPr>
              <w:t>中止・廃止</w:t>
            </w:r>
            <w:proofErr w:type="spellEnd"/>
          </w:p>
        </w:tc>
        <w:tc>
          <w:tcPr>
            <w:tcW w:w="4258"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52FAF51E" w14:textId="77777777" w:rsidR="009E6809" w:rsidRPr="00A61935" w:rsidRDefault="009E6809" w:rsidP="009E6809">
            <w:pPr>
              <w:spacing w:after="40" w:line="240" w:lineRule="exact"/>
              <w:rPr>
                <w:bCs/>
                <w:lang w:eastAsia="ja-JP"/>
              </w:rPr>
            </w:pPr>
            <w:r w:rsidRPr="00A61935">
              <w:rPr>
                <w:bCs/>
                <w:lang w:eastAsia="ja-JP"/>
              </w:rPr>
              <w:t>事前に計画中止（廃止）承認申請書を提出</w:t>
            </w:r>
          </w:p>
          <w:p w14:paraId="009A516D" w14:textId="77777777" w:rsidR="009E6809" w:rsidRPr="00A61935" w:rsidRDefault="009E6809" w:rsidP="009E6809">
            <w:pPr>
              <w:spacing w:after="0" w:line="240" w:lineRule="exact"/>
              <w:rPr>
                <w:bCs/>
              </w:rPr>
            </w:pPr>
            <w:r w:rsidRPr="00A61935">
              <w:rPr>
                <w:bCs/>
              </w:rPr>
              <w:t>（要綱様式第6号）</w:t>
            </w:r>
          </w:p>
        </w:tc>
        <w:tc>
          <w:tcPr>
            <w:tcW w:w="4108"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3B3267B0" w14:textId="77777777" w:rsidR="009E6809" w:rsidRPr="00304544" w:rsidRDefault="009E6809" w:rsidP="009E6809">
            <w:pPr>
              <w:spacing w:after="40" w:line="240" w:lineRule="exact"/>
              <w:rPr>
                <w:bCs/>
                <w:lang w:eastAsia="ja-JP"/>
              </w:rPr>
            </w:pPr>
            <w:r w:rsidRPr="00304544">
              <w:rPr>
                <w:bCs/>
                <w:lang w:eastAsia="ja-JP"/>
              </w:rPr>
              <w:t>理由・実施状況を確認し、承認の可否を通知</w:t>
            </w:r>
          </w:p>
        </w:tc>
      </w:tr>
      <w:tr w:rsidR="009E6809" w14:paraId="161F99E8" w14:textId="77777777" w:rsidTr="009E6809">
        <w:tc>
          <w:tcPr>
            <w:tcW w:w="1843"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53FCE93F" w14:textId="77777777" w:rsidR="009E6809" w:rsidRPr="00A61935" w:rsidRDefault="009E6809" w:rsidP="009E6809">
            <w:pPr>
              <w:spacing w:after="40" w:line="240" w:lineRule="exact"/>
              <w:jc w:val="center"/>
              <w:rPr>
                <w:bCs/>
              </w:rPr>
            </w:pPr>
            <w:proofErr w:type="spellStart"/>
            <w:r w:rsidRPr="00A61935">
              <w:rPr>
                <w:bCs/>
              </w:rPr>
              <w:t>概算払</w:t>
            </w:r>
            <w:proofErr w:type="spellEnd"/>
          </w:p>
        </w:tc>
        <w:tc>
          <w:tcPr>
            <w:tcW w:w="4258"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288D0741" w14:textId="77777777" w:rsidR="009E6809" w:rsidRPr="00A61935" w:rsidRDefault="009E6809" w:rsidP="009E6809">
            <w:pPr>
              <w:spacing w:after="40" w:line="240" w:lineRule="exact"/>
              <w:rPr>
                <w:bCs/>
                <w:lang w:eastAsia="ja-JP"/>
              </w:rPr>
            </w:pPr>
            <w:r w:rsidRPr="00A61935">
              <w:rPr>
                <w:bCs/>
                <w:lang w:eastAsia="ja-JP"/>
              </w:rPr>
              <w:t>必要に応じて概算払請求書を提出</w:t>
            </w:r>
          </w:p>
          <w:p w14:paraId="455C1BA2" w14:textId="77777777" w:rsidR="009E6809" w:rsidRPr="00A61935" w:rsidRDefault="009E6809" w:rsidP="009E6809">
            <w:pPr>
              <w:spacing w:after="0" w:line="240" w:lineRule="exact"/>
              <w:rPr>
                <w:bCs/>
              </w:rPr>
            </w:pPr>
            <w:r w:rsidRPr="00A61935">
              <w:rPr>
                <w:bCs/>
              </w:rPr>
              <w:t>（要綱様式第11号）</w:t>
            </w:r>
          </w:p>
        </w:tc>
        <w:tc>
          <w:tcPr>
            <w:tcW w:w="4108"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799CF994" w14:textId="77777777" w:rsidR="009E6809" w:rsidRPr="00304544" w:rsidRDefault="009E6809" w:rsidP="009E6809">
            <w:pPr>
              <w:spacing w:after="40" w:line="240" w:lineRule="exact"/>
              <w:rPr>
                <w:bCs/>
                <w:lang w:eastAsia="ja-JP"/>
              </w:rPr>
            </w:pPr>
            <w:r w:rsidRPr="00304544">
              <w:rPr>
                <w:bCs/>
                <w:lang w:eastAsia="ja-JP"/>
              </w:rPr>
              <w:t>請求内容を確認し、交付決定額の7割以内で支払</w:t>
            </w:r>
          </w:p>
        </w:tc>
      </w:tr>
    </w:tbl>
    <w:p w14:paraId="2A5DA67B" w14:textId="77777777" w:rsidR="009E6809" w:rsidRPr="009E6809" w:rsidRDefault="009E6809" w:rsidP="009E6809">
      <w:pPr>
        <w:rPr>
          <w:lang w:eastAsia="ja-JP"/>
        </w:rPr>
      </w:pPr>
    </w:p>
    <w:p w14:paraId="3D3A30DD" w14:textId="791EBE35" w:rsidR="00D635A7" w:rsidRPr="001C2DBC" w:rsidRDefault="00D635A7" w:rsidP="00D635A7">
      <w:pPr>
        <w:pStyle w:val="21"/>
        <w:spacing w:before="160"/>
        <w:rPr>
          <w:sz w:val="21"/>
          <w:szCs w:val="21"/>
          <w:lang w:eastAsia="ja-JP"/>
        </w:rPr>
      </w:pPr>
      <w:r w:rsidRPr="001C2DBC">
        <w:rPr>
          <w:sz w:val="21"/>
          <w:szCs w:val="21"/>
          <w:lang w:eastAsia="ja-JP"/>
        </w:rPr>
        <w:t>事業終了後に必要となる主な手続</w:t>
      </w:r>
      <w:r w:rsidR="006C5E49">
        <w:rPr>
          <w:rFonts w:hint="eastAsia"/>
          <w:sz w:val="21"/>
          <w:szCs w:val="21"/>
          <w:lang w:eastAsia="ja-JP"/>
        </w:rPr>
        <w:t>き</w:t>
      </w:r>
    </w:p>
    <w:tbl>
      <w:tblPr>
        <w:tblW w:w="10151" w:type="dxa"/>
        <w:tblLayout w:type="fixed"/>
        <w:tblLook w:val="04A0" w:firstRow="1" w:lastRow="0" w:firstColumn="1" w:lastColumn="0" w:noHBand="0" w:noVBand="1"/>
      </w:tblPr>
      <w:tblGrid>
        <w:gridCol w:w="1819"/>
        <w:gridCol w:w="4245"/>
        <w:gridCol w:w="4087"/>
      </w:tblGrid>
      <w:tr w:rsidR="00D635A7" w14:paraId="30487CE4" w14:textId="77777777" w:rsidTr="00D24997">
        <w:tc>
          <w:tcPr>
            <w:tcW w:w="1819" w:type="dxa"/>
            <w:tcBorders>
              <w:top w:val="single" w:sz="8" w:space="0" w:color="7F7F7F"/>
              <w:left w:val="single" w:sz="8" w:space="0" w:color="7F7F7F"/>
              <w:bottom w:val="single" w:sz="8" w:space="0" w:color="7F7F7F"/>
              <w:right w:val="single" w:sz="8" w:space="0" w:color="7F7F7F"/>
            </w:tcBorders>
            <w:shd w:val="clear" w:color="auto" w:fill="4A4A4A"/>
            <w:tcMar>
              <w:top w:w="90" w:type="dxa"/>
              <w:left w:w="110" w:type="dxa"/>
              <w:bottom w:w="90" w:type="dxa"/>
              <w:right w:w="110" w:type="dxa"/>
            </w:tcMar>
            <w:vAlign w:val="center"/>
          </w:tcPr>
          <w:p w14:paraId="7C715996" w14:textId="0FCB070B" w:rsidR="00D635A7" w:rsidRDefault="00D635A7" w:rsidP="00BB1661">
            <w:pPr>
              <w:spacing w:after="40" w:line="240" w:lineRule="exact"/>
              <w:jc w:val="center"/>
            </w:pPr>
            <w:proofErr w:type="spellStart"/>
            <w:r>
              <w:rPr>
                <w:b/>
                <w:color w:val="FFFFFF"/>
              </w:rPr>
              <w:t>手続</w:t>
            </w:r>
            <w:proofErr w:type="spellEnd"/>
            <w:r w:rsidR="006C5E49">
              <w:rPr>
                <w:rFonts w:hint="eastAsia"/>
                <w:b/>
                <w:color w:val="FFFFFF"/>
                <w:lang w:eastAsia="ja-JP"/>
              </w:rPr>
              <w:t>き</w:t>
            </w:r>
          </w:p>
        </w:tc>
        <w:tc>
          <w:tcPr>
            <w:tcW w:w="4245" w:type="dxa"/>
            <w:tcBorders>
              <w:top w:val="single" w:sz="8" w:space="0" w:color="7F7F7F"/>
              <w:left w:val="single" w:sz="8" w:space="0" w:color="7F7F7F"/>
              <w:bottom w:val="single" w:sz="8" w:space="0" w:color="7F7F7F"/>
              <w:right w:val="single" w:sz="8" w:space="0" w:color="7F7F7F"/>
            </w:tcBorders>
            <w:shd w:val="clear" w:color="auto" w:fill="4A4A4A"/>
            <w:tcMar>
              <w:top w:w="90" w:type="dxa"/>
              <w:left w:w="110" w:type="dxa"/>
              <w:bottom w:w="90" w:type="dxa"/>
              <w:right w:w="110" w:type="dxa"/>
            </w:tcMar>
            <w:vAlign w:val="center"/>
          </w:tcPr>
          <w:p w14:paraId="2386BE63" w14:textId="77777777" w:rsidR="00D635A7" w:rsidRDefault="00D635A7" w:rsidP="00BB1661">
            <w:pPr>
              <w:spacing w:after="40" w:line="240" w:lineRule="exact"/>
              <w:jc w:val="center"/>
              <w:rPr>
                <w:lang w:eastAsia="ja-JP"/>
              </w:rPr>
            </w:pPr>
            <w:r>
              <w:rPr>
                <w:b/>
                <w:color w:val="FFFFFF"/>
                <w:lang w:eastAsia="ja-JP"/>
              </w:rPr>
              <w:t>補助事業者が行うこと</w:t>
            </w:r>
          </w:p>
        </w:tc>
        <w:tc>
          <w:tcPr>
            <w:tcW w:w="4087" w:type="dxa"/>
            <w:tcBorders>
              <w:top w:val="single" w:sz="8" w:space="0" w:color="7F7F7F"/>
              <w:left w:val="single" w:sz="8" w:space="0" w:color="7F7F7F"/>
              <w:bottom w:val="single" w:sz="8" w:space="0" w:color="7F7F7F"/>
              <w:right w:val="single" w:sz="8" w:space="0" w:color="7F7F7F"/>
            </w:tcBorders>
            <w:shd w:val="clear" w:color="auto" w:fill="4A4A4A"/>
            <w:tcMar>
              <w:top w:w="90" w:type="dxa"/>
              <w:left w:w="110" w:type="dxa"/>
              <w:bottom w:w="90" w:type="dxa"/>
              <w:right w:w="110" w:type="dxa"/>
            </w:tcMar>
            <w:vAlign w:val="center"/>
          </w:tcPr>
          <w:p w14:paraId="0342AF37" w14:textId="7A19DC1C" w:rsidR="00D635A7" w:rsidRDefault="00D635A7" w:rsidP="00BB1661">
            <w:pPr>
              <w:spacing w:after="40" w:line="240" w:lineRule="exact"/>
              <w:jc w:val="center"/>
              <w:rPr>
                <w:lang w:eastAsia="ja-JP"/>
              </w:rPr>
            </w:pPr>
            <w:r>
              <w:rPr>
                <w:b/>
                <w:color w:val="FFFFFF"/>
                <w:lang w:eastAsia="ja-JP"/>
              </w:rPr>
              <w:t>県側の手続</w:t>
            </w:r>
            <w:r w:rsidR="006C5E49">
              <w:rPr>
                <w:rFonts w:hint="eastAsia"/>
                <w:b/>
                <w:color w:val="FFFFFF"/>
                <w:lang w:eastAsia="ja-JP"/>
              </w:rPr>
              <w:t>き</w:t>
            </w:r>
            <w:r>
              <w:rPr>
                <w:b/>
                <w:color w:val="FFFFFF"/>
                <w:lang w:eastAsia="ja-JP"/>
              </w:rPr>
              <w:t>・確認事項</w:t>
            </w:r>
          </w:p>
        </w:tc>
      </w:tr>
      <w:tr w:rsidR="00D635A7" w14:paraId="72764A04" w14:textId="77777777" w:rsidTr="00D24997">
        <w:tc>
          <w:tcPr>
            <w:tcW w:w="1819"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67EBFB3D" w14:textId="77777777" w:rsidR="00D635A7" w:rsidRPr="00A61935" w:rsidRDefault="00D635A7" w:rsidP="00BB1661">
            <w:pPr>
              <w:spacing w:after="40" w:line="240" w:lineRule="exact"/>
              <w:jc w:val="center"/>
              <w:rPr>
                <w:bCs/>
              </w:rPr>
            </w:pPr>
            <w:proofErr w:type="spellStart"/>
            <w:r w:rsidRPr="00A61935">
              <w:rPr>
                <w:bCs/>
              </w:rPr>
              <w:t>消費税等報告</w:t>
            </w:r>
            <w:proofErr w:type="spellEnd"/>
          </w:p>
        </w:tc>
        <w:tc>
          <w:tcPr>
            <w:tcW w:w="4245"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4DD90DB4" w14:textId="62AEF3C1" w:rsidR="00D635A7" w:rsidRPr="00A61935" w:rsidRDefault="00D635A7" w:rsidP="00CB4ACD">
            <w:pPr>
              <w:spacing w:after="40" w:line="240" w:lineRule="exact"/>
              <w:rPr>
                <w:bCs/>
                <w:lang w:eastAsia="ja-JP"/>
              </w:rPr>
            </w:pPr>
            <w:r w:rsidRPr="00A61935">
              <w:rPr>
                <w:bCs/>
                <w:lang w:eastAsia="ja-JP"/>
              </w:rPr>
              <w:t>仕入控除税額が確定した場合、速やかに報告（要綱様式第13号）</w:t>
            </w:r>
          </w:p>
        </w:tc>
        <w:tc>
          <w:tcPr>
            <w:tcW w:w="4087"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1AEF8963" w14:textId="77777777" w:rsidR="00D635A7" w:rsidRPr="00BB1661" w:rsidRDefault="00D635A7" w:rsidP="00BB1661">
            <w:pPr>
              <w:spacing w:after="40" w:line="240" w:lineRule="exact"/>
              <w:rPr>
                <w:bCs/>
                <w:lang w:eastAsia="ja-JP"/>
              </w:rPr>
            </w:pPr>
            <w:r w:rsidRPr="00BB1661">
              <w:rPr>
                <w:bCs/>
                <w:lang w:eastAsia="ja-JP"/>
              </w:rPr>
              <w:t>報告内容を確認し、必要に応じ返還を求める</w:t>
            </w:r>
          </w:p>
        </w:tc>
      </w:tr>
      <w:tr w:rsidR="00D635A7" w14:paraId="0C067458" w14:textId="77777777" w:rsidTr="00D24997">
        <w:tc>
          <w:tcPr>
            <w:tcW w:w="1819"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3F027E5A" w14:textId="77777777" w:rsidR="00D635A7" w:rsidRPr="00A61935" w:rsidRDefault="00D635A7" w:rsidP="00BB1661">
            <w:pPr>
              <w:spacing w:after="40" w:line="240" w:lineRule="exact"/>
              <w:jc w:val="center"/>
              <w:rPr>
                <w:bCs/>
              </w:rPr>
            </w:pPr>
            <w:proofErr w:type="spellStart"/>
            <w:r w:rsidRPr="00A61935">
              <w:rPr>
                <w:bCs/>
              </w:rPr>
              <w:t>財産処分</w:t>
            </w:r>
            <w:proofErr w:type="spellEnd"/>
          </w:p>
        </w:tc>
        <w:tc>
          <w:tcPr>
            <w:tcW w:w="4245"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30546FB7" w14:textId="1EF3B0A9" w:rsidR="00D635A7" w:rsidRPr="00A61935" w:rsidRDefault="00BB4222" w:rsidP="00CB4ACD">
            <w:pPr>
              <w:spacing w:after="40" w:line="240" w:lineRule="exact"/>
              <w:rPr>
                <w:bCs/>
                <w:lang w:eastAsia="ja-JP"/>
              </w:rPr>
            </w:pPr>
            <w:r w:rsidRPr="00A61935">
              <w:rPr>
                <w:bCs/>
                <w:lang w:eastAsia="ja-JP"/>
              </w:rPr>
              <w:t>1件当たりの取得価格が</w:t>
            </w:r>
            <w:r w:rsidR="00D635A7" w:rsidRPr="00A61935">
              <w:rPr>
                <w:bCs/>
                <w:lang w:eastAsia="ja-JP"/>
              </w:rPr>
              <w:t>50万円以上の財産を処分する前に承認申請（要綱様式第14号）</w:t>
            </w:r>
          </w:p>
        </w:tc>
        <w:tc>
          <w:tcPr>
            <w:tcW w:w="4087"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324E9713" w14:textId="77777777" w:rsidR="00D635A7" w:rsidRPr="00BB1661" w:rsidRDefault="00D635A7" w:rsidP="00BB1661">
            <w:pPr>
              <w:spacing w:after="40" w:line="240" w:lineRule="exact"/>
              <w:rPr>
                <w:bCs/>
                <w:lang w:eastAsia="ja-JP"/>
              </w:rPr>
            </w:pPr>
            <w:r w:rsidRPr="00BB1661">
              <w:rPr>
                <w:bCs/>
                <w:lang w:eastAsia="ja-JP"/>
              </w:rPr>
              <w:t>処分内容を審査し、承認の可否等を通知</w:t>
            </w:r>
          </w:p>
        </w:tc>
      </w:tr>
      <w:tr w:rsidR="00D635A7" w14:paraId="61CAF066" w14:textId="77777777" w:rsidTr="00D24997">
        <w:tc>
          <w:tcPr>
            <w:tcW w:w="1819"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6EAA0F89" w14:textId="77777777" w:rsidR="00D635A7" w:rsidRPr="00A61935" w:rsidRDefault="00D635A7" w:rsidP="00BB1661">
            <w:pPr>
              <w:spacing w:after="40" w:line="240" w:lineRule="exact"/>
              <w:jc w:val="center"/>
              <w:rPr>
                <w:bCs/>
              </w:rPr>
            </w:pPr>
            <w:proofErr w:type="spellStart"/>
            <w:r w:rsidRPr="00A61935">
              <w:rPr>
                <w:bCs/>
              </w:rPr>
              <w:t>産業財産権届出</w:t>
            </w:r>
            <w:proofErr w:type="spellEnd"/>
          </w:p>
        </w:tc>
        <w:tc>
          <w:tcPr>
            <w:tcW w:w="4245"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0E963BBA" w14:textId="6EEABFB9" w:rsidR="00D635A7" w:rsidRPr="00A61935" w:rsidRDefault="00D635A7" w:rsidP="00CB4ACD">
            <w:pPr>
              <w:spacing w:after="40" w:line="240" w:lineRule="exact"/>
              <w:rPr>
                <w:bCs/>
                <w:lang w:eastAsia="ja-JP"/>
              </w:rPr>
            </w:pPr>
            <w:r w:rsidRPr="00A61935">
              <w:rPr>
                <w:bCs/>
                <w:lang w:eastAsia="ja-JP"/>
              </w:rPr>
              <w:t>出願・取得・譲渡等があった年度終了後20日以内に届出（要綱様式第15号）</w:t>
            </w:r>
          </w:p>
        </w:tc>
        <w:tc>
          <w:tcPr>
            <w:tcW w:w="4087"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347E0678" w14:textId="77777777" w:rsidR="00D635A7" w:rsidRPr="00BB1661" w:rsidRDefault="00D635A7" w:rsidP="00BB1661">
            <w:pPr>
              <w:spacing w:after="40" w:line="240" w:lineRule="exact"/>
              <w:rPr>
                <w:bCs/>
              </w:rPr>
            </w:pPr>
            <w:proofErr w:type="spellStart"/>
            <w:r w:rsidRPr="00BB1661">
              <w:rPr>
                <w:bCs/>
              </w:rPr>
              <w:t>届出内容を確認</w:t>
            </w:r>
            <w:proofErr w:type="spellEnd"/>
          </w:p>
        </w:tc>
      </w:tr>
      <w:tr w:rsidR="00D635A7" w14:paraId="2BCF4488" w14:textId="77777777" w:rsidTr="00D24997">
        <w:tc>
          <w:tcPr>
            <w:tcW w:w="1819"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41756BD8" w14:textId="77777777" w:rsidR="00D635A7" w:rsidRPr="00A61935" w:rsidRDefault="00D635A7" w:rsidP="00BB1661">
            <w:pPr>
              <w:spacing w:after="40" w:line="240" w:lineRule="exact"/>
              <w:jc w:val="center"/>
              <w:rPr>
                <w:bCs/>
              </w:rPr>
            </w:pPr>
            <w:proofErr w:type="spellStart"/>
            <w:r w:rsidRPr="00A61935">
              <w:rPr>
                <w:bCs/>
              </w:rPr>
              <w:t>事業化状況報告</w:t>
            </w:r>
            <w:proofErr w:type="spellEnd"/>
          </w:p>
        </w:tc>
        <w:tc>
          <w:tcPr>
            <w:tcW w:w="4245"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1C987145" w14:textId="3471A1F0" w:rsidR="00D635A7" w:rsidRPr="00A61935" w:rsidRDefault="00D635A7" w:rsidP="00CB4ACD">
            <w:pPr>
              <w:spacing w:after="40" w:line="240" w:lineRule="exact"/>
              <w:rPr>
                <w:bCs/>
                <w:lang w:eastAsia="ja-JP"/>
              </w:rPr>
            </w:pPr>
            <w:r w:rsidRPr="00A61935">
              <w:rPr>
                <w:bCs/>
                <w:lang w:eastAsia="ja-JP"/>
              </w:rPr>
              <w:t>補助事業年度終了後5年間、毎年度終了後20日以内に報告（要綱様式第16号）</w:t>
            </w:r>
          </w:p>
        </w:tc>
        <w:tc>
          <w:tcPr>
            <w:tcW w:w="4087"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1F3E1599" w14:textId="1575220D" w:rsidR="00D635A7" w:rsidRPr="00BB1661" w:rsidRDefault="00D635A7" w:rsidP="00BB1661">
            <w:pPr>
              <w:spacing w:after="40" w:line="240" w:lineRule="exact"/>
              <w:rPr>
                <w:bCs/>
                <w:lang w:eastAsia="ja-JP"/>
              </w:rPr>
            </w:pPr>
            <w:r w:rsidRPr="00BB1661">
              <w:rPr>
                <w:bCs/>
                <w:lang w:eastAsia="ja-JP"/>
              </w:rPr>
              <w:t>報告内容を確認し、必要に応じ収益納付額等</w:t>
            </w:r>
            <w:r w:rsidR="00245D8F">
              <w:rPr>
                <w:rFonts w:hint="eastAsia"/>
                <w:bCs/>
                <w:lang w:eastAsia="ja-JP"/>
              </w:rPr>
              <w:t>の納入</w:t>
            </w:r>
            <w:r w:rsidRPr="00BB1661">
              <w:rPr>
                <w:bCs/>
                <w:lang w:eastAsia="ja-JP"/>
              </w:rPr>
              <w:t>を通知</w:t>
            </w:r>
          </w:p>
        </w:tc>
      </w:tr>
      <w:tr w:rsidR="00D635A7" w14:paraId="5439091F" w14:textId="77777777" w:rsidTr="00D24997">
        <w:tc>
          <w:tcPr>
            <w:tcW w:w="1819"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4984E6DA" w14:textId="77777777" w:rsidR="00D635A7" w:rsidRPr="00A61935" w:rsidRDefault="00D635A7" w:rsidP="00BB1661">
            <w:pPr>
              <w:spacing w:after="40" w:line="240" w:lineRule="exact"/>
              <w:jc w:val="center"/>
              <w:rPr>
                <w:bCs/>
              </w:rPr>
            </w:pPr>
            <w:proofErr w:type="spellStart"/>
            <w:r w:rsidRPr="00A61935">
              <w:rPr>
                <w:bCs/>
              </w:rPr>
              <w:t>証拠書類の保存</w:t>
            </w:r>
            <w:proofErr w:type="spellEnd"/>
          </w:p>
        </w:tc>
        <w:tc>
          <w:tcPr>
            <w:tcW w:w="4245" w:type="dxa"/>
            <w:tcBorders>
              <w:top w:val="single" w:sz="8" w:space="0" w:color="7F7F7F"/>
              <w:left w:val="single" w:sz="8" w:space="0" w:color="7F7F7F"/>
              <w:bottom w:val="single" w:sz="8" w:space="0" w:color="7F7F7F"/>
              <w:right w:val="single" w:sz="8" w:space="0" w:color="7F7F7F"/>
            </w:tcBorders>
            <w:shd w:val="clear" w:color="auto" w:fill="FFFFFF"/>
            <w:tcMar>
              <w:top w:w="90" w:type="dxa"/>
              <w:left w:w="110" w:type="dxa"/>
              <w:bottom w:w="90" w:type="dxa"/>
              <w:right w:w="110" w:type="dxa"/>
            </w:tcMar>
            <w:vAlign w:val="center"/>
          </w:tcPr>
          <w:p w14:paraId="0A99240C" w14:textId="581A0D3D" w:rsidR="00D635A7" w:rsidRPr="00A61935" w:rsidRDefault="00D635A7" w:rsidP="00BB1661">
            <w:pPr>
              <w:spacing w:after="40" w:line="240" w:lineRule="exact"/>
              <w:rPr>
                <w:bCs/>
                <w:lang w:eastAsia="ja-JP"/>
              </w:rPr>
            </w:pPr>
            <w:r w:rsidRPr="00A61935">
              <w:rPr>
                <w:bCs/>
                <w:lang w:eastAsia="ja-JP"/>
              </w:rPr>
              <w:t>帳簿・証拠書類を</w:t>
            </w:r>
            <w:r w:rsidR="00455AB8" w:rsidRPr="00A61935">
              <w:rPr>
                <w:bCs/>
                <w:lang w:eastAsia="ja-JP"/>
              </w:rPr>
              <w:t>事業完了日の属する年度の終了後5年間保存</w:t>
            </w:r>
          </w:p>
        </w:tc>
        <w:tc>
          <w:tcPr>
            <w:tcW w:w="4087" w:type="dxa"/>
            <w:tcBorders>
              <w:top w:val="single" w:sz="8" w:space="0" w:color="7F7F7F"/>
              <w:left w:val="single" w:sz="8" w:space="0" w:color="7F7F7F"/>
              <w:bottom w:val="single" w:sz="8" w:space="0" w:color="7F7F7F"/>
              <w:right w:val="single" w:sz="8" w:space="0" w:color="7F7F7F"/>
            </w:tcBorders>
            <w:shd w:val="clear" w:color="auto" w:fill="F2F2F2"/>
            <w:tcMar>
              <w:top w:w="90" w:type="dxa"/>
              <w:left w:w="110" w:type="dxa"/>
              <w:bottom w:w="90" w:type="dxa"/>
              <w:right w:w="110" w:type="dxa"/>
            </w:tcMar>
            <w:vAlign w:val="center"/>
          </w:tcPr>
          <w:p w14:paraId="30089496" w14:textId="77777777" w:rsidR="00D635A7" w:rsidRPr="00BB1661" w:rsidRDefault="00D635A7" w:rsidP="00BB1661">
            <w:pPr>
              <w:spacing w:after="40" w:line="240" w:lineRule="exact"/>
              <w:rPr>
                <w:bCs/>
                <w:lang w:eastAsia="ja-JP"/>
              </w:rPr>
            </w:pPr>
            <w:r w:rsidRPr="00BB1661">
              <w:rPr>
                <w:bCs/>
                <w:lang w:eastAsia="ja-JP"/>
              </w:rPr>
              <w:t>必要に応じ提出・提示を求める</w:t>
            </w:r>
          </w:p>
        </w:tc>
      </w:tr>
    </w:tbl>
    <w:p w14:paraId="47509743" w14:textId="77777777" w:rsidR="00D635A7" w:rsidRDefault="00D635A7" w:rsidP="00D635A7">
      <w:pPr>
        <w:rPr>
          <w:lang w:eastAsia="ja-JP"/>
        </w:rPr>
      </w:pPr>
    </w:p>
    <w:p w14:paraId="19BF580E" w14:textId="46CD280B" w:rsidR="00E468C6" w:rsidRDefault="00E468C6" w:rsidP="00876CE8">
      <w:pPr>
        <w:jc w:val="both"/>
        <w:rPr>
          <w:lang w:eastAsia="ja-JP"/>
        </w:rPr>
      </w:pPr>
    </w:p>
    <w:p w14:paraId="7C09ECDC" w14:textId="77777777" w:rsidR="00876CE8" w:rsidRDefault="00876CE8" w:rsidP="00876CE8">
      <w:pPr>
        <w:jc w:val="both"/>
        <w:rPr>
          <w:lang w:eastAsia="ja-JP"/>
        </w:rPr>
      </w:pPr>
    </w:p>
    <w:p w14:paraId="16E0554A" w14:textId="77777777" w:rsidR="00876CE8" w:rsidRDefault="00876CE8" w:rsidP="00876CE8">
      <w:pPr>
        <w:jc w:val="both"/>
        <w:rPr>
          <w:lang w:eastAsia="ja-JP"/>
        </w:rPr>
      </w:pPr>
    </w:p>
    <w:p w14:paraId="7EB7EAE3" w14:textId="77777777" w:rsidR="00876CE8" w:rsidRDefault="00876CE8" w:rsidP="00876CE8">
      <w:pPr>
        <w:jc w:val="both"/>
        <w:rPr>
          <w:lang w:eastAsia="ja-JP"/>
        </w:rPr>
      </w:pPr>
    </w:p>
    <w:p w14:paraId="50B6CE8E" w14:textId="77777777" w:rsidR="00876CE8" w:rsidRDefault="00876CE8" w:rsidP="00876CE8">
      <w:pPr>
        <w:jc w:val="both"/>
        <w:rPr>
          <w:lang w:eastAsia="ja-JP"/>
        </w:rPr>
      </w:pPr>
    </w:p>
    <w:p w14:paraId="11DB41AF" w14:textId="77777777" w:rsidR="00876CE8" w:rsidRDefault="00876CE8" w:rsidP="00876CE8">
      <w:pPr>
        <w:jc w:val="both"/>
        <w:rPr>
          <w:lang w:eastAsia="ja-JP"/>
        </w:rPr>
      </w:pPr>
    </w:p>
    <w:p w14:paraId="2B485EA4" w14:textId="77777777" w:rsidR="00876CE8" w:rsidRDefault="00876CE8">
      <w:pPr>
        <w:rPr>
          <w:lang w:eastAsia="ja-JP"/>
        </w:rPr>
      </w:pPr>
    </w:p>
    <w:p w14:paraId="75EAABC9" w14:textId="77777777" w:rsidR="00876CE8" w:rsidRDefault="00876CE8">
      <w:pPr>
        <w:rPr>
          <w:lang w:eastAsia="ja-JP"/>
        </w:rPr>
      </w:pPr>
    </w:p>
    <w:p w14:paraId="3F487E7C" w14:textId="77777777" w:rsidR="00C625B1" w:rsidRDefault="00C625B1">
      <w:pPr>
        <w:rPr>
          <w:lang w:eastAsia="ja-JP"/>
        </w:rPr>
      </w:pPr>
    </w:p>
    <w:p w14:paraId="5CA1BDE4" w14:textId="192DC229" w:rsidR="00E468C6" w:rsidRDefault="004760EB">
      <w:pPr>
        <w:pStyle w:val="1"/>
        <w:spacing w:before="0" w:after="140"/>
        <w:rPr>
          <w:lang w:eastAsia="ja-JP"/>
        </w:rPr>
      </w:pPr>
      <w:r>
        <w:rPr>
          <w:sz w:val="21"/>
          <w:lang w:eastAsia="ja-JP"/>
        </w:rPr>
        <w:lastRenderedPageBreak/>
        <w:t>第</w:t>
      </w:r>
      <w:r>
        <w:rPr>
          <w:sz w:val="21"/>
          <w:lang w:eastAsia="ja-JP"/>
        </w:rPr>
        <w:t>2</w:t>
      </w:r>
      <w:r>
        <w:rPr>
          <w:sz w:val="21"/>
          <w:lang w:eastAsia="ja-JP"/>
        </w:rPr>
        <w:t xml:space="preserve">章　</w:t>
      </w:r>
      <w:r w:rsidR="008D2454">
        <w:rPr>
          <w:rFonts w:hint="eastAsia"/>
          <w:sz w:val="21"/>
          <w:lang w:eastAsia="ja-JP"/>
        </w:rPr>
        <w:t>補助</w:t>
      </w:r>
      <w:r>
        <w:rPr>
          <w:sz w:val="21"/>
          <w:lang w:eastAsia="ja-JP"/>
        </w:rPr>
        <w:t>事業実施中の</w:t>
      </w:r>
      <w:r w:rsidR="00500AD8">
        <w:rPr>
          <w:rFonts w:hint="eastAsia"/>
          <w:sz w:val="21"/>
          <w:lang w:eastAsia="ja-JP"/>
        </w:rPr>
        <w:t>基本</w:t>
      </w:r>
      <w:r>
        <w:rPr>
          <w:sz w:val="21"/>
          <w:lang w:eastAsia="ja-JP"/>
        </w:rPr>
        <w:t>ルール</w:t>
      </w:r>
    </w:p>
    <w:p w14:paraId="43FEC57F" w14:textId="77777777" w:rsidR="00E468C6" w:rsidRDefault="004760EB">
      <w:pPr>
        <w:pStyle w:val="21"/>
        <w:spacing w:before="120" w:after="60"/>
        <w:rPr>
          <w:lang w:eastAsia="ja-JP"/>
        </w:rPr>
      </w:pPr>
      <w:r>
        <w:rPr>
          <w:sz w:val="21"/>
          <w:lang w:eastAsia="ja-JP"/>
        </w:rPr>
        <w:t>2-1</w:t>
      </w:r>
      <w:r>
        <w:rPr>
          <w:sz w:val="21"/>
          <w:lang w:eastAsia="ja-JP"/>
        </w:rPr>
        <w:t xml:space="preserve">　対象経費となるための基本条件</w:t>
      </w:r>
    </w:p>
    <w:tbl>
      <w:tblPr>
        <w:tblStyle w:val="afe"/>
        <w:tblW w:w="0" w:type="auto"/>
        <w:jc w:val="center"/>
        <w:tblLook w:val="04A0" w:firstRow="1" w:lastRow="0" w:firstColumn="1" w:lastColumn="0" w:noHBand="0" w:noVBand="1"/>
      </w:tblPr>
      <w:tblGrid>
        <w:gridCol w:w="1984"/>
        <w:gridCol w:w="7370"/>
      </w:tblGrid>
      <w:tr w:rsidR="00E468C6" w14:paraId="6290D86B" w14:textId="77777777">
        <w:trPr>
          <w:tblHeader/>
          <w:jc w:val="center"/>
        </w:trPr>
        <w:tc>
          <w:tcPr>
            <w:tcW w:w="1984" w:type="dxa"/>
            <w:shd w:val="clear" w:color="auto" w:fill="595959"/>
            <w:tcMar>
              <w:top w:w="80" w:type="dxa"/>
              <w:left w:w="100" w:type="dxa"/>
              <w:bottom w:w="80" w:type="dxa"/>
              <w:right w:w="100" w:type="dxa"/>
            </w:tcMar>
            <w:vAlign w:val="center"/>
          </w:tcPr>
          <w:p w14:paraId="1FEB61AB" w14:textId="77777777" w:rsidR="00E468C6" w:rsidRDefault="004760EB" w:rsidP="004E531C">
            <w:pPr>
              <w:spacing w:line="240" w:lineRule="exact"/>
              <w:jc w:val="center"/>
            </w:pPr>
            <w:proofErr w:type="spellStart"/>
            <w:r>
              <w:rPr>
                <w:b/>
                <w:color w:val="FFFFFF"/>
              </w:rPr>
              <w:t>条件</w:t>
            </w:r>
            <w:proofErr w:type="spellEnd"/>
          </w:p>
        </w:tc>
        <w:tc>
          <w:tcPr>
            <w:tcW w:w="7370" w:type="dxa"/>
            <w:shd w:val="clear" w:color="auto" w:fill="595959"/>
            <w:tcMar>
              <w:top w:w="80" w:type="dxa"/>
              <w:left w:w="100" w:type="dxa"/>
              <w:bottom w:w="80" w:type="dxa"/>
              <w:right w:w="100" w:type="dxa"/>
            </w:tcMar>
            <w:vAlign w:val="center"/>
          </w:tcPr>
          <w:p w14:paraId="240EB05E" w14:textId="77777777" w:rsidR="00E468C6" w:rsidRDefault="004760EB" w:rsidP="004E531C">
            <w:pPr>
              <w:spacing w:line="240" w:lineRule="exact"/>
              <w:jc w:val="center"/>
            </w:pPr>
            <w:proofErr w:type="spellStart"/>
            <w:r>
              <w:rPr>
                <w:b/>
                <w:color w:val="FFFFFF"/>
              </w:rPr>
              <w:t>確認ポイント</w:t>
            </w:r>
            <w:proofErr w:type="spellEnd"/>
          </w:p>
        </w:tc>
      </w:tr>
      <w:tr w:rsidR="00E468C6" w14:paraId="1E6A9F11" w14:textId="77777777">
        <w:trPr>
          <w:jc w:val="center"/>
        </w:trPr>
        <w:tc>
          <w:tcPr>
            <w:tcW w:w="1984" w:type="dxa"/>
            <w:tcMar>
              <w:top w:w="80" w:type="dxa"/>
              <w:left w:w="100" w:type="dxa"/>
              <w:bottom w:w="80" w:type="dxa"/>
              <w:right w:w="100" w:type="dxa"/>
            </w:tcMar>
            <w:vAlign w:val="center"/>
          </w:tcPr>
          <w:p w14:paraId="69CB6BA4" w14:textId="77777777" w:rsidR="00E468C6" w:rsidRDefault="004760EB" w:rsidP="004E531C">
            <w:pPr>
              <w:spacing w:line="240" w:lineRule="exact"/>
              <w:jc w:val="center"/>
            </w:pPr>
            <w:proofErr w:type="spellStart"/>
            <w:r>
              <w:t>必要性</w:t>
            </w:r>
            <w:proofErr w:type="spellEnd"/>
          </w:p>
        </w:tc>
        <w:tc>
          <w:tcPr>
            <w:tcW w:w="7370" w:type="dxa"/>
            <w:tcMar>
              <w:top w:w="80" w:type="dxa"/>
              <w:left w:w="100" w:type="dxa"/>
              <w:bottom w:w="80" w:type="dxa"/>
              <w:right w:w="100" w:type="dxa"/>
            </w:tcMar>
            <w:vAlign w:val="center"/>
          </w:tcPr>
          <w:p w14:paraId="3BED6C90" w14:textId="0D0D2BFB" w:rsidR="00E468C6" w:rsidRDefault="004760EB" w:rsidP="004E531C">
            <w:pPr>
              <w:spacing w:line="240" w:lineRule="exact"/>
              <w:rPr>
                <w:lang w:eastAsia="ja-JP"/>
              </w:rPr>
            </w:pPr>
            <w:r>
              <w:rPr>
                <w:lang w:eastAsia="ja-JP"/>
              </w:rPr>
              <w:t>交付決定を受けた事業の遂行に直接必要か</w:t>
            </w:r>
          </w:p>
        </w:tc>
      </w:tr>
      <w:tr w:rsidR="00E468C6" w14:paraId="6D37A86D" w14:textId="77777777">
        <w:trPr>
          <w:jc w:val="center"/>
        </w:trPr>
        <w:tc>
          <w:tcPr>
            <w:tcW w:w="1984" w:type="dxa"/>
            <w:shd w:val="clear" w:color="auto" w:fill="F8FBFD"/>
            <w:tcMar>
              <w:top w:w="80" w:type="dxa"/>
              <w:left w:w="100" w:type="dxa"/>
              <w:bottom w:w="80" w:type="dxa"/>
              <w:right w:w="100" w:type="dxa"/>
            </w:tcMar>
            <w:vAlign w:val="center"/>
          </w:tcPr>
          <w:p w14:paraId="7B64FEFA" w14:textId="77777777" w:rsidR="00E468C6" w:rsidRDefault="004760EB" w:rsidP="004E531C">
            <w:pPr>
              <w:spacing w:line="240" w:lineRule="exact"/>
              <w:jc w:val="center"/>
            </w:pPr>
            <w:proofErr w:type="spellStart"/>
            <w:r>
              <w:t>期間</w:t>
            </w:r>
            <w:proofErr w:type="spellEnd"/>
          </w:p>
        </w:tc>
        <w:tc>
          <w:tcPr>
            <w:tcW w:w="7370" w:type="dxa"/>
            <w:shd w:val="clear" w:color="auto" w:fill="F8FBFD"/>
            <w:tcMar>
              <w:top w:w="80" w:type="dxa"/>
              <w:left w:w="100" w:type="dxa"/>
              <w:bottom w:w="80" w:type="dxa"/>
              <w:right w:w="100" w:type="dxa"/>
            </w:tcMar>
            <w:vAlign w:val="center"/>
          </w:tcPr>
          <w:p w14:paraId="6C96B8AD" w14:textId="4D5CF940" w:rsidR="00E468C6" w:rsidRDefault="004760EB" w:rsidP="004E531C">
            <w:pPr>
              <w:spacing w:line="240" w:lineRule="exact"/>
              <w:rPr>
                <w:lang w:eastAsia="ja-JP"/>
              </w:rPr>
            </w:pPr>
            <w:r>
              <w:rPr>
                <w:lang w:eastAsia="ja-JP"/>
              </w:rPr>
              <w:t>対象期間内に発注・契約、納品・役務提供、支払が完了しているか</w:t>
            </w:r>
          </w:p>
        </w:tc>
      </w:tr>
      <w:tr w:rsidR="00E468C6" w14:paraId="1256D929" w14:textId="77777777">
        <w:trPr>
          <w:jc w:val="center"/>
        </w:trPr>
        <w:tc>
          <w:tcPr>
            <w:tcW w:w="1984" w:type="dxa"/>
            <w:tcMar>
              <w:top w:w="80" w:type="dxa"/>
              <w:left w:w="100" w:type="dxa"/>
              <w:bottom w:w="80" w:type="dxa"/>
              <w:right w:w="100" w:type="dxa"/>
            </w:tcMar>
            <w:vAlign w:val="center"/>
          </w:tcPr>
          <w:p w14:paraId="0B4546E0" w14:textId="77777777" w:rsidR="00E468C6" w:rsidRDefault="004760EB" w:rsidP="004E531C">
            <w:pPr>
              <w:spacing w:line="240" w:lineRule="exact"/>
              <w:jc w:val="center"/>
            </w:pPr>
            <w:proofErr w:type="spellStart"/>
            <w:r>
              <w:t>計画整合</w:t>
            </w:r>
            <w:proofErr w:type="spellEnd"/>
          </w:p>
        </w:tc>
        <w:tc>
          <w:tcPr>
            <w:tcW w:w="7370" w:type="dxa"/>
            <w:tcMar>
              <w:top w:w="80" w:type="dxa"/>
              <w:left w:w="100" w:type="dxa"/>
              <w:bottom w:w="80" w:type="dxa"/>
              <w:right w:w="100" w:type="dxa"/>
            </w:tcMar>
            <w:vAlign w:val="center"/>
          </w:tcPr>
          <w:p w14:paraId="7BBCBACA" w14:textId="02D2E784" w:rsidR="00E468C6" w:rsidRDefault="004760EB" w:rsidP="004E531C">
            <w:pPr>
              <w:spacing w:line="240" w:lineRule="exact"/>
              <w:rPr>
                <w:lang w:eastAsia="ja-JP"/>
              </w:rPr>
            </w:pPr>
            <w:r>
              <w:rPr>
                <w:lang w:eastAsia="ja-JP"/>
              </w:rPr>
              <w:t>交付申請時の計画・経費内訳に含まれているか</w:t>
            </w:r>
          </w:p>
        </w:tc>
      </w:tr>
      <w:tr w:rsidR="00E468C6" w14:paraId="083135CB" w14:textId="77777777">
        <w:trPr>
          <w:jc w:val="center"/>
        </w:trPr>
        <w:tc>
          <w:tcPr>
            <w:tcW w:w="1984" w:type="dxa"/>
            <w:shd w:val="clear" w:color="auto" w:fill="F8FBFD"/>
            <w:tcMar>
              <w:top w:w="80" w:type="dxa"/>
              <w:left w:w="100" w:type="dxa"/>
              <w:bottom w:w="80" w:type="dxa"/>
              <w:right w:w="100" w:type="dxa"/>
            </w:tcMar>
            <w:vAlign w:val="center"/>
          </w:tcPr>
          <w:p w14:paraId="28D5C473" w14:textId="77777777" w:rsidR="00E468C6" w:rsidRDefault="004760EB" w:rsidP="004E531C">
            <w:pPr>
              <w:spacing w:line="240" w:lineRule="exact"/>
              <w:jc w:val="center"/>
            </w:pPr>
            <w:proofErr w:type="spellStart"/>
            <w:r>
              <w:t>金額妥当性</w:t>
            </w:r>
            <w:proofErr w:type="spellEnd"/>
          </w:p>
        </w:tc>
        <w:tc>
          <w:tcPr>
            <w:tcW w:w="7370" w:type="dxa"/>
            <w:shd w:val="clear" w:color="auto" w:fill="F8FBFD"/>
            <w:tcMar>
              <w:top w:w="80" w:type="dxa"/>
              <w:left w:w="100" w:type="dxa"/>
              <w:bottom w:w="80" w:type="dxa"/>
              <w:right w:w="100" w:type="dxa"/>
            </w:tcMar>
            <w:vAlign w:val="center"/>
          </w:tcPr>
          <w:p w14:paraId="2BDE3F5A" w14:textId="70086F91" w:rsidR="00E468C6" w:rsidRDefault="004760EB" w:rsidP="004E531C">
            <w:pPr>
              <w:spacing w:line="240" w:lineRule="exact"/>
              <w:rPr>
                <w:lang w:eastAsia="ja-JP"/>
              </w:rPr>
            </w:pPr>
            <w:r>
              <w:rPr>
                <w:lang w:eastAsia="ja-JP"/>
              </w:rPr>
              <w:t>相見積り等により経済性が確認できるか</w:t>
            </w:r>
          </w:p>
        </w:tc>
      </w:tr>
      <w:tr w:rsidR="00E468C6" w14:paraId="2719B924" w14:textId="77777777">
        <w:trPr>
          <w:jc w:val="center"/>
        </w:trPr>
        <w:tc>
          <w:tcPr>
            <w:tcW w:w="1984" w:type="dxa"/>
            <w:tcMar>
              <w:top w:w="80" w:type="dxa"/>
              <w:left w:w="100" w:type="dxa"/>
              <w:bottom w:w="80" w:type="dxa"/>
              <w:right w:w="100" w:type="dxa"/>
            </w:tcMar>
            <w:vAlign w:val="center"/>
          </w:tcPr>
          <w:p w14:paraId="62E954E8" w14:textId="77777777" w:rsidR="00E468C6" w:rsidRDefault="004760EB" w:rsidP="004E531C">
            <w:pPr>
              <w:spacing w:line="240" w:lineRule="exact"/>
              <w:jc w:val="center"/>
            </w:pPr>
            <w:proofErr w:type="spellStart"/>
            <w:r>
              <w:t>証拠書類</w:t>
            </w:r>
            <w:proofErr w:type="spellEnd"/>
          </w:p>
        </w:tc>
        <w:tc>
          <w:tcPr>
            <w:tcW w:w="7370" w:type="dxa"/>
            <w:tcMar>
              <w:top w:w="80" w:type="dxa"/>
              <w:left w:w="100" w:type="dxa"/>
              <w:bottom w:w="80" w:type="dxa"/>
              <w:right w:w="100" w:type="dxa"/>
            </w:tcMar>
            <w:vAlign w:val="center"/>
          </w:tcPr>
          <w:p w14:paraId="2C6B2FE9" w14:textId="0EAD0BDC" w:rsidR="00E468C6" w:rsidRDefault="004760EB" w:rsidP="004E531C">
            <w:pPr>
              <w:spacing w:line="240" w:lineRule="exact"/>
              <w:rPr>
                <w:lang w:eastAsia="ja-JP"/>
              </w:rPr>
            </w:pPr>
            <w:r>
              <w:rPr>
                <w:lang w:eastAsia="ja-JP"/>
              </w:rPr>
              <w:t>取引内容、金額、相手先、日付、支払事実を確認できるか</w:t>
            </w:r>
          </w:p>
        </w:tc>
      </w:tr>
      <w:tr w:rsidR="00E468C6" w14:paraId="7D806EE6" w14:textId="77777777">
        <w:trPr>
          <w:jc w:val="center"/>
        </w:trPr>
        <w:tc>
          <w:tcPr>
            <w:tcW w:w="1984" w:type="dxa"/>
            <w:shd w:val="clear" w:color="auto" w:fill="F8FBFD"/>
            <w:tcMar>
              <w:top w:w="80" w:type="dxa"/>
              <w:left w:w="100" w:type="dxa"/>
              <w:bottom w:w="80" w:type="dxa"/>
              <w:right w:w="100" w:type="dxa"/>
            </w:tcMar>
            <w:vAlign w:val="center"/>
          </w:tcPr>
          <w:p w14:paraId="20E05619" w14:textId="77777777" w:rsidR="00E468C6" w:rsidRDefault="004760EB" w:rsidP="004E531C">
            <w:pPr>
              <w:spacing w:line="240" w:lineRule="exact"/>
              <w:jc w:val="center"/>
            </w:pPr>
            <w:proofErr w:type="spellStart"/>
            <w:r>
              <w:t>区分経理</w:t>
            </w:r>
            <w:proofErr w:type="spellEnd"/>
          </w:p>
        </w:tc>
        <w:tc>
          <w:tcPr>
            <w:tcW w:w="7370" w:type="dxa"/>
            <w:shd w:val="clear" w:color="auto" w:fill="F8FBFD"/>
            <w:tcMar>
              <w:top w:w="80" w:type="dxa"/>
              <w:left w:w="100" w:type="dxa"/>
              <w:bottom w:w="80" w:type="dxa"/>
              <w:right w:w="100" w:type="dxa"/>
            </w:tcMar>
            <w:vAlign w:val="center"/>
          </w:tcPr>
          <w:p w14:paraId="5953C383" w14:textId="1FACBCFB" w:rsidR="00E468C6" w:rsidRDefault="004760EB" w:rsidP="004E531C">
            <w:pPr>
              <w:spacing w:line="240" w:lineRule="exact"/>
              <w:rPr>
                <w:lang w:eastAsia="ja-JP"/>
              </w:rPr>
            </w:pPr>
            <w:r>
              <w:rPr>
                <w:lang w:eastAsia="ja-JP"/>
              </w:rPr>
              <w:t>他事業・通常業務の経費と明確に区分されているか</w:t>
            </w:r>
          </w:p>
        </w:tc>
      </w:tr>
    </w:tbl>
    <w:p w14:paraId="432B667D" w14:textId="77777777" w:rsidR="00E468C6" w:rsidRDefault="00E468C6" w:rsidP="000416AB">
      <w:pPr>
        <w:spacing w:after="0" w:line="240" w:lineRule="exact"/>
        <w:rPr>
          <w:lang w:eastAsia="ja-JP"/>
        </w:rPr>
      </w:pPr>
    </w:p>
    <w:tbl>
      <w:tblPr>
        <w:tblW w:w="0" w:type="auto"/>
        <w:jc w:val="center"/>
        <w:tblLook w:val="04A0" w:firstRow="1" w:lastRow="0" w:firstColumn="1" w:lastColumn="0" w:noHBand="0" w:noVBand="1"/>
      </w:tblPr>
      <w:tblGrid>
        <w:gridCol w:w="10166"/>
      </w:tblGrid>
      <w:tr w:rsidR="00E468C6" w14:paraId="3F4E60A7" w14:textId="77777777">
        <w:trPr>
          <w:jc w:val="center"/>
        </w:trPr>
        <w:tc>
          <w:tcPr>
            <w:tcW w:w="10200" w:type="dxa"/>
            <w:shd w:val="clear" w:color="auto" w:fill="E7E6E6"/>
            <w:tcMar>
              <w:top w:w="110" w:type="dxa"/>
              <w:left w:w="150" w:type="dxa"/>
              <w:bottom w:w="110" w:type="dxa"/>
              <w:right w:w="150" w:type="dxa"/>
            </w:tcMar>
          </w:tcPr>
          <w:p w14:paraId="7307A9D7" w14:textId="77777777" w:rsidR="00E468C6" w:rsidRDefault="004760EB">
            <w:pPr>
              <w:spacing w:after="40"/>
              <w:rPr>
                <w:lang w:eastAsia="ja-JP"/>
              </w:rPr>
            </w:pPr>
            <w:r>
              <w:rPr>
                <w:b/>
                <w:lang w:eastAsia="ja-JP"/>
              </w:rPr>
              <w:t>人件費の支払時期の例外</w:t>
            </w:r>
          </w:p>
          <w:p w14:paraId="080B948B" w14:textId="77777777" w:rsidR="00E468C6" w:rsidRDefault="004760EB">
            <w:pPr>
              <w:spacing w:after="0" w:line="259" w:lineRule="auto"/>
              <w:rPr>
                <w:lang w:eastAsia="ja-JP"/>
              </w:rPr>
            </w:pPr>
            <w:r>
              <w:rPr>
                <w:lang w:eastAsia="ja-JP"/>
              </w:rPr>
              <w:t>人件費は、支払が補助対象期間外となる場合でも、対象期間内に支給額が確定している場合に限り対象経費に含めることができます。</w:t>
            </w:r>
          </w:p>
        </w:tc>
      </w:tr>
    </w:tbl>
    <w:p w14:paraId="3CDEBD6F" w14:textId="77777777" w:rsidR="00E468C6" w:rsidRDefault="00E468C6" w:rsidP="000416AB">
      <w:pPr>
        <w:spacing w:after="0" w:line="240" w:lineRule="exact"/>
        <w:rPr>
          <w:lang w:eastAsia="ja-JP"/>
        </w:rPr>
      </w:pPr>
    </w:p>
    <w:p w14:paraId="48163233" w14:textId="6D02F100" w:rsidR="00E468C6" w:rsidRDefault="004760EB">
      <w:pPr>
        <w:pStyle w:val="21"/>
        <w:spacing w:before="120" w:after="60"/>
        <w:rPr>
          <w:lang w:eastAsia="ja-JP"/>
        </w:rPr>
      </w:pPr>
      <w:r>
        <w:rPr>
          <w:sz w:val="21"/>
          <w:lang w:eastAsia="ja-JP"/>
        </w:rPr>
        <w:t>2-2</w:t>
      </w:r>
      <w:r>
        <w:rPr>
          <w:sz w:val="21"/>
          <w:lang w:eastAsia="ja-JP"/>
        </w:rPr>
        <w:t xml:space="preserve">　</w:t>
      </w:r>
      <w:r w:rsidR="003D7841">
        <w:rPr>
          <w:rFonts w:hint="eastAsia"/>
          <w:sz w:val="21"/>
          <w:lang w:eastAsia="ja-JP"/>
        </w:rPr>
        <w:t>区分</w:t>
      </w:r>
      <w:r>
        <w:rPr>
          <w:sz w:val="21"/>
          <w:lang w:eastAsia="ja-JP"/>
        </w:rPr>
        <w:t>経理</w:t>
      </w:r>
      <w:r w:rsidR="00C16290">
        <w:rPr>
          <w:rFonts w:hint="eastAsia"/>
          <w:sz w:val="21"/>
          <w:lang w:eastAsia="ja-JP"/>
        </w:rPr>
        <w:t>処理</w:t>
      </w:r>
    </w:p>
    <w:p w14:paraId="1690B76E" w14:textId="7432615C" w:rsidR="00E468C6" w:rsidRDefault="004760EB">
      <w:pPr>
        <w:spacing w:after="80" w:line="269" w:lineRule="auto"/>
        <w:rPr>
          <w:lang w:eastAsia="ja-JP"/>
        </w:rPr>
      </w:pPr>
      <w:r>
        <w:rPr>
          <w:lang w:eastAsia="ja-JP"/>
        </w:rPr>
        <w:t>補助事業に係る収入・支出は、他の経理</w:t>
      </w:r>
      <w:r w:rsidR="00993FAE">
        <w:rPr>
          <w:rFonts w:hint="eastAsia"/>
          <w:lang w:eastAsia="ja-JP"/>
        </w:rPr>
        <w:t>処理</w:t>
      </w:r>
      <w:r>
        <w:rPr>
          <w:lang w:eastAsia="ja-JP"/>
        </w:rPr>
        <w:t>と</w:t>
      </w:r>
      <w:r w:rsidR="00E5041C">
        <w:rPr>
          <w:rFonts w:hint="eastAsia"/>
          <w:lang w:eastAsia="ja-JP"/>
        </w:rPr>
        <w:t>区別</w:t>
      </w:r>
      <w:r>
        <w:rPr>
          <w:lang w:eastAsia="ja-JP"/>
        </w:rPr>
        <w:t>してください。</w:t>
      </w:r>
      <w:r w:rsidR="004D56A7" w:rsidRPr="004D56A7">
        <w:rPr>
          <w:rFonts w:hint="eastAsia"/>
          <w:lang w:eastAsia="ja-JP"/>
        </w:rPr>
        <w:t>証拠書類には管理番号を付すなど、補助対象経費明細書の整理番号と対応させると検査が円滑です。（参考様式</w:t>
      </w:r>
      <w:r w:rsidR="004D56A7" w:rsidRPr="004D56A7">
        <w:rPr>
          <w:lang w:eastAsia="ja-JP"/>
        </w:rPr>
        <w:t>3）</w:t>
      </w:r>
    </w:p>
    <w:p w14:paraId="48D9B5D3" w14:textId="77777777" w:rsidR="00E468C6" w:rsidRDefault="004760EB">
      <w:pPr>
        <w:pStyle w:val="a0"/>
        <w:spacing w:after="40" w:line="259" w:lineRule="auto"/>
        <w:rPr>
          <w:lang w:eastAsia="ja-JP"/>
        </w:rPr>
      </w:pPr>
      <w:r>
        <w:rPr>
          <w:lang w:eastAsia="ja-JP"/>
        </w:rPr>
        <w:t>経費区分ごと、取引ごとに整理する</w:t>
      </w:r>
    </w:p>
    <w:p w14:paraId="632148B3" w14:textId="77777777" w:rsidR="00E468C6" w:rsidRDefault="004760EB">
      <w:pPr>
        <w:pStyle w:val="a0"/>
        <w:spacing w:after="40" w:line="259" w:lineRule="auto"/>
        <w:rPr>
          <w:lang w:eastAsia="ja-JP"/>
        </w:rPr>
      </w:pPr>
      <w:r>
        <w:rPr>
          <w:lang w:eastAsia="ja-JP"/>
        </w:rPr>
        <w:t>一括振込の場合は、対象取引が合計額に含まれることを示す内訳を添付する</w:t>
      </w:r>
    </w:p>
    <w:p w14:paraId="64894227" w14:textId="07D63A38" w:rsidR="008A5283" w:rsidRDefault="004760EB" w:rsidP="00C625B1">
      <w:pPr>
        <w:pStyle w:val="a0"/>
        <w:spacing w:after="40" w:line="259" w:lineRule="auto"/>
        <w:rPr>
          <w:lang w:eastAsia="ja-JP"/>
        </w:rPr>
      </w:pPr>
      <w:r>
        <w:rPr>
          <w:lang w:eastAsia="ja-JP"/>
        </w:rPr>
        <w:t>社内振替や自社調達は、利益を除いた製造原価等の根拠を残す</w:t>
      </w:r>
    </w:p>
    <w:p w14:paraId="6CE0B88B" w14:textId="77777777" w:rsidR="00E468C6" w:rsidRDefault="004760EB">
      <w:pPr>
        <w:pStyle w:val="21"/>
        <w:spacing w:before="120" w:after="60"/>
        <w:rPr>
          <w:lang w:eastAsia="ja-JP"/>
        </w:rPr>
      </w:pPr>
      <w:r>
        <w:rPr>
          <w:sz w:val="21"/>
          <w:lang w:eastAsia="ja-JP"/>
        </w:rPr>
        <w:t>2-3</w:t>
      </w:r>
      <w:r>
        <w:rPr>
          <w:sz w:val="21"/>
          <w:lang w:eastAsia="ja-JP"/>
        </w:rPr>
        <w:t xml:space="preserve">　相見積りと発注先の選定</w:t>
      </w:r>
    </w:p>
    <w:p w14:paraId="0414A489" w14:textId="6C7E7028" w:rsidR="00E468C6" w:rsidRDefault="004760EB">
      <w:pPr>
        <w:spacing w:after="80" w:line="269" w:lineRule="auto"/>
        <w:rPr>
          <w:lang w:eastAsia="ja-JP"/>
        </w:rPr>
      </w:pPr>
      <w:r>
        <w:rPr>
          <w:lang w:eastAsia="ja-JP"/>
        </w:rPr>
        <w:t>発注先は、経済性の観点から</w:t>
      </w:r>
      <w:r w:rsidR="003D2C4B">
        <w:rPr>
          <w:rFonts w:hint="eastAsia"/>
          <w:lang w:eastAsia="ja-JP"/>
        </w:rPr>
        <w:t>原則として</w:t>
      </w:r>
      <w:r>
        <w:rPr>
          <w:lang w:eastAsia="ja-JP"/>
        </w:rPr>
        <w:t>相見積りを徴収し、最低価格を提示した者を選定してください。</w:t>
      </w:r>
    </w:p>
    <w:tbl>
      <w:tblPr>
        <w:tblStyle w:val="afe"/>
        <w:tblW w:w="0" w:type="auto"/>
        <w:jc w:val="center"/>
        <w:tblLook w:val="04A0" w:firstRow="1" w:lastRow="0" w:firstColumn="1" w:lastColumn="0" w:noHBand="0" w:noVBand="1"/>
      </w:tblPr>
      <w:tblGrid>
        <w:gridCol w:w="3008"/>
        <w:gridCol w:w="6403"/>
      </w:tblGrid>
      <w:tr w:rsidR="00E468C6" w14:paraId="421820C7" w14:textId="77777777" w:rsidTr="00F65BA5">
        <w:trPr>
          <w:tblHeader/>
          <w:jc w:val="center"/>
        </w:trPr>
        <w:tc>
          <w:tcPr>
            <w:tcW w:w="3008" w:type="dxa"/>
            <w:shd w:val="clear" w:color="auto" w:fill="595959"/>
            <w:tcMar>
              <w:top w:w="80" w:type="dxa"/>
              <w:left w:w="100" w:type="dxa"/>
              <w:bottom w:w="80" w:type="dxa"/>
              <w:right w:w="100" w:type="dxa"/>
            </w:tcMar>
            <w:vAlign w:val="center"/>
          </w:tcPr>
          <w:p w14:paraId="26F8CEF3" w14:textId="77777777" w:rsidR="00E468C6" w:rsidRDefault="004760EB" w:rsidP="0001139B">
            <w:pPr>
              <w:spacing w:line="240" w:lineRule="exact"/>
              <w:jc w:val="center"/>
            </w:pPr>
            <w:proofErr w:type="spellStart"/>
            <w:r>
              <w:rPr>
                <w:b/>
                <w:color w:val="FFFFFF"/>
              </w:rPr>
              <w:t>ケース</w:t>
            </w:r>
            <w:proofErr w:type="spellEnd"/>
          </w:p>
        </w:tc>
        <w:tc>
          <w:tcPr>
            <w:tcW w:w="6403" w:type="dxa"/>
            <w:shd w:val="clear" w:color="auto" w:fill="595959"/>
            <w:tcMar>
              <w:top w:w="80" w:type="dxa"/>
              <w:left w:w="100" w:type="dxa"/>
              <w:bottom w:w="80" w:type="dxa"/>
              <w:right w:w="100" w:type="dxa"/>
            </w:tcMar>
            <w:vAlign w:val="center"/>
          </w:tcPr>
          <w:p w14:paraId="3227F614" w14:textId="77777777" w:rsidR="00E468C6" w:rsidRDefault="004760EB" w:rsidP="0001139B">
            <w:pPr>
              <w:spacing w:line="240" w:lineRule="exact"/>
              <w:jc w:val="center"/>
            </w:pPr>
            <w:proofErr w:type="spellStart"/>
            <w:r>
              <w:rPr>
                <w:b/>
                <w:color w:val="FFFFFF"/>
              </w:rPr>
              <w:t>必要な対応</w:t>
            </w:r>
            <w:proofErr w:type="spellEnd"/>
          </w:p>
        </w:tc>
      </w:tr>
      <w:tr w:rsidR="00E468C6" w14:paraId="641F0AB4" w14:textId="77777777" w:rsidTr="00F65BA5">
        <w:trPr>
          <w:jc w:val="center"/>
        </w:trPr>
        <w:tc>
          <w:tcPr>
            <w:tcW w:w="3008" w:type="dxa"/>
            <w:tcMar>
              <w:top w:w="80" w:type="dxa"/>
              <w:left w:w="100" w:type="dxa"/>
              <w:bottom w:w="80" w:type="dxa"/>
              <w:right w:w="100" w:type="dxa"/>
            </w:tcMar>
            <w:vAlign w:val="center"/>
          </w:tcPr>
          <w:p w14:paraId="32AE3F05" w14:textId="77777777" w:rsidR="00E468C6" w:rsidRDefault="004760EB" w:rsidP="0001139B">
            <w:pPr>
              <w:spacing w:line="240" w:lineRule="exact"/>
            </w:pPr>
            <w:r>
              <w:t>予定価格（税込）50万円未満</w:t>
            </w:r>
          </w:p>
        </w:tc>
        <w:tc>
          <w:tcPr>
            <w:tcW w:w="6403" w:type="dxa"/>
            <w:tcMar>
              <w:top w:w="80" w:type="dxa"/>
              <w:left w:w="100" w:type="dxa"/>
              <w:bottom w:w="80" w:type="dxa"/>
              <w:right w:w="100" w:type="dxa"/>
            </w:tcMar>
            <w:vAlign w:val="center"/>
          </w:tcPr>
          <w:p w14:paraId="61B47CA7" w14:textId="40DABCA7" w:rsidR="00E468C6" w:rsidRDefault="009B2987" w:rsidP="0001139B">
            <w:pPr>
              <w:spacing w:line="240" w:lineRule="exact"/>
              <w:rPr>
                <w:lang w:eastAsia="ja-JP"/>
              </w:rPr>
            </w:pPr>
            <w:r>
              <w:rPr>
                <w:rFonts w:hint="eastAsia"/>
                <w:lang w:eastAsia="ja-JP"/>
              </w:rPr>
              <w:t>原則</w:t>
            </w:r>
            <w:r w:rsidR="004760EB">
              <w:rPr>
                <w:lang w:eastAsia="ja-JP"/>
              </w:rPr>
              <w:t>相見積り。社内規程がある場合はその規程に従う</w:t>
            </w:r>
          </w:p>
        </w:tc>
      </w:tr>
      <w:tr w:rsidR="00E468C6" w14:paraId="2BD5ABDB" w14:textId="77777777" w:rsidTr="00F65BA5">
        <w:trPr>
          <w:jc w:val="center"/>
        </w:trPr>
        <w:tc>
          <w:tcPr>
            <w:tcW w:w="3008" w:type="dxa"/>
            <w:shd w:val="clear" w:color="auto" w:fill="F8FBFD"/>
            <w:tcMar>
              <w:top w:w="80" w:type="dxa"/>
              <w:left w:w="100" w:type="dxa"/>
              <w:bottom w:w="80" w:type="dxa"/>
              <w:right w:w="100" w:type="dxa"/>
            </w:tcMar>
            <w:vAlign w:val="center"/>
          </w:tcPr>
          <w:p w14:paraId="15EA74C8" w14:textId="77777777" w:rsidR="00E468C6" w:rsidRDefault="004760EB" w:rsidP="0001139B">
            <w:pPr>
              <w:spacing w:line="240" w:lineRule="exact"/>
            </w:pPr>
            <w:r>
              <w:t>予定価格（税込）50万円以上</w:t>
            </w:r>
          </w:p>
        </w:tc>
        <w:tc>
          <w:tcPr>
            <w:tcW w:w="6403" w:type="dxa"/>
            <w:shd w:val="clear" w:color="auto" w:fill="F8FBFD"/>
            <w:tcMar>
              <w:top w:w="80" w:type="dxa"/>
              <w:left w:w="100" w:type="dxa"/>
              <w:bottom w:w="80" w:type="dxa"/>
              <w:right w:w="100" w:type="dxa"/>
            </w:tcMar>
            <w:vAlign w:val="center"/>
          </w:tcPr>
          <w:p w14:paraId="5E8EEAE1" w14:textId="228439D9" w:rsidR="00E468C6" w:rsidRDefault="004760EB" w:rsidP="0001139B">
            <w:pPr>
              <w:spacing w:line="240" w:lineRule="exact"/>
              <w:rPr>
                <w:lang w:eastAsia="ja-JP"/>
              </w:rPr>
            </w:pPr>
            <w:r>
              <w:rPr>
                <w:lang w:eastAsia="ja-JP"/>
              </w:rPr>
              <w:t>原則2者以上から見積書を徴収</w:t>
            </w:r>
          </w:p>
        </w:tc>
      </w:tr>
      <w:tr w:rsidR="00E468C6" w14:paraId="4C363F30" w14:textId="77777777" w:rsidTr="00F65BA5">
        <w:trPr>
          <w:jc w:val="center"/>
        </w:trPr>
        <w:tc>
          <w:tcPr>
            <w:tcW w:w="3008" w:type="dxa"/>
            <w:tcMar>
              <w:top w:w="80" w:type="dxa"/>
              <w:left w:w="100" w:type="dxa"/>
              <w:bottom w:w="80" w:type="dxa"/>
              <w:right w:w="100" w:type="dxa"/>
            </w:tcMar>
            <w:vAlign w:val="center"/>
          </w:tcPr>
          <w:p w14:paraId="3F2EBC89" w14:textId="77777777" w:rsidR="00E468C6" w:rsidRDefault="004760EB" w:rsidP="0001139B">
            <w:pPr>
              <w:spacing w:line="240" w:lineRule="exact"/>
              <w:rPr>
                <w:lang w:eastAsia="ja-JP"/>
              </w:rPr>
            </w:pPr>
            <w:r>
              <w:rPr>
                <w:lang w:eastAsia="ja-JP"/>
              </w:rPr>
              <w:t>2者以上の見積りが困難</w:t>
            </w:r>
          </w:p>
        </w:tc>
        <w:tc>
          <w:tcPr>
            <w:tcW w:w="6403" w:type="dxa"/>
            <w:tcMar>
              <w:top w:w="80" w:type="dxa"/>
              <w:left w:w="100" w:type="dxa"/>
              <w:bottom w:w="80" w:type="dxa"/>
              <w:right w:w="100" w:type="dxa"/>
            </w:tcMar>
            <w:vAlign w:val="center"/>
          </w:tcPr>
          <w:p w14:paraId="7F03B4A6" w14:textId="1A4815A1" w:rsidR="00E468C6" w:rsidRDefault="004760EB" w:rsidP="0001139B">
            <w:pPr>
              <w:spacing w:line="240" w:lineRule="exact"/>
              <w:rPr>
                <w:lang w:eastAsia="ja-JP"/>
              </w:rPr>
            </w:pPr>
            <w:r>
              <w:rPr>
                <w:lang w:eastAsia="ja-JP"/>
              </w:rPr>
              <w:t>1者見積りに加え、困難な理由を選定理由書に具体的に記載（参考様式</w:t>
            </w:r>
            <w:r w:rsidR="008B6FD4">
              <w:rPr>
                <w:rFonts w:hint="eastAsia"/>
                <w:lang w:eastAsia="ja-JP"/>
              </w:rPr>
              <w:t>２</w:t>
            </w:r>
            <w:r>
              <w:rPr>
                <w:lang w:eastAsia="ja-JP"/>
              </w:rPr>
              <w:t>）</w:t>
            </w:r>
          </w:p>
        </w:tc>
      </w:tr>
      <w:tr w:rsidR="00E468C6" w14:paraId="5DBDE3BE" w14:textId="77777777" w:rsidTr="00F65BA5">
        <w:trPr>
          <w:jc w:val="center"/>
        </w:trPr>
        <w:tc>
          <w:tcPr>
            <w:tcW w:w="3008" w:type="dxa"/>
            <w:shd w:val="clear" w:color="auto" w:fill="F8FBFD"/>
            <w:tcMar>
              <w:top w:w="80" w:type="dxa"/>
              <w:left w:w="100" w:type="dxa"/>
              <w:bottom w:w="80" w:type="dxa"/>
              <w:right w:w="100" w:type="dxa"/>
            </w:tcMar>
            <w:vAlign w:val="center"/>
          </w:tcPr>
          <w:p w14:paraId="5822EA14" w14:textId="77777777" w:rsidR="00E468C6" w:rsidRDefault="004760EB" w:rsidP="0001139B">
            <w:pPr>
              <w:spacing w:line="240" w:lineRule="exact"/>
              <w:rPr>
                <w:lang w:eastAsia="ja-JP"/>
              </w:rPr>
            </w:pPr>
            <w:r>
              <w:rPr>
                <w:lang w:eastAsia="ja-JP"/>
              </w:rPr>
              <w:t>最低価格者以外を選定</w:t>
            </w:r>
          </w:p>
        </w:tc>
        <w:tc>
          <w:tcPr>
            <w:tcW w:w="6403" w:type="dxa"/>
            <w:shd w:val="clear" w:color="auto" w:fill="F8FBFD"/>
            <w:tcMar>
              <w:top w:w="80" w:type="dxa"/>
              <w:left w:w="100" w:type="dxa"/>
              <w:bottom w:w="80" w:type="dxa"/>
              <w:right w:w="100" w:type="dxa"/>
            </w:tcMar>
            <w:vAlign w:val="center"/>
          </w:tcPr>
          <w:p w14:paraId="4E7AF2B5" w14:textId="6D6A629E" w:rsidR="00E468C6" w:rsidRDefault="004760EB" w:rsidP="0001139B">
            <w:pPr>
              <w:spacing w:line="240" w:lineRule="exact"/>
              <w:rPr>
                <w:lang w:eastAsia="ja-JP"/>
              </w:rPr>
            </w:pPr>
            <w:r>
              <w:rPr>
                <w:lang w:eastAsia="ja-JP"/>
              </w:rPr>
              <w:t>価格差を上回る合理的理由を選定理由書に記載（参考様式</w:t>
            </w:r>
            <w:r w:rsidR="008B6FD4">
              <w:rPr>
                <w:rFonts w:hint="eastAsia"/>
                <w:lang w:eastAsia="ja-JP"/>
              </w:rPr>
              <w:t>２</w:t>
            </w:r>
            <w:r>
              <w:rPr>
                <w:lang w:eastAsia="ja-JP"/>
              </w:rPr>
              <w:t>）</w:t>
            </w:r>
          </w:p>
        </w:tc>
      </w:tr>
      <w:tr w:rsidR="00E468C6" w14:paraId="41920DFA" w14:textId="77777777" w:rsidTr="00F65BA5">
        <w:trPr>
          <w:jc w:val="center"/>
        </w:trPr>
        <w:tc>
          <w:tcPr>
            <w:tcW w:w="3008" w:type="dxa"/>
            <w:tcMar>
              <w:top w:w="80" w:type="dxa"/>
              <w:left w:w="100" w:type="dxa"/>
              <w:bottom w:w="80" w:type="dxa"/>
              <w:right w:w="100" w:type="dxa"/>
            </w:tcMar>
            <w:vAlign w:val="center"/>
          </w:tcPr>
          <w:p w14:paraId="58D6CFA1" w14:textId="77777777" w:rsidR="00E468C6" w:rsidRDefault="004760EB" w:rsidP="0001139B">
            <w:pPr>
              <w:spacing w:line="240" w:lineRule="exact"/>
              <w:rPr>
                <w:lang w:eastAsia="ja-JP"/>
              </w:rPr>
            </w:pPr>
            <w:r>
              <w:rPr>
                <w:lang w:eastAsia="ja-JP"/>
              </w:rPr>
              <w:t>既存内規により相見積り不要</w:t>
            </w:r>
          </w:p>
        </w:tc>
        <w:tc>
          <w:tcPr>
            <w:tcW w:w="6403" w:type="dxa"/>
            <w:tcMar>
              <w:top w:w="80" w:type="dxa"/>
              <w:left w:w="100" w:type="dxa"/>
              <w:bottom w:w="80" w:type="dxa"/>
              <w:right w:w="100" w:type="dxa"/>
            </w:tcMar>
            <w:vAlign w:val="center"/>
          </w:tcPr>
          <w:p w14:paraId="43E84B00" w14:textId="77777777" w:rsidR="00E468C6" w:rsidRDefault="004760EB" w:rsidP="0001139B">
            <w:pPr>
              <w:spacing w:line="240" w:lineRule="exact"/>
              <w:rPr>
                <w:lang w:eastAsia="ja-JP"/>
              </w:rPr>
            </w:pPr>
            <w:r>
              <w:rPr>
                <w:lang w:eastAsia="ja-JP"/>
              </w:rPr>
              <w:t>内規等の根拠を確認できるよう整理</w:t>
            </w:r>
          </w:p>
        </w:tc>
      </w:tr>
    </w:tbl>
    <w:p w14:paraId="1B2EF488" w14:textId="77777777" w:rsidR="00E468C6" w:rsidRDefault="00E468C6">
      <w:pPr>
        <w:spacing w:after="0"/>
        <w:rPr>
          <w:lang w:eastAsia="ja-JP"/>
        </w:rPr>
      </w:pPr>
    </w:p>
    <w:p w14:paraId="7367CE89" w14:textId="77777777" w:rsidR="00E468C6" w:rsidRDefault="004760EB">
      <w:pPr>
        <w:pStyle w:val="21"/>
        <w:spacing w:before="120" w:after="60"/>
        <w:rPr>
          <w:lang w:eastAsia="ja-JP"/>
        </w:rPr>
      </w:pPr>
      <w:r>
        <w:rPr>
          <w:sz w:val="21"/>
          <w:lang w:eastAsia="ja-JP"/>
        </w:rPr>
        <w:t>選定理由書に記載する観点</w:t>
      </w:r>
    </w:p>
    <w:p w14:paraId="706B4265" w14:textId="527E4681" w:rsidR="00E468C6" w:rsidRDefault="004760EB">
      <w:pPr>
        <w:pStyle w:val="a0"/>
        <w:spacing w:after="40" w:line="259" w:lineRule="auto"/>
        <w:rPr>
          <w:lang w:eastAsia="ja-JP"/>
        </w:rPr>
      </w:pPr>
      <w:r>
        <w:rPr>
          <w:lang w:eastAsia="ja-JP"/>
        </w:rPr>
        <w:t>仕様・性能が事業目的に不可欠であること</w:t>
      </w:r>
      <w:r w:rsidR="00402576">
        <w:rPr>
          <w:rFonts w:hint="eastAsia"/>
          <w:lang w:eastAsia="ja-JP"/>
        </w:rPr>
        <w:t>。</w:t>
      </w:r>
    </w:p>
    <w:p w14:paraId="5DDF1ACB" w14:textId="35AA22E2" w:rsidR="00E468C6" w:rsidRDefault="004760EB">
      <w:pPr>
        <w:pStyle w:val="a0"/>
        <w:spacing w:after="40" w:line="259" w:lineRule="auto"/>
        <w:rPr>
          <w:lang w:eastAsia="ja-JP"/>
        </w:rPr>
      </w:pPr>
      <w:r>
        <w:rPr>
          <w:lang w:eastAsia="ja-JP"/>
        </w:rPr>
        <w:t>既存設備・部品・ソフトウェアとの互換性</w:t>
      </w:r>
      <w:r w:rsidR="00402576">
        <w:rPr>
          <w:rFonts w:hint="eastAsia"/>
          <w:lang w:eastAsia="ja-JP"/>
        </w:rPr>
        <w:t>。</w:t>
      </w:r>
    </w:p>
    <w:p w14:paraId="5313D28F" w14:textId="39E52E67" w:rsidR="00E468C6" w:rsidRDefault="004760EB">
      <w:pPr>
        <w:pStyle w:val="a0"/>
        <w:spacing w:after="40" w:line="259" w:lineRule="auto"/>
        <w:rPr>
          <w:lang w:eastAsia="ja-JP"/>
        </w:rPr>
      </w:pPr>
      <w:r>
        <w:rPr>
          <w:lang w:eastAsia="ja-JP"/>
        </w:rPr>
        <w:t>納期、供給可能性、保証・保守体制</w:t>
      </w:r>
      <w:r w:rsidR="00402576">
        <w:rPr>
          <w:rFonts w:hint="eastAsia"/>
          <w:lang w:eastAsia="ja-JP"/>
        </w:rPr>
        <w:t>。</w:t>
      </w:r>
    </w:p>
    <w:p w14:paraId="3A81989B" w14:textId="7F3F3C33" w:rsidR="00E468C6" w:rsidRDefault="004760EB">
      <w:pPr>
        <w:pStyle w:val="a0"/>
        <w:spacing w:after="40" w:line="259" w:lineRule="auto"/>
        <w:rPr>
          <w:lang w:eastAsia="ja-JP"/>
        </w:rPr>
      </w:pPr>
      <w:r>
        <w:rPr>
          <w:lang w:eastAsia="ja-JP"/>
        </w:rPr>
        <w:t>代替可能な事業者・製品の調査結果</w:t>
      </w:r>
      <w:r w:rsidR="00402576">
        <w:rPr>
          <w:rFonts w:hint="eastAsia"/>
          <w:lang w:eastAsia="ja-JP"/>
        </w:rPr>
        <w:t>。</w:t>
      </w:r>
    </w:p>
    <w:p w14:paraId="18C8584A" w14:textId="57A7261A" w:rsidR="00E468C6" w:rsidRDefault="004760EB">
      <w:pPr>
        <w:pStyle w:val="a0"/>
        <w:spacing w:after="40" w:line="259" w:lineRule="auto"/>
        <w:rPr>
          <w:lang w:eastAsia="ja-JP"/>
        </w:rPr>
      </w:pPr>
      <w:r>
        <w:rPr>
          <w:lang w:eastAsia="ja-JP"/>
        </w:rPr>
        <w:t>価格の妥当性を確認した方法</w:t>
      </w:r>
      <w:r w:rsidR="00402576">
        <w:rPr>
          <w:rFonts w:hint="eastAsia"/>
          <w:lang w:eastAsia="ja-JP"/>
        </w:rPr>
        <w:t>。</w:t>
      </w:r>
    </w:p>
    <w:tbl>
      <w:tblPr>
        <w:tblW w:w="0" w:type="auto"/>
        <w:jc w:val="center"/>
        <w:tblLook w:val="04A0" w:firstRow="1" w:lastRow="0" w:firstColumn="1" w:lastColumn="0" w:noHBand="0" w:noVBand="1"/>
      </w:tblPr>
      <w:tblGrid>
        <w:gridCol w:w="10166"/>
      </w:tblGrid>
      <w:tr w:rsidR="00E468C6" w14:paraId="6F312930" w14:textId="77777777">
        <w:trPr>
          <w:jc w:val="center"/>
        </w:trPr>
        <w:tc>
          <w:tcPr>
            <w:tcW w:w="10200" w:type="dxa"/>
            <w:shd w:val="clear" w:color="auto" w:fill="FFF2CC"/>
            <w:tcMar>
              <w:top w:w="110" w:type="dxa"/>
              <w:left w:w="150" w:type="dxa"/>
              <w:bottom w:w="110" w:type="dxa"/>
              <w:right w:w="150" w:type="dxa"/>
            </w:tcMar>
          </w:tcPr>
          <w:p w14:paraId="58EFCA86" w14:textId="77777777" w:rsidR="00E468C6" w:rsidRDefault="004760EB">
            <w:pPr>
              <w:spacing w:after="40"/>
              <w:rPr>
                <w:lang w:eastAsia="ja-JP"/>
              </w:rPr>
            </w:pPr>
            <w:r>
              <w:rPr>
                <w:b/>
                <w:color w:val="7F6000"/>
                <w:lang w:eastAsia="ja-JP"/>
              </w:rPr>
              <w:lastRenderedPageBreak/>
              <w:t>不十分な理由の例</w:t>
            </w:r>
          </w:p>
          <w:p w14:paraId="02396700" w14:textId="77777777" w:rsidR="00E468C6" w:rsidRDefault="004760EB">
            <w:pPr>
              <w:spacing w:after="0" w:line="259" w:lineRule="auto"/>
              <w:rPr>
                <w:lang w:eastAsia="ja-JP"/>
              </w:rPr>
            </w:pPr>
            <w:r>
              <w:rPr>
                <w:lang w:eastAsia="ja-JP"/>
              </w:rPr>
              <w:t>「以前から取引がある」「信頼できる」「急いでいる」だけでは、客観的な選定理由として不十分です。</w:t>
            </w:r>
          </w:p>
        </w:tc>
      </w:tr>
    </w:tbl>
    <w:p w14:paraId="4C060D80" w14:textId="77777777" w:rsidR="00E468C6" w:rsidRDefault="00E468C6">
      <w:pPr>
        <w:spacing w:after="0"/>
        <w:rPr>
          <w:lang w:eastAsia="ja-JP"/>
        </w:rPr>
      </w:pPr>
    </w:p>
    <w:p w14:paraId="1F40CA08" w14:textId="77777777" w:rsidR="00E468C6" w:rsidRDefault="004760EB">
      <w:pPr>
        <w:pStyle w:val="21"/>
        <w:spacing w:before="120" w:after="60"/>
      </w:pPr>
      <w:r>
        <w:rPr>
          <w:sz w:val="21"/>
        </w:rPr>
        <w:t>2-4</w:t>
      </w:r>
      <w:r>
        <w:rPr>
          <w:sz w:val="21"/>
        </w:rPr>
        <w:t xml:space="preserve">　</w:t>
      </w:r>
      <w:proofErr w:type="spellStart"/>
      <w:r>
        <w:rPr>
          <w:sz w:val="21"/>
        </w:rPr>
        <w:t>発注・契約</w:t>
      </w:r>
      <w:proofErr w:type="spellEnd"/>
    </w:p>
    <w:p w14:paraId="13936947" w14:textId="1861AEC6" w:rsidR="00E468C6" w:rsidRDefault="004760EB">
      <w:pPr>
        <w:pStyle w:val="a0"/>
        <w:spacing w:after="40" w:line="259" w:lineRule="auto"/>
        <w:rPr>
          <w:lang w:eastAsia="ja-JP"/>
        </w:rPr>
      </w:pPr>
      <w:r>
        <w:rPr>
          <w:lang w:eastAsia="ja-JP"/>
        </w:rPr>
        <w:t>発注書又は契約書に、品名・仕様・数量・金額・納期を明記する</w:t>
      </w:r>
      <w:r w:rsidR="00402576">
        <w:rPr>
          <w:rFonts w:hint="eastAsia"/>
          <w:lang w:eastAsia="ja-JP"/>
        </w:rPr>
        <w:t>。</w:t>
      </w:r>
    </w:p>
    <w:p w14:paraId="193A9081" w14:textId="76120772" w:rsidR="00E468C6" w:rsidRDefault="004760EB">
      <w:pPr>
        <w:pStyle w:val="a0"/>
        <w:spacing w:after="40" w:line="259" w:lineRule="auto"/>
        <w:rPr>
          <w:lang w:eastAsia="ja-JP"/>
        </w:rPr>
      </w:pPr>
      <w:r>
        <w:rPr>
          <w:lang w:eastAsia="ja-JP"/>
        </w:rPr>
        <w:t>委託は、業務内容、成果物、完了期限、成果物の帰属を契約書で明確にする</w:t>
      </w:r>
      <w:r w:rsidR="00402576">
        <w:rPr>
          <w:rFonts w:hint="eastAsia"/>
          <w:lang w:eastAsia="ja-JP"/>
        </w:rPr>
        <w:t>。</w:t>
      </w:r>
    </w:p>
    <w:p w14:paraId="28C327C5" w14:textId="0F149FEB" w:rsidR="00E468C6" w:rsidRDefault="004760EB" w:rsidP="00DD03B6">
      <w:pPr>
        <w:pStyle w:val="a0"/>
        <w:spacing w:after="40" w:line="259" w:lineRule="auto"/>
        <w:rPr>
          <w:lang w:eastAsia="ja-JP"/>
        </w:rPr>
      </w:pPr>
      <w:r>
        <w:rPr>
          <w:lang w:eastAsia="ja-JP"/>
        </w:rPr>
        <w:t>発注・契約日は交付決定日以降とする。</w:t>
      </w:r>
      <w:r w:rsidR="00563C4A">
        <w:rPr>
          <w:rFonts w:hint="eastAsia"/>
          <w:lang w:eastAsia="ja-JP"/>
        </w:rPr>
        <w:t>（受理された</w:t>
      </w:r>
      <w:r w:rsidR="00563C4A">
        <w:rPr>
          <w:lang w:eastAsia="ja-JP"/>
        </w:rPr>
        <w:t>事前着手</w:t>
      </w:r>
      <w:r w:rsidR="001C56A6">
        <w:rPr>
          <w:rFonts w:hint="eastAsia"/>
          <w:lang w:eastAsia="ja-JP"/>
        </w:rPr>
        <w:t>届</w:t>
      </w:r>
      <w:r w:rsidR="00563C4A">
        <w:rPr>
          <w:lang w:eastAsia="ja-JP"/>
        </w:rPr>
        <w:t>がある場合を除き、交付決定前の発注・契約は対象外です。</w:t>
      </w:r>
      <w:r w:rsidR="00563C4A">
        <w:rPr>
          <w:rFonts w:hint="eastAsia"/>
          <w:lang w:eastAsia="ja-JP"/>
        </w:rPr>
        <w:t>）</w:t>
      </w:r>
    </w:p>
    <w:p w14:paraId="61D98B87" w14:textId="77777777" w:rsidR="00E468C6" w:rsidRDefault="004760EB">
      <w:pPr>
        <w:pStyle w:val="21"/>
        <w:spacing w:before="120" w:after="60"/>
      </w:pPr>
      <w:r>
        <w:rPr>
          <w:sz w:val="21"/>
        </w:rPr>
        <w:t>2-5</w:t>
      </w:r>
      <w:r>
        <w:rPr>
          <w:sz w:val="21"/>
        </w:rPr>
        <w:t xml:space="preserve">　</w:t>
      </w:r>
      <w:proofErr w:type="spellStart"/>
      <w:r>
        <w:rPr>
          <w:sz w:val="21"/>
        </w:rPr>
        <w:t>証拠書類と検収</w:t>
      </w:r>
      <w:proofErr w:type="spellEnd"/>
    </w:p>
    <w:tbl>
      <w:tblPr>
        <w:tblStyle w:val="afe"/>
        <w:tblW w:w="0" w:type="auto"/>
        <w:jc w:val="center"/>
        <w:tblLook w:val="04A0" w:firstRow="1" w:lastRow="0" w:firstColumn="1" w:lastColumn="0" w:noHBand="0" w:noVBand="1"/>
      </w:tblPr>
      <w:tblGrid>
        <w:gridCol w:w="1361"/>
        <w:gridCol w:w="4652"/>
        <w:gridCol w:w="3455"/>
      </w:tblGrid>
      <w:tr w:rsidR="00E468C6" w14:paraId="2E0AC424" w14:textId="77777777" w:rsidTr="009D20FC">
        <w:trPr>
          <w:tblHeader/>
          <w:jc w:val="center"/>
        </w:trPr>
        <w:tc>
          <w:tcPr>
            <w:tcW w:w="1361" w:type="dxa"/>
            <w:shd w:val="clear" w:color="auto" w:fill="595959"/>
            <w:tcMar>
              <w:top w:w="80" w:type="dxa"/>
              <w:left w:w="100" w:type="dxa"/>
              <w:bottom w:w="80" w:type="dxa"/>
              <w:right w:w="100" w:type="dxa"/>
            </w:tcMar>
            <w:vAlign w:val="center"/>
          </w:tcPr>
          <w:p w14:paraId="71CAA783" w14:textId="77777777" w:rsidR="00E468C6" w:rsidRDefault="004760EB" w:rsidP="009D20FC">
            <w:pPr>
              <w:spacing w:line="240" w:lineRule="exact"/>
              <w:jc w:val="center"/>
            </w:pPr>
            <w:proofErr w:type="spellStart"/>
            <w:r>
              <w:rPr>
                <w:b/>
                <w:color w:val="FFFFFF"/>
              </w:rPr>
              <w:t>段階</w:t>
            </w:r>
            <w:proofErr w:type="spellEnd"/>
          </w:p>
        </w:tc>
        <w:tc>
          <w:tcPr>
            <w:tcW w:w="4652" w:type="dxa"/>
            <w:shd w:val="clear" w:color="auto" w:fill="595959"/>
            <w:tcMar>
              <w:top w:w="80" w:type="dxa"/>
              <w:left w:w="100" w:type="dxa"/>
              <w:bottom w:w="80" w:type="dxa"/>
              <w:right w:w="100" w:type="dxa"/>
            </w:tcMar>
            <w:vAlign w:val="center"/>
          </w:tcPr>
          <w:p w14:paraId="068934E5" w14:textId="77777777" w:rsidR="00E468C6" w:rsidRDefault="004760EB" w:rsidP="009D20FC">
            <w:pPr>
              <w:spacing w:line="240" w:lineRule="exact"/>
              <w:jc w:val="center"/>
            </w:pPr>
            <w:proofErr w:type="spellStart"/>
            <w:r>
              <w:rPr>
                <w:b/>
                <w:color w:val="FFFFFF"/>
              </w:rPr>
              <w:t>主な証拠書類</w:t>
            </w:r>
            <w:proofErr w:type="spellEnd"/>
          </w:p>
        </w:tc>
        <w:tc>
          <w:tcPr>
            <w:tcW w:w="3455" w:type="dxa"/>
            <w:shd w:val="clear" w:color="auto" w:fill="595959"/>
            <w:tcMar>
              <w:top w:w="80" w:type="dxa"/>
              <w:left w:w="100" w:type="dxa"/>
              <w:bottom w:w="80" w:type="dxa"/>
              <w:right w:w="100" w:type="dxa"/>
            </w:tcMar>
            <w:vAlign w:val="center"/>
          </w:tcPr>
          <w:p w14:paraId="58BEE2AC" w14:textId="77777777" w:rsidR="00E468C6" w:rsidRDefault="004760EB" w:rsidP="009D20FC">
            <w:pPr>
              <w:spacing w:line="240" w:lineRule="exact"/>
              <w:jc w:val="center"/>
            </w:pPr>
            <w:proofErr w:type="spellStart"/>
            <w:r>
              <w:rPr>
                <w:b/>
                <w:color w:val="FFFFFF"/>
              </w:rPr>
              <w:t>確認事項</w:t>
            </w:r>
            <w:proofErr w:type="spellEnd"/>
          </w:p>
        </w:tc>
      </w:tr>
      <w:tr w:rsidR="00E468C6" w14:paraId="283C06E0" w14:textId="77777777" w:rsidTr="009D20FC">
        <w:trPr>
          <w:jc w:val="center"/>
        </w:trPr>
        <w:tc>
          <w:tcPr>
            <w:tcW w:w="1361" w:type="dxa"/>
            <w:tcMar>
              <w:top w:w="80" w:type="dxa"/>
              <w:left w:w="100" w:type="dxa"/>
              <w:bottom w:w="80" w:type="dxa"/>
              <w:right w:w="100" w:type="dxa"/>
            </w:tcMar>
            <w:vAlign w:val="center"/>
          </w:tcPr>
          <w:p w14:paraId="6E1362E1" w14:textId="77777777" w:rsidR="00E468C6" w:rsidRDefault="004760EB" w:rsidP="009D20FC">
            <w:pPr>
              <w:spacing w:line="240" w:lineRule="exact"/>
            </w:pPr>
            <w:proofErr w:type="spellStart"/>
            <w:r>
              <w:t>選定</w:t>
            </w:r>
            <w:proofErr w:type="spellEnd"/>
          </w:p>
        </w:tc>
        <w:tc>
          <w:tcPr>
            <w:tcW w:w="4652" w:type="dxa"/>
            <w:tcMar>
              <w:top w:w="80" w:type="dxa"/>
              <w:left w:w="100" w:type="dxa"/>
              <w:bottom w:w="80" w:type="dxa"/>
              <w:right w:w="100" w:type="dxa"/>
            </w:tcMar>
            <w:vAlign w:val="center"/>
          </w:tcPr>
          <w:p w14:paraId="78C54EB7" w14:textId="77777777" w:rsidR="00E468C6" w:rsidRDefault="004760EB" w:rsidP="009D20FC">
            <w:pPr>
              <w:spacing w:line="240" w:lineRule="exact"/>
              <w:rPr>
                <w:lang w:eastAsia="ja-JP"/>
              </w:rPr>
            </w:pPr>
            <w:r>
              <w:rPr>
                <w:lang w:eastAsia="ja-JP"/>
              </w:rPr>
              <w:t>見積書、仕様書、カタログ、選定理由書</w:t>
            </w:r>
          </w:p>
        </w:tc>
        <w:tc>
          <w:tcPr>
            <w:tcW w:w="3455" w:type="dxa"/>
            <w:tcMar>
              <w:top w:w="80" w:type="dxa"/>
              <w:left w:w="100" w:type="dxa"/>
              <w:bottom w:w="80" w:type="dxa"/>
              <w:right w:w="100" w:type="dxa"/>
            </w:tcMar>
            <w:vAlign w:val="center"/>
          </w:tcPr>
          <w:p w14:paraId="4469C1C9" w14:textId="77777777" w:rsidR="00E468C6" w:rsidRDefault="004760EB" w:rsidP="009D20FC">
            <w:pPr>
              <w:spacing w:line="240" w:lineRule="exact"/>
              <w:rPr>
                <w:lang w:eastAsia="ja-JP"/>
              </w:rPr>
            </w:pPr>
            <w:r>
              <w:rPr>
                <w:lang w:eastAsia="ja-JP"/>
              </w:rPr>
              <w:t>同一条件で比較できるか</w:t>
            </w:r>
          </w:p>
        </w:tc>
      </w:tr>
      <w:tr w:rsidR="00E468C6" w14:paraId="42056982" w14:textId="77777777" w:rsidTr="009D20FC">
        <w:trPr>
          <w:jc w:val="center"/>
        </w:trPr>
        <w:tc>
          <w:tcPr>
            <w:tcW w:w="1361" w:type="dxa"/>
            <w:shd w:val="clear" w:color="auto" w:fill="F8FBFD"/>
            <w:tcMar>
              <w:top w:w="80" w:type="dxa"/>
              <w:left w:w="100" w:type="dxa"/>
              <w:bottom w:w="80" w:type="dxa"/>
              <w:right w:w="100" w:type="dxa"/>
            </w:tcMar>
            <w:vAlign w:val="center"/>
          </w:tcPr>
          <w:p w14:paraId="21E08476" w14:textId="77777777" w:rsidR="00E468C6" w:rsidRDefault="004760EB" w:rsidP="009D20FC">
            <w:pPr>
              <w:spacing w:line="240" w:lineRule="exact"/>
            </w:pPr>
            <w:proofErr w:type="spellStart"/>
            <w:r>
              <w:t>発注・契約</w:t>
            </w:r>
            <w:proofErr w:type="spellEnd"/>
          </w:p>
        </w:tc>
        <w:tc>
          <w:tcPr>
            <w:tcW w:w="4652" w:type="dxa"/>
            <w:shd w:val="clear" w:color="auto" w:fill="F8FBFD"/>
            <w:tcMar>
              <w:top w:w="80" w:type="dxa"/>
              <w:left w:w="100" w:type="dxa"/>
              <w:bottom w:w="80" w:type="dxa"/>
              <w:right w:w="100" w:type="dxa"/>
            </w:tcMar>
            <w:vAlign w:val="center"/>
          </w:tcPr>
          <w:p w14:paraId="3D46687A" w14:textId="77777777" w:rsidR="00E468C6" w:rsidRDefault="004760EB" w:rsidP="009D20FC">
            <w:pPr>
              <w:spacing w:line="240" w:lineRule="exact"/>
            </w:pPr>
            <w:proofErr w:type="spellStart"/>
            <w:r>
              <w:t>注文書、注文請書、契約書</w:t>
            </w:r>
            <w:proofErr w:type="spellEnd"/>
          </w:p>
        </w:tc>
        <w:tc>
          <w:tcPr>
            <w:tcW w:w="3455" w:type="dxa"/>
            <w:shd w:val="clear" w:color="auto" w:fill="F8FBFD"/>
            <w:tcMar>
              <w:top w:w="80" w:type="dxa"/>
              <w:left w:w="100" w:type="dxa"/>
              <w:bottom w:w="80" w:type="dxa"/>
              <w:right w:w="100" w:type="dxa"/>
            </w:tcMar>
            <w:vAlign w:val="center"/>
          </w:tcPr>
          <w:p w14:paraId="5122E058" w14:textId="77777777" w:rsidR="00E468C6" w:rsidRDefault="004760EB" w:rsidP="009D20FC">
            <w:pPr>
              <w:spacing w:line="240" w:lineRule="exact"/>
            </w:pPr>
            <w:proofErr w:type="spellStart"/>
            <w:r>
              <w:t>対象期間、内容、金額</w:t>
            </w:r>
            <w:proofErr w:type="spellEnd"/>
          </w:p>
        </w:tc>
      </w:tr>
      <w:tr w:rsidR="00E468C6" w14:paraId="232E9C38" w14:textId="77777777" w:rsidTr="009D20FC">
        <w:trPr>
          <w:jc w:val="center"/>
        </w:trPr>
        <w:tc>
          <w:tcPr>
            <w:tcW w:w="1361" w:type="dxa"/>
            <w:tcMar>
              <w:top w:w="80" w:type="dxa"/>
              <w:left w:w="100" w:type="dxa"/>
              <w:bottom w:w="80" w:type="dxa"/>
              <w:right w:w="100" w:type="dxa"/>
            </w:tcMar>
            <w:vAlign w:val="center"/>
          </w:tcPr>
          <w:p w14:paraId="64AD7C63" w14:textId="77777777" w:rsidR="00E468C6" w:rsidRDefault="004760EB" w:rsidP="009D20FC">
            <w:pPr>
              <w:spacing w:line="240" w:lineRule="exact"/>
            </w:pPr>
            <w:proofErr w:type="spellStart"/>
            <w:r>
              <w:t>納品・完了</w:t>
            </w:r>
            <w:proofErr w:type="spellEnd"/>
          </w:p>
        </w:tc>
        <w:tc>
          <w:tcPr>
            <w:tcW w:w="4652" w:type="dxa"/>
            <w:tcMar>
              <w:top w:w="80" w:type="dxa"/>
              <w:left w:w="100" w:type="dxa"/>
              <w:bottom w:w="80" w:type="dxa"/>
              <w:right w:w="100" w:type="dxa"/>
            </w:tcMar>
            <w:vAlign w:val="center"/>
          </w:tcPr>
          <w:p w14:paraId="6E89CBD6" w14:textId="77777777" w:rsidR="00E468C6" w:rsidRDefault="004760EB" w:rsidP="009D20FC">
            <w:pPr>
              <w:spacing w:line="240" w:lineRule="exact"/>
            </w:pPr>
            <w:proofErr w:type="spellStart"/>
            <w:r>
              <w:t>納品書、完了報告書、成果物、写真</w:t>
            </w:r>
            <w:proofErr w:type="spellEnd"/>
          </w:p>
        </w:tc>
        <w:tc>
          <w:tcPr>
            <w:tcW w:w="3455" w:type="dxa"/>
            <w:tcMar>
              <w:top w:w="80" w:type="dxa"/>
              <w:left w:w="100" w:type="dxa"/>
              <w:bottom w:w="80" w:type="dxa"/>
              <w:right w:w="100" w:type="dxa"/>
            </w:tcMar>
            <w:vAlign w:val="center"/>
          </w:tcPr>
          <w:p w14:paraId="375DC3D5" w14:textId="77777777" w:rsidR="00E468C6" w:rsidRDefault="004760EB" w:rsidP="009D20FC">
            <w:pPr>
              <w:spacing w:line="240" w:lineRule="exact"/>
            </w:pPr>
            <w:proofErr w:type="spellStart"/>
            <w:r>
              <w:t>品名、数量、型式、完了日</w:t>
            </w:r>
            <w:proofErr w:type="spellEnd"/>
          </w:p>
        </w:tc>
      </w:tr>
      <w:tr w:rsidR="00E468C6" w14:paraId="7D3C606A" w14:textId="77777777" w:rsidTr="009D20FC">
        <w:trPr>
          <w:jc w:val="center"/>
        </w:trPr>
        <w:tc>
          <w:tcPr>
            <w:tcW w:w="1361" w:type="dxa"/>
            <w:shd w:val="clear" w:color="auto" w:fill="F8FBFD"/>
            <w:tcMar>
              <w:top w:w="80" w:type="dxa"/>
              <w:left w:w="100" w:type="dxa"/>
              <w:bottom w:w="80" w:type="dxa"/>
              <w:right w:w="100" w:type="dxa"/>
            </w:tcMar>
            <w:vAlign w:val="center"/>
          </w:tcPr>
          <w:p w14:paraId="4E2BE204" w14:textId="77777777" w:rsidR="00E468C6" w:rsidRDefault="004760EB" w:rsidP="009D20FC">
            <w:pPr>
              <w:spacing w:line="240" w:lineRule="exact"/>
            </w:pPr>
            <w:proofErr w:type="spellStart"/>
            <w:r>
              <w:t>検収</w:t>
            </w:r>
            <w:proofErr w:type="spellEnd"/>
          </w:p>
        </w:tc>
        <w:tc>
          <w:tcPr>
            <w:tcW w:w="4652" w:type="dxa"/>
            <w:shd w:val="clear" w:color="auto" w:fill="F8FBFD"/>
            <w:tcMar>
              <w:top w:w="80" w:type="dxa"/>
              <w:left w:w="100" w:type="dxa"/>
              <w:bottom w:w="80" w:type="dxa"/>
              <w:right w:w="100" w:type="dxa"/>
            </w:tcMar>
            <w:vAlign w:val="center"/>
          </w:tcPr>
          <w:p w14:paraId="048A8CD9" w14:textId="77777777" w:rsidR="00E468C6" w:rsidRDefault="004760EB" w:rsidP="009D20FC">
            <w:pPr>
              <w:spacing w:line="240" w:lineRule="exact"/>
              <w:rPr>
                <w:lang w:eastAsia="ja-JP"/>
              </w:rPr>
            </w:pPr>
            <w:r>
              <w:rPr>
                <w:lang w:eastAsia="ja-JP"/>
              </w:rPr>
              <w:t>検収記録、納品書への検収日・確認者記載</w:t>
            </w:r>
          </w:p>
        </w:tc>
        <w:tc>
          <w:tcPr>
            <w:tcW w:w="3455" w:type="dxa"/>
            <w:shd w:val="clear" w:color="auto" w:fill="F8FBFD"/>
            <w:tcMar>
              <w:top w:w="80" w:type="dxa"/>
              <w:left w:w="100" w:type="dxa"/>
              <w:bottom w:w="80" w:type="dxa"/>
              <w:right w:w="100" w:type="dxa"/>
            </w:tcMar>
            <w:vAlign w:val="center"/>
          </w:tcPr>
          <w:p w14:paraId="524A08B1" w14:textId="77777777" w:rsidR="00E468C6" w:rsidRDefault="004760EB" w:rsidP="009D20FC">
            <w:pPr>
              <w:spacing w:line="240" w:lineRule="exact"/>
            </w:pPr>
            <w:proofErr w:type="spellStart"/>
            <w:r>
              <w:t>契約内容どおりか</w:t>
            </w:r>
            <w:proofErr w:type="spellEnd"/>
          </w:p>
        </w:tc>
      </w:tr>
      <w:tr w:rsidR="00E468C6" w14:paraId="562F176C" w14:textId="77777777" w:rsidTr="009D20FC">
        <w:trPr>
          <w:jc w:val="center"/>
        </w:trPr>
        <w:tc>
          <w:tcPr>
            <w:tcW w:w="1361" w:type="dxa"/>
            <w:tcMar>
              <w:top w:w="80" w:type="dxa"/>
              <w:left w:w="100" w:type="dxa"/>
              <w:bottom w:w="80" w:type="dxa"/>
              <w:right w:w="100" w:type="dxa"/>
            </w:tcMar>
            <w:vAlign w:val="center"/>
          </w:tcPr>
          <w:p w14:paraId="104BB4DA" w14:textId="77777777" w:rsidR="00E468C6" w:rsidRDefault="004760EB" w:rsidP="009D20FC">
            <w:pPr>
              <w:spacing w:line="240" w:lineRule="exact"/>
            </w:pPr>
            <w:proofErr w:type="spellStart"/>
            <w:r>
              <w:t>請求</w:t>
            </w:r>
            <w:proofErr w:type="spellEnd"/>
          </w:p>
        </w:tc>
        <w:tc>
          <w:tcPr>
            <w:tcW w:w="4652" w:type="dxa"/>
            <w:tcMar>
              <w:top w:w="80" w:type="dxa"/>
              <w:left w:w="100" w:type="dxa"/>
              <w:bottom w:w="80" w:type="dxa"/>
              <w:right w:w="100" w:type="dxa"/>
            </w:tcMar>
            <w:vAlign w:val="center"/>
          </w:tcPr>
          <w:p w14:paraId="4365C9DD" w14:textId="77777777" w:rsidR="00E468C6" w:rsidRDefault="004760EB" w:rsidP="009D20FC">
            <w:pPr>
              <w:spacing w:line="240" w:lineRule="exact"/>
            </w:pPr>
            <w:proofErr w:type="spellStart"/>
            <w:r>
              <w:t>請求書</w:t>
            </w:r>
            <w:proofErr w:type="spellEnd"/>
          </w:p>
        </w:tc>
        <w:tc>
          <w:tcPr>
            <w:tcW w:w="3455" w:type="dxa"/>
            <w:tcMar>
              <w:top w:w="80" w:type="dxa"/>
              <w:left w:w="100" w:type="dxa"/>
              <w:bottom w:w="80" w:type="dxa"/>
              <w:right w:w="100" w:type="dxa"/>
            </w:tcMar>
            <w:vAlign w:val="center"/>
          </w:tcPr>
          <w:p w14:paraId="32FE05BE" w14:textId="77777777" w:rsidR="00E468C6" w:rsidRDefault="004760EB" w:rsidP="009D20FC">
            <w:pPr>
              <w:spacing w:line="240" w:lineRule="exact"/>
            </w:pPr>
            <w:proofErr w:type="spellStart"/>
            <w:r>
              <w:t>請求内容、税額、宛名</w:t>
            </w:r>
            <w:proofErr w:type="spellEnd"/>
          </w:p>
        </w:tc>
      </w:tr>
      <w:tr w:rsidR="00E468C6" w14:paraId="4A12D9DF" w14:textId="77777777" w:rsidTr="009D20FC">
        <w:trPr>
          <w:jc w:val="center"/>
        </w:trPr>
        <w:tc>
          <w:tcPr>
            <w:tcW w:w="1361" w:type="dxa"/>
            <w:shd w:val="clear" w:color="auto" w:fill="F8FBFD"/>
            <w:tcMar>
              <w:top w:w="80" w:type="dxa"/>
              <w:left w:w="100" w:type="dxa"/>
              <w:bottom w:w="80" w:type="dxa"/>
              <w:right w:w="100" w:type="dxa"/>
            </w:tcMar>
            <w:vAlign w:val="center"/>
          </w:tcPr>
          <w:p w14:paraId="67A27C6C" w14:textId="77777777" w:rsidR="00E468C6" w:rsidRDefault="004760EB" w:rsidP="009D20FC">
            <w:pPr>
              <w:spacing w:line="240" w:lineRule="exact"/>
            </w:pPr>
            <w:proofErr w:type="spellStart"/>
            <w:r>
              <w:t>支払</w:t>
            </w:r>
            <w:proofErr w:type="spellEnd"/>
          </w:p>
        </w:tc>
        <w:tc>
          <w:tcPr>
            <w:tcW w:w="4652" w:type="dxa"/>
            <w:shd w:val="clear" w:color="auto" w:fill="F8FBFD"/>
            <w:tcMar>
              <w:top w:w="80" w:type="dxa"/>
              <w:left w:w="100" w:type="dxa"/>
              <w:bottom w:w="80" w:type="dxa"/>
              <w:right w:w="100" w:type="dxa"/>
            </w:tcMar>
            <w:vAlign w:val="center"/>
          </w:tcPr>
          <w:p w14:paraId="5F8C348B" w14:textId="77777777" w:rsidR="00E468C6" w:rsidRDefault="004760EB" w:rsidP="009D20FC">
            <w:pPr>
              <w:spacing w:line="240" w:lineRule="exact"/>
              <w:rPr>
                <w:lang w:eastAsia="ja-JP"/>
              </w:rPr>
            </w:pPr>
            <w:r>
              <w:rPr>
                <w:lang w:eastAsia="ja-JP"/>
              </w:rPr>
              <w:t>振込明細、通帳、カード明細、領収書</w:t>
            </w:r>
          </w:p>
        </w:tc>
        <w:tc>
          <w:tcPr>
            <w:tcW w:w="3455" w:type="dxa"/>
            <w:shd w:val="clear" w:color="auto" w:fill="F8FBFD"/>
            <w:tcMar>
              <w:top w:w="80" w:type="dxa"/>
              <w:left w:w="100" w:type="dxa"/>
              <w:bottom w:w="80" w:type="dxa"/>
              <w:right w:w="100" w:type="dxa"/>
            </w:tcMar>
            <w:vAlign w:val="center"/>
          </w:tcPr>
          <w:p w14:paraId="20C89542" w14:textId="77777777" w:rsidR="00E468C6" w:rsidRDefault="004760EB" w:rsidP="009D20FC">
            <w:pPr>
              <w:spacing w:line="240" w:lineRule="exact"/>
            </w:pPr>
            <w:proofErr w:type="spellStart"/>
            <w:r>
              <w:t>支払先、金額、支払日</w:t>
            </w:r>
            <w:proofErr w:type="spellEnd"/>
          </w:p>
        </w:tc>
      </w:tr>
    </w:tbl>
    <w:p w14:paraId="503D1222" w14:textId="77777777" w:rsidR="00E468C6" w:rsidRDefault="00E468C6">
      <w:pPr>
        <w:spacing w:after="0"/>
      </w:pPr>
    </w:p>
    <w:p w14:paraId="51ED7F30" w14:textId="49B524A1" w:rsidR="00E468C6" w:rsidRDefault="004760EB">
      <w:pPr>
        <w:spacing w:after="80" w:line="269" w:lineRule="auto"/>
        <w:rPr>
          <w:lang w:eastAsia="ja-JP"/>
        </w:rPr>
      </w:pPr>
      <w:r>
        <w:rPr>
          <w:lang w:eastAsia="ja-JP"/>
        </w:rPr>
        <w:t>納品又は役務完了後は、内容・数量・品質を確認し、検収日</w:t>
      </w:r>
      <w:r w:rsidR="002555F6">
        <w:rPr>
          <w:rFonts w:hint="eastAsia"/>
          <w:lang w:eastAsia="ja-JP"/>
        </w:rPr>
        <w:t>や</w:t>
      </w:r>
      <w:r>
        <w:rPr>
          <w:lang w:eastAsia="ja-JP"/>
        </w:rPr>
        <w:t>確認者を記録してください。返品、交換、手直しがあった場合も、その経過を伝票やメール等で残してください。</w:t>
      </w:r>
    </w:p>
    <w:p w14:paraId="1F35304D" w14:textId="77777777" w:rsidR="00E468C6" w:rsidRDefault="004760EB">
      <w:pPr>
        <w:pStyle w:val="21"/>
        <w:spacing w:before="120" w:after="60"/>
      </w:pPr>
      <w:r>
        <w:rPr>
          <w:sz w:val="21"/>
        </w:rPr>
        <w:t>2-6</w:t>
      </w:r>
      <w:r>
        <w:rPr>
          <w:sz w:val="21"/>
        </w:rPr>
        <w:t xml:space="preserve">　</w:t>
      </w:r>
      <w:proofErr w:type="spellStart"/>
      <w:r>
        <w:rPr>
          <w:sz w:val="21"/>
        </w:rPr>
        <w:t>支払方法</w:t>
      </w:r>
      <w:proofErr w:type="spellEnd"/>
    </w:p>
    <w:p w14:paraId="568AC7F9" w14:textId="22E9D1CB" w:rsidR="00E468C6" w:rsidRDefault="004760EB">
      <w:pPr>
        <w:pStyle w:val="a0"/>
        <w:spacing w:after="40" w:line="259" w:lineRule="auto"/>
        <w:rPr>
          <w:lang w:eastAsia="ja-JP"/>
        </w:rPr>
      </w:pPr>
      <w:r>
        <w:rPr>
          <w:lang w:eastAsia="ja-JP"/>
        </w:rPr>
        <w:t>原則として銀行振込とし、支払事実を客観的に確認できる資料を保存する</w:t>
      </w:r>
      <w:r w:rsidR="00E43DA7">
        <w:rPr>
          <w:rFonts w:hint="eastAsia"/>
          <w:lang w:eastAsia="ja-JP"/>
        </w:rPr>
        <w:t>。</w:t>
      </w:r>
    </w:p>
    <w:p w14:paraId="252678AB" w14:textId="723E8650" w:rsidR="00E468C6" w:rsidRDefault="004760EB">
      <w:pPr>
        <w:pStyle w:val="a0"/>
        <w:spacing w:after="40" w:line="259" w:lineRule="auto"/>
        <w:rPr>
          <w:lang w:eastAsia="ja-JP"/>
        </w:rPr>
      </w:pPr>
      <w:r>
        <w:rPr>
          <w:lang w:eastAsia="ja-JP"/>
        </w:rPr>
        <w:t>振込手数料は補助対象外</w:t>
      </w:r>
      <w:r w:rsidR="00E43DA7">
        <w:rPr>
          <w:rFonts w:hint="eastAsia"/>
          <w:lang w:eastAsia="ja-JP"/>
        </w:rPr>
        <w:t>。</w:t>
      </w:r>
    </w:p>
    <w:p w14:paraId="4FF01076" w14:textId="39D84617" w:rsidR="00E468C6" w:rsidRDefault="004760EB">
      <w:pPr>
        <w:pStyle w:val="a0"/>
        <w:spacing w:after="40" w:line="259" w:lineRule="auto"/>
        <w:rPr>
          <w:lang w:eastAsia="ja-JP"/>
        </w:rPr>
      </w:pPr>
      <w:r>
        <w:rPr>
          <w:lang w:eastAsia="ja-JP"/>
        </w:rPr>
        <w:t>クレジットカード払いは、対象期間内に事業者口座から引き落とされたものに限る</w:t>
      </w:r>
      <w:r w:rsidR="00E43DA7">
        <w:rPr>
          <w:rFonts w:hint="eastAsia"/>
          <w:lang w:eastAsia="ja-JP"/>
        </w:rPr>
        <w:t>。</w:t>
      </w:r>
    </w:p>
    <w:p w14:paraId="47B45EA0" w14:textId="25B06701" w:rsidR="00E468C6" w:rsidRDefault="004760EB">
      <w:pPr>
        <w:pStyle w:val="a0"/>
        <w:spacing w:after="40" w:line="259" w:lineRule="auto"/>
        <w:rPr>
          <w:lang w:eastAsia="ja-JP"/>
        </w:rPr>
      </w:pPr>
      <w:r>
        <w:rPr>
          <w:lang w:eastAsia="ja-JP"/>
        </w:rPr>
        <w:t>個人名義カード、相殺払い、回し手形等は避け、やむを得ない場合は事前に県へ相談する</w:t>
      </w:r>
      <w:r w:rsidR="00E43DA7">
        <w:rPr>
          <w:rFonts w:hint="eastAsia"/>
          <w:lang w:eastAsia="ja-JP"/>
        </w:rPr>
        <w:t>。</w:t>
      </w:r>
    </w:p>
    <w:p w14:paraId="6D9EFF35" w14:textId="55CEC2E3" w:rsidR="00E468C6" w:rsidRDefault="004760EB">
      <w:pPr>
        <w:pStyle w:val="a0"/>
        <w:spacing w:after="40" w:line="259" w:lineRule="auto"/>
        <w:rPr>
          <w:lang w:eastAsia="ja-JP"/>
        </w:rPr>
      </w:pPr>
      <w:r>
        <w:rPr>
          <w:lang w:eastAsia="ja-JP"/>
        </w:rPr>
        <w:t>インターネットバンキングの明細は、閲覧期限前にPDF等で保存する</w:t>
      </w:r>
      <w:r w:rsidR="00447C42">
        <w:rPr>
          <w:rFonts w:hint="eastAsia"/>
          <w:lang w:eastAsia="ja-JP"/>
        </w:rPr>
        <w:t>。</w:t>
      </w:r>
    </w:p>
    <w:tbl>
      <w:tblPr>
        <w:tblW w:w="0" w:type="auto"/>
        <w:jc w:val="center"/>
        <w:tblLook w:val="04A0" w:firstRow="1" w:lastRow="0" w:firstColumn="1" w:lastColumn="0" w:noHBand="0" w:noVBand="1"/>
      </w:tblPr>
      <w:tblGrid>
        <w:gridCol w:w="10166"/>
      </w:tblGrid>
      <w:tr w:rsidR="00E468C6" w14:paraId="2F04039F" w14:textId="77777777">
        <w:trPr>
          <w:jc w:val="center"/>
        </w:trPr>
        <w:tc>
          <w:tcPr>
            <w:tcW w:w="10200" w:type="dxa"/>
            <w:shd w:val="clear" w:color="auto" w:fill="E7E6E6"/>
            <w:tcMar>
              <w:top w:w="110" w:type="dxa"/>
              <w:left w:w="150" w:type="dxa"/>
              <w:bottom w:w="110" w:type="dxa"/>
              <w:right w:w="150" w:type="dxa"/>
            </w:tcMar>
          </w:tcPr>
          <w:p w14:paraId="07B1815A" w14:textId="77777777" w:rsidR="00E468C6" w:rsidRDefault="004760EB">
            <w:pPr>
              <w:spacing w:after="40"/>
              <w:rPr>
                <w:lang w:eastAsia="ja-JP"/>
              </w:rPr>
            </w:pPr>
            <w:r>
              <w:rPr>
                <w:b/>
                <w:lang w:eastAsia="ja-JP"/>
              </w:rPr>
              <w:t>支払完了の考え方</w:t>
            </w:r>
          </w:p>
          <w:p w14:paraId="3FBC1F27" w14:textId="77777777" w:rsidR="00E468C6" w:rsidRDefault="004760EB">
            <w:pPr>
              <w:spacing w:after="0" w:line="259" w:lineRule="auto"/>
              <w:rPr>
                <w:lang w:eastAsia="ja-JP"/>
              </w:rPr>
            </w:pPr>
            <w:r>
              <w:rPr>
                <w:lang w:eastAsia="ja-JP"/>
              </w:rPr>
              <w:t>請求書を受領しただけでは支払完了ではありません。原則として、事業者の口座から代金が支出された日が支払日です。</w:t>
            </w:r>
          </w:p>
        </w:tc>
      </w:tr>
    </w:tbl>
    <w:p w14:paraId="01F30E21" w14:textId="2ECE8384" w:rsidR="00E468C6" w:rsidRDefault="00E468C6">
      <w:pPr>
        <w:rPr>
          <w:lang w:eastAsia="ja-JP"/>
        </w:rPr>
      </w:pPr>
    </w:p>
    <w:p w14:paraId="412FBF8F" w14:textId="77777777" w:rsidR="00363E52" w:rsidRDefault="00363E52">
      <w:pPr>
        <w:rPr>
          <w:lang w:eastAsia="ja-JP"/>
        </w:rPr>
      </w:pPr>
    </w:p>
    <w:p w14:paraId="7D6C5042" w14:textId="77777777" w:rsidR="00363E52" w:rsidRDefault="00363E52">
      <w:pPr>
        <w:rPr>
          <w:lang w:eastAsia="ja-JP"/>
        </w:rPr>
      </w:pPr>
    </w:p>
    <w:p w14:paraId="4B66998A" w14:textId="77777777" w:rsidR="00363E52" w:rsidRDefault="00363E52">
      <w:pPr>
        <w:rPr>
          <w:lang w:eastAsia="ja-JP"/>
        </w:rPr>
      </w:pPr>
    </w:p>
    <w:p w14:paraId="6471AC2D" w14:textId="77777777" w:rsidR="00E468C6" w:rsidRDefault="004760EB">
      <w:pPr>
        <w:pStyle w:val="1"/>
        <w:spacing w:before="0" w:after="140"/>
        <w:rPr>
          <w:lang w:eastAsia="ja-JP"/>
        </w:rPr>
      </w:pPr>
      <w:r>
        <w:rPr>
          <w:sz w:val="21"/>
          <w:lang w:eastAsia="ja-JP"/>
        </w:rPr>
        <w:lastRenderedPageBreak/>
        <w:t>第</w:t>
      </w:r>
      <w:r>
        <w:rPr>
          <w:sz w:val="21"/>
          <w:lang w:eastAsia="ja-JP"/>
        </w:rPr>
        <w:t>3</w:t>
      </w:r>
      <w:r>
        <w:rPr>
          <w:sz w:val="21"/>
          <w:lang w:eastAsia="ja-JP"/>
        </w:rPr>
        <w:t>章　計画変更・中止等</w:t>
      </w:r>
    </w:p>
    <w:p w14:paraId="77E73049" w14:textId="77777777" w:rsidR="00E468C6" w:rsidRDefault="004760EB">
      <w:pPr>
        <w:pStyle w:val="21"/>
        <w:spacing w:before="120" w:after="60"/>
        <w:rPr>
          <w:lang w:eastAsia="ja-JP"/>
        </w:rPr>
      </w:pPr>
      <w:r>
        <w:rPr>
          <w:sz w:val="21"/>
          <w:lang w:eastAsia="ja-JP"/>
        </w:rPr>
        <w:t>3-1</w:t>
      </w:r>
      <w:r>
        <w:rPr>
          <w:sz w:val="21"/>
          <w:lang w:eastAsia="ja-JP"/>
        </w:rPr>
        <w:t xml:space="preserve">　事前相談が必要なケース</w:t>
      </w:r>
    </w:p>
    <w:p w14:paraId="7B344D9D" w14:textId="61F3B3B3" w:rsidR="00E468C6" w:rsidRDefault="004760EB">
      <w:pPr>
        <w:pStyle w:val="a0"/>
        <w:spacing w:after="40" w:line="259" w:lineRule="auto"/>
        <w:rPr>
          <w:lang w:eastAsia="ja-JP"/>
        </w:rPr>
      </w:pPr>
      <w:r>
        <w:rPr>
          <w:lang w:eastAsia="ja-JP"/>
        </w:rPr>
        <w:t>開発内容、目標、実施方法、実施体制を変更する</w:t>
      </w:r>
      <w:r w:rsidR="00954E2A">
        <w:rPr>
          <w:rFonts w:hint="eastAsia"/>
          <w:lang w:eastAsia="ja-JP"/>
        </w:rPr>
        <w:t>。</w:t>
      </w:r>
    </w:p>
    <w:p w14:paraId="20926BDC" w14:textId="3DC46A66" w:rsidR="00E468C6" w:rsidRDefault="004760EB">
      <w:pPr>
        <w:pStyle w:val="a0"/>
        <w:spacing w:after="40" w:line="259" w:lineRule="auto"/>
        <w:rPr>
          <w:lang w:eastAsia="ja-JP"/>
        </w:rPr>
      </w:pPr>
      <w:r>
        <w:rPr>
          <w:lang w:eastAsia="ja-JP"/>
        </w:rPr>
        <w:t>設備、原材料、委託内容等を当初計画から変更する</w:t>
      </w:r>
      <w:r w:rsidR="00954E2A">
        <w:rPr>
          <w:rFonts w:hint="eastAsia"/>
          <w:lang w:eastAsia="ja-JP"/>
        </w:rPr>
        <w:t>。</w:t>
      </w:r>
    </w:p>
    <w:p w14:paraId="2C409916" w14:textId="3B6CAD02" w:rsidR="00E468C6" w:rsidRDefault="004760EB">
      <w:pPr>
        <w:pStyle w:val="a0"/>
        <w:spacing w:after="40" w:line="259" w:lineRule="auto"/>
        <w:rPr>
          <w:lang w:eastAsia="ja-JP"/>
        </w:rPr>
      </w:pPr>
      <w:r>
        <w:rPr>
          <w:lang w:eastAsia="ja-JP"/>
        </w:rPr>
        <w:t>経費区分間の流用又は経費総額の減額が生じる</w:t>
      </w:r>
      <w:r w:rsidR="00954E2A">
        <w:rPr>
          <w:rFonts w:hint="eastAsia"/>
          <w:lang w:eastAsia="ja-JP"/>
        </w:rPr>
        <w:t>。</w:t>
      </w:r>
    </w:p>
    <w:p w14:paraId="453DA361" w14:textId="791F7265" w:rsidR="00E468C6" w:rsidRDefault="004760EB">
      <w:pPr>
        <w:pStyle w:val="a0"/>
        <w:spacing w:after="40" w:line="259" w:lineRule="auto"/>
        <w:rPr>
          <w:lang w:eastAsia="ja-JP"/>
        </w:rPr>
      </w:pPr>
      <w:r>
        <w:rPr>
          <w:lang w:eastAsia="ja-JP"/>
        </w:rPr>
        <w:t>事業完了が遅れる見込みとなった</w:t>
      </w:r>
      <w:r w:rsidR="00954E2A">
        <w:rPr>
          <w:rFonts w:hint="eastAsia"/>
          <w:lang w:eastAsia="ja-JP"/>
        </w:rPr>
        <w:t>。</w:t>
      </w:r>
    </w:p>
    <w:p w14:paraId="68B19787" w14:textId="1FED26DC" w:rsidR="00E468C6" w:rsidRDefault="004760EB">
      <w:pPr>
        <w:pStyle w:val="a0"/>
        <w:spacing w:after="40" w:line="259" w:lineRule="auto"/>
        <w:rPr>
          <w:lang w:eastAsia="ja-JP"/>
        </w:rPr>
      </w:pPr>
      <w:r>
        <w:rPr>
          <w:lang w:eastAsia="ja-JP"/>
        </w:rPr>
        <w:t>事業の継続が困難となり、中止又は廃止を検討する</w:t>
      </w:r>
      <w:r w:rsidR="00954E2A">
        <w:rPr>
          <w:rFonts w:hint="eastAsia"/>
          <w:lang w:eastAsia="ja-JP"/>
        </w:rPr>
        <w:t>。</w:t>
      </w:r>
    </w:p>
    <w:tbl>
      <w:tblPr>
        <w:tblW w:w="0" w:type="auto"/>
        <w:jc w:val="center"/>
        <w:tblLook w:val="04A0" w:firstRow="1" w:lastRow="0" w:firstColumn="1" w:lastColumn="0" w:noHBand="0" w:noVBand="1"/>
      </w:tblPr>
      <w:tblGrid>
        <w:gridCol w:w="10166"/>
      </w:tblGrid>
      <w:tr w:rsidR="00E468C6" w14:paraId="205E371A" w14:textId="77777777">
        <w:trPr>
          <w:jc w:val="center"/>
        </w:trPr>
        <w:tc>
          <w:tcPr>
            <w:tcW w:w="10200" w:type="dxa"/>
            <w:shd w:val="clear" w:color="auto" w:fill="F4CCCC"/>
            <w:tcMar>
              <w:top w:w="110" w:type="dxa"/>
              <w:left w:w="150" w:type="dxa"/>
              <w:bottom w:w="110" w:type="dxa"/>
              <w:right w:w="150" w:type="dxa"/>
            </w:tcMar>
          </w:tcPr>
          <w:p w14:paraId="000F0757" w14:textId="77777777" w:rsidR="00E468C6" w:rsidRDefault="004760EB">
            <w:pPr>
              <w:spacing w:after="40"/>
              <w:rPr>
                <w:lang w:eastAsia="ja-JP"/>
              </w:rPr>
            </w:pPr>
            <w:r>
              <w:rPr>
                <w:b/>
                <w:color w:val="C00000"/>
                <w:lang w:eastAsia="ja-JP"/>
              </w:rPr>
              <w:t>必ず実施前に相談</w:t>
            </w:r>
          </w:p>
          <w:p w14:paraId="5B993A4B" w14:textId="77777777" w:rsidR="00E468C6" w:rsidRDefault="004760EB">
            <w:pPr>
              <w:spacing w:after="0" w:line="259" w:lineRule="auto"/>
              <w:rPr>
                <w:lang w:eastAsia="ja-JP"/>
              </w:rPr>
            </w:pPr>
            <w:r>
              <w:rPr>
                <w:lang w:eastAsia="ja-JP"/>
              </w:rPr>
              <w:t>変更後に相談した場合、変更部分の経費が補助対象外となることがあります。「軽微だと思った」場合でも、目的や成果への影響があるときは承認が必要です。</w:t>
            </w:r>
          </w:p>
        </w:tc>
      </w:tr>
    </w:tbl>
    <w:p w14:paraId="5974981E" w14:textId="77777777" w:rsidR="00E468C6" w:rsidRDefault="00E468C6">
      <w:pPr>
        <w:spacing w:after="0"/>
        <w:rPr>
          <w:lang w:eastAsia="ja-JP"/>
        </w:rPr>
      </w:pPr>
    </w:p>
    <w:p w14:paraId="68FC8F29" w14:textId="12EC3FB7" w:rsidR="00E468C6" w:rsidRDefault="004760EB">
      <w:pPr>
        <w:pStyle w:val="21"/>
        <w:spacing w:before="120" w:after="60"/>
        <w:rPr>
          <w:lang w:eastAsia="ja-JP"/>
        </w:rPr>
      </w:pPr>
      <w:r>
        <w:rPr>
          <w:sz w:val="21"/>
          <w:lang w:eastAsia="ja-JP"/>
        </w:rPr>
        <w:t>3-2</w:t>
      </w:r>
      <w:r>
        <w:rPr>
          <w:sz w:val="21"/>
          <w:lang w:eastAsia="ja-JP"/>
        </w:rPr>
        <w:t xml:space="preserve">　要綱上の軽微な変更</w:t>
      </w:r>
      <w:r w:rsidR="00EF5757">
        <w:rPr>
          <w:rFonts w:hint="eastAsia"/>
          <w:sz w:val="21"/>
          <w:lang w:eastAsia="ja-JP"/>
        </w:rPr>
        <w:t>（要綱第</w:t>
      </w:r>
      <w:r w:rsidR="00EF5757">
        <w:rPr>
          <w:rFonts w:hint="eastAsia"/>
          <w:sz w:val="21"/>
          <w:lang w:eastAsia="ja-JP"/>
        </w:rPr>
        <w:t>13</w:t>
      </w:r>
      <w:r w:rsidR="00EF5757">
        <w:rPr>
          <w:rFonts w:hint="eastAsia"/>
          <w:sz w:val="21"/>
          <w:lang w:eastAsia="ja-JP"/>
        </w:rPr>
        <w:t>条</w:t>
      </w:r>
      <w:r w:rsidR="00176AAF">
        <w:rPr>
          <w:rFonts w:hint="eastAsia"/>
          <w:sz w:val="21"/>
          <w:lang w:eastAsia="ja-JP"/>
        </w:rPr>
        <w:t>第</w:t>
      </w:r>
      <w:r w:rsidR="00176AAF">
        <w:rPr>
          <w:rFonts w:hint="eastAsia"/>
          <w:sz w:val="21"/>
          <w:lang w:eastAsia="ja-JP"/>
        </w:rPr>
        <w:t>2</w:t>
      </w:r>
      <w:r w:rsidR="00176AAF">
        <w:rPr>
          <w:rFonts w:hint="eastAsia"/>
          <w:sz w:val="21"/>
          <w:lang w:eastAsia="ja-JP"/>
        </w:rPr>
        <w:t>項</w:t>
      </w:r>
      <w:r w:rsidR="00EF5757">
        <w:rPr>
          <w:rFonts w:hint="eastAsia"/>
          <w:sz w:val="21"/>
          <w:lang w:eastAsia="ja-JP"/>
        </w:rPr>
        <w:t>）</w:t>
      </w:r>
    </w:p>
    <w:tbl>
      <w:tblPr>
        <w:tblStyle w:val="afe"/>
        <w:tblW w:w="0" w:type="auto"/>
        <w:jc w:val="center"/>
        <w:tblLook w:val="04A0" w:firstRow="1" w:lastRow="0" w:firstColumn="1" w:lastColumn="0" w:noHBand="0" w:noVBand="1"/>
      </w:tblPr>
      <w:tblGrid>
        <w:gridCol w:w="2381"/>
        <w:gridCol w:w="6973"/>
      </w:tblGrid>
      <w:tr w:rsidR="00E468C6" w14:paraId="16B42309" w14:textId="77777777">
        <w:trPr>
          <w:tblHeader/>
          <w:jc w:val="center"/>
        </w:trPr>
        <w:tc>
          <w:tcPr>
            <w:tcW w:w="2381" w:type="dxa"/>
            <w:shd w:val="clear" w:color="auto" w:fill="595959"/>
            <w:tcMar>
              <w:top w:w="80" w:type="dxa"/>
              <w:left w:w="100" w:type="dxa"/>
              <w:bottom w:w="80" w:type="dxa"/>
              <w:right w:w="100" w:type="dxa"/>
            </w:tcMar>
            <w:vAlign w:val="center"/>
          </w:tcPr>
          <w:p w14:paraId="3C0D170C" w14:textId="77777777" w:rsidR="00E468C6" w:rsidRDefault="004760EB" w:rsidP="009D20FC">
            <w:pPr>
              <w:spacing w:line="240" w:lineRule="exact"/>
              <w:jc w:val="center"/>
            </w:pPr>
            <w:proofErr w:type="spellStart"/>
            <w:r>
              <w:rPr>
                <w:b/>
                <w:color w:val="FFFFFF"/>
              </w:rPr>
              <w:t>区分</w:t>
            </w:r>
            <w:proofErr w:type="spellEnd"/>
          </w:p>
        </w:tc>
        <w:tc>
          <w:tcPr>
            <w:tcW w:w="6973" w:type="dxa"/>
            <w:shd w:val="clear" w:color="auto" w:fill="595959"/>
            <w:tcMar>
              <w:top w:w="80" w:type="dxa"/>
              <w:left w:w="100" w:type="dxa"/>
              <w:bottom w:w="80" w:type="dxa"/>
              <w:right w:w="100" w:type="dxa"/>
            </w:tcMar>
            <w:vAlign w:val="center"/>
          </w:tcPr>
          <w:p w14:paraId="5D3A0A90" w14:textId="77777777" w:rsidR="00E468C6" w:rsidRDefault="004760EB" w:rsidP="009D20FC">
            <w:pPr>
              <w:spacing w:line="240" w:lineRule="exact"/>
              <w:jc w:val="center"/>
            </w:pPr>
            <w:proofErr w:type="spellStart"/>
            <w:r>
              <w:rPr>
                <w:b/>
                <w:color w:val="FFFFFF"/>
              </w:rPr>
              <w:t>承認不要となる範囲</w:t>
            </w:r>
            <w:proofErr w:type="spellEnd"/>
          </w:p>
        </w:tc>
      </w:tr>
      <w:tr w:rsidR="00E468C6" w14:paraId="5793F775" w14:textId="77777777">
        <w:trPr>
          <w:jc w:val="center"/>
        </w:trPr>
        <w:tc>
          <w:tcPr>
            <w:tcW w:w="2381" w:type="dxa"/>
            <w:tcMar>
              <w:top w:w="80" w:type="dxa"/>
              <w:left w:w="100" w:type="dxa"/>
              <w:bottom w:w="80" w:type="dxa"/>
              <w:right w:w="100" w:type="dxa"/>
            </w:tcMar>
            <w:vAlign w:val="center"/>
          </w:tcPr>
          <w:p w14:paraId="17B0D941" w14:textId="77777777" w:rsidR="00E468C6" w:rsidRDefault="004760EB" w:rsidP="009D20FC">
            <w:pPr>
              <w:spacing w:line="240" w:lineRule="exact"/>
              <w:jc w:val="center"/>
            </w:pPr>
            <w:proofErr w:type="spellStart"/>
            <w:r>
              <w:t>経費総額の減額</w:t>
            </w:r>
            <w:proofErr w:type="spellEnd"/>
          </w:p>
        </w:tc>
        <w:tc>
          <w:tcPr>
            <w:tcW w:w="6973" w:type="dxa"/>
            <w:tcMar>
              <w:top w:w="80" w:type="dxa"/>
              <w:left w:w="100" w:type="dxa"/>
              <w:bottom w:w="80" w:type="dxa"/>
              <w:right w:w="100" w:type="dxa"/>
            </w:tcMar>
            <w:vAlign w:val="center"/>
          </w:tcPr>
          <w:p w14:paraId="768B42F0" w14:textId="77777777" w:rsidR="00E468C6" w:rsidRDefault="004760EB" w:rsidP="009D20FC">
            <w:pPr>
              <w:spacing w:line="240" w:lineRule="exact"/>
              <w:rPr>
                <w:lang w:eastAsia="ja-JP"/>
              </w:rPr>
            </w:pPr>
            <w:r>
              <w:rPr>
                <w:lang w:eastAsia="ja-JP"/>
              </w:rPr>
              <w:t>補助対象経費総額の20％以内</w:t>
            </w:r>
          </w:p>
        </w:tc>
      </w:tr>
      <w:tr w:rsidR="00E468C6" w14:paraId="513872FA" w14:textId="77777777">
        <w:trPr>
          <w:jc w:val="center"/>
        </w:trPr>
        <w:tc>
          <w:tcPr>
            <w:tcW w:w="2381" w:type="dxa"/>
            <w:shd w:val="clear" w:color="auto" w:fill="F8FBFD"/>
            <w:tcMar>
              <w:top w:w="80" w:type="dxa"/>
              <w:left w:w="100" w:type="dxa"/>
              <w:bottom w:w="80" w:type="dxa"/>
              <w:right w:w="100" w:type="dxa"/>
            </w:tcMar>
            <w:vAlign w:val="center"/>
          </w:tcPr>
          <w:p w14:paraId="62893086" w14:textId="77777777" w:rsidR="00E468C6" w:rsidRDefault="004760EB" w:rsidP="009D20FC">
            <w:pPr>
              <w:spacing w:line="240" w:lineRule="exact"/>
              <w:jc w:val="center"/>
            </w:pPr>
            <w:proofErr w:type="spellStart"/>
            <w:r>
              <w:t>区分間流用</w:t>
            </w:r>
            <w:proofErr w:type="spellEnd"/>
          </w:p>
        </w:tc>
        <w:tc>
          <w:tcPr>
            <w:tcW w:w="6973" w:type="dxa"/>
            <w:shd w:val="clear" w:color="auto" w:fill="F8FBFD"/>
            <w:tcMar>
              <w:top w:w="80" w:type="dxa"/>
              <w:left w:w="100" w:type="dxa"/>
              <w:bottom w:w="80" w:type="dxa"/>
              <w:right w:w="100" w:type="dxa"/>
            </w:tcMar>
            <w:vAlign w:val="center"/>
          </w:tcPr>
          <w:p w14:paraId="44176989" w14:textId="77777777" w:rsidR="00E468C6" w:rsidRDefault="004760EB" w:rsidP="009D20FC">
            <w:pPr>
              <w:spacing w:line="240" w:lineRule="exact"/>
              <w:rPr>
                <w:lang w:eastAsia="ja-JP"/>
              </w:rPr>
            </w:pPr>
            <w:r>
              <w:rPr>
                <w:lang w:eastAsia="ja-JP"/>
              </w:rPr>
              <w:t>他区分へ流用する額の合計が補助対象経費総額の20％以内</w:t>
            </w:r>
          </w:p>
        </w:tc>
      </w:tr>
      <w:tr w:rsidR="00E468C6" w14:paraId="77EBA798" w14:textId="77777777">
        <w:trPr>
          <w:jc w:val="center"/>
        </w:trPr>
        <w:tc>
          <w:tcPr>
            <w:tcW w:w="2381" w:type="dxa"/>
            <w:tcMar>
              <w:top w:w="80" w:type="dxa"/>
              <w:left w:w="100" w:type="dxa"/>
              <w:bottom w:w="80" w:type="dxa"/>
              <w:right w:w="100" w:type="dxa"/>
            </w:tcMar>
            <w:vAlign w:val="center"/>
          </w:tcPr>
          <w:p w14:paraId="7D9FC239" w14:textId="77777777" w:rsidR="00E468C6" w:rsidRDefault="004760EB" w:rsidP="009D20FC">
            <w:pPr>
              <w:spacing w:line="240" w:lineRule="exact"/>
              <w:jc w:val="center"/>
            </w:pPr>
            <w:proofErr w:type="spellStart"/>
            <w:r>
              <w:t>実施方法等</w:t>
            </w:r>
            <w:proofErr w:type="spellEnd"/>
          </w:p>
        </w:tc>
        <w:tc>
          <w:tcPr>
            <w:tcW w:w="6973" w:type="dxa"/>
            <w:tcMar>
              <w:top w:w="80" w:type="dxa"/>
              <w:left w:w="100" w:type="dxa"/>
              <w:bottom w:w="80" w:type="dxa"/>
              <w:right w:w="100" w:type="dxa"/>
            </w:tcMar>
            <w:vAlign w:val="center"/>
          </w:tcPr>
          <w:p w14:paraId="74EB0A00" w14:textId="40C5E262" w:rsidR="00E468C6" w:rsidRDefault="004760EB" w:rsidP="009D20FC">
            <w:pPr>
              <w:spacing w:line="240" w:lineRule="exact"/>
              <w:rPr>
                <w:lang w:eastAsia="ja-JP"/>
              </w:rPr>
            </w:pPr>
            <w:r>
              <w:rPr>
                <w:lang w:eastAsia="ja-JP"/>
              </w:rPr>
              <w:t>事業目的に影響を及ぼさない実施手順、工程、体制等の細部</w:t>
            </w:r>
            <w:r w:rsidR="008E1FAC">
              <w:rPr>
                <w:rFonts w:hint="eastAsia"/>
                <w:lang w:eastAsia="ja-JP"/>
              </w:rPr>
              <w:t>の</w:t>
            </w:r>
            <w:r>
              <w:rPr>
                <w:lang w:eastAsia="ja-JP"/>
              </w:rPr>
              <w:t>変更</w:t>
            </w:r>
          </w:p>
        </w:tc>
      </w:tr>
    </w:tbl>
    <w:p w14:paraId="26896D54" w14:textId="77777777" w:rsidR="00E468C6" w:rsidRDefault="00E468C6">
      <w:pPr>
        <w:spacing w:after="0"/>
        <w:rPr>
          <w:lang w:eastAsia="ja-JP"/>
        </w:rPr>
      </w:pPr>
    </w:p>
    <w:p w14:paraId="78AE3C54" w14:textId="3F48D9D3" w:rsidR="00592CD2" w:rsidRDefault="004760EB" w:rsidP="00592CD2">
      <w:pPr>
        <w:spacing w:after="80" w:line="269" w:lineRule="auto"/>
        <w:rPr>
          <w:lang w:eastAsia="ja-JP"/>
        </w:rPr>
      </w:pPr>
      <w:r>
        <w:rPr>
          <w:lang w:eastAsia="ja-JP"/>
        </w:rPr>
        <w:t>軽微変更に該当しても、交付決定条件や個別指示により手続</w:t>
      </w:r>
      <w:r w:rsidR="00502DAE">
        <w:rPr>
          <w:rFonts w:hint="eastAsia"/>
          <w:lang w:eastAsia="ja-JP"/>
        </w:rPr>
        <w:t>き</w:t>
      </w:r>
      <w:r>
        <w:rPr>
          <w:lang w:eastAsia="ja-JP"/>
        </w:rPr>
        <w:t>が必要となる場合があります</w:t>
      </w:r>
      <w:r w:rsidR="00073486">
        <w:rPr>
          <w:rFonts w:hint="eastAsia"/>
          <w:lang w:eastAsia="ja-JP"/>
        </w:rPr>
        <w:t>ので、</w:t>
      </w:r>
      <w:r w:rsidR="00E95379">
        <w:rPr>
          <w:rFonts w:hint="eastAsia"/>
          <w:lang w:eastAsia="ja-JP"/>
        </w:rPr>
        <w:t>判断に迷う場合は、</w:t>
      </w:r>
      <w:r>
        <w:rPr>
          <w:lang w:eastAsia="ja-JP"/>
        </w:rPr>
        <w:t>変更内容、理由、変更前後の金額を整理したうえで県へ相談してください。</w:t>
      </w:r>
    </w:p>
    <w:p w14:paraId="4F4D5F58" w14:textId="2CB079C6" w:rsidR="00592CD2" w:rsidRDefault="00592CD2" w:rsidP="00592CD2">
      <w:pPr>
        <w:pStyle w:val="21"/>
        <w:spacing w:before="120" w:after="60"/>
        <w:rPr>
          <w:lang w:eastAsia="ja-JP"/>
        </w:rPr>
      </w:pPr>
      <w:r>
        <w:rPr>
          <w:sz w:val="21"/>
          <w:lang w:eastAsia="ja-JP"/>
        </w:rPr>
        <w:t>3-</w:t>
      </w:r>
      <w:r>
        <w:rPr>
          <w:rFonts w:hint="eastAsia"/>
          <w:sz w:val="21"/>
          <w:lang w:eastAsia="ja-JP"/>
        </w:rPr>
        <w:t>3</w:t>
      </w:r>
      <w:r>
        <w:rPr>
          <w:sz w:val="21"/>
          <w:lang w:eastAsia="ja-JP"/>
        </w:rPr>
        <w:t xml:space="preserve">　軽微な変更</w:t>
      </w:r>
      <w:r>
        <w:rPr>
          <w:rFonts w:hint="eastAsia"/>
          <w:sz w:val="21"/>
          <w:lang w:eastAsia="ja-JP"/>
        </w:rPr>
        <w:t>の具体例</w:t>
      </w:r>
    </w:p>
    <w:p w14:paraId="47A75372" w14:textId="08EC0A73" w:rsidR="00E468C6" w:rsidRDefault="00344106">
      <w:pPr>
        <w:spacing w:after="80" w:line="269" w:lineRule="auto"/>
        <w:rPr>
          <w:lang w:eastAsia="ja-JP"/>
        </w:rPr>
      </w:pPr>
      <w:r>
        <w:rPr>
          <w:rFonts w:hint="eastAsia"/>
          <w:lang w:eastAsia="ja-JP"/>
        </w:rPr>
        <w:t xml:space="preserve">　</w:t>
      </w:r>
      <w:r w:rsidR="004760EB">
        <w:rPr>
          <w:lang w:eastAsia="ja-JP"/>
        </w:rPr>
        <w:t>補助対象経費総額1,000万円、20％相当額200万円の事業を例にします。</w:t>
      </w:r>
    </w:p>
    <w:tbl>
      <w:tblPr>
        <w:tblStyle w:val="afe"/>
        <w:tblW w:w="0" w:type="auto"/>
        <w:jc w:val="center"/>
        <w:tblLook w:val="04A0" w:firstRow="1" w:lastRow="0" w:firstColumn="1" w:lastColumn="0" w:noHBand="0" w:noVBand="1"/>
      </w:tblPr>
      <w:tblGrid>
        <w:gridCol w:w="964"/>
        <w:gridCol w:w="4766"/>
        <w:gridCol w:w="3738"/>
      </w:tblGrid>
      <w:tr w:rsidR="00E468C6" w14:paraId="47191458" w14:textId="77777777" w:rsidTr="009D20FC">
        <w:trPr>
          <w:tblHeader/>
          <w:jc w:val="center"/>
        </w:trPr>
        <w:tc>
          <w:tcPr>
            <w:tcW w:w="964" w:type="dxa"/>
            <w:shd w:val="clear" w:color="auto" w:fill="595959"/>
            <w:tcMar>
              <w:top w:w="80" w:type="dxa"/>
              <w:left w:w="100" w:type="dxa"/>
              <w:bottom w:w="80" w:type="dxa"/>
              <w:right w:w="100" w:type="dxa"/>
            </w:tcMar>
            <w:vAlign w:val="center"/>
          </w:tcPr>
          <w:p w14:paraId="793910EE" w14:textId="77777777" w:rsidR="00E468C6" w:rsidRDefault="004760EB" w:rsidP="009D20FC">
            <w:pPr>
              <w:spacing w:line="240" w:lineRule="exact"/>
              <w:jc w:val="center"/>
            </w:pPr>
            <w:r>
              <w:rPr>
                <w:b/>
                <w:color w:val="FFFFFF"/>
              </w:rPr>
              <w:t>例</w:t>
            </w:r>
          </w:p>
        </w:tc>
        <w:tc>
          <w:tcPr>
            <w:tcW w:w="4766" w:type="dxa"/>
            <w:shd w:val="clear" w:color="auto" w:fill="595959"/>
            <w:tcMar>
              <w:top w:w="80" w:type="dxa"/>
              <w:left w:w="100" w:type="dxa"/>
              <w:bottom w:w="80" w:type="dxa"/>
              <w:right w:w="100" w:type="dxa"/>
            </w:tcMar>
            <w:vAlign w:val="center"/>
          </w:tcPr>
          <w:p w14:paraId="1D4B7678" w14:textId="77777777" w:rsidR="00E468C6" w:rsidRDefault="004760EB" w:rsidP="009D20FC">
            <w:pPr>
              <w:spacing w:line="240" w:lineRule="exact"/>
              <w:jc w:val="center"/>
            </w:pPr>
            <w:proofErr w:type="spellStart"/>
            <w:r>
              <w:rPr>
                <w:b/>
                <w:color w:val="FFFFFF"/>
              </w:rPr>
              <w:t>変更内容</w:t>
            </w:r>
            <w:proofErr w:type="spellEnd"/>
          </w:p>
        </w:tc>
        <w:tc>
          <w:tcPr>
            <w:tcW w:w="3738" w:type="dxa"/>
            <w:shd w:val="clear" w:color="auto" w:fill="595959"/>
            <w:tcMar>
              <w:top w:w="80" w:type="dxa"/>
              <w:left w:w="100" w:type="dxa"/>
              <w:bottom w:w="80" w:type="dxa"/>
              <w:right w:w="100" w:type="dxa"/>
            </w:tcMar>
            <w:vAlign w:val="center"/>
          </w:tcPr>
          <w:p w14:paraId="730CA4BE" w14:textId="77777777" w:rsidR="00E468C6" w:rsidRDefault="004760EB" w:rsidP="009D20FC">
            <w:pPr>
              <w:spacing w:line="240" w:lineRule="exact"/>
              <w:jc w:val="center"/>
            </w:pPr>
            <w:proofErr w:type="spellStart"/>
            <w:r>
              <w:rPr>
                <w:b/>
                <w:color w:val="FFFFFF"/>
              </w:rPr>
              <w:t>判定</w:t>
            </w:r>
            <w:proofErr w:type="spellEnd"/>
          </w:p>
        </w:tc>
      </w:tr>
      <w:tr w:rsidR="00E468C6" w14:paraId="70A2FD82" w14:textId="77777777" w:rsidTr="009D20FC">
        <w:trPr>
          <w:jc w:val="center"/>
        </w:trPr>
        <w:tc>
          <w:tcPr>
            <w:tcW w:w="964" w:type="dxa"/>
            <w:tcMar>
              <w:top w:w="80" w:type="dxa"/>
              <w:left w:w="100" w:type="dxa"/>
              <w:bottom w:w="80" w:type="dxa"/>
              <w:right w:w="100" w:type="dxa"/>
            </w:tcMar>
            <w:vAlign w:val="center"/>
          </w:tcPr>
          <w:p w14:paraId="282E4F9C" w14:textId="77777777" w:rsidR="00E468C6" w:rsidRDefault="004760EB" w:rsidP="009D20FC">
            <w:pPr>
              <w:spacing w:line="240" w:lineRule="exact"/>
              <w:jc w:val="center"/>
            </w:pPr>
            <w:r>
              <w:t>A</w:t>
            </w:r>
          </w:p>
        </w:tc>
        <w:tc>
          <w:tcPr>
            <w:tcW w:w="4766" w:type="dxa"/>
            <w:tcMar>
              <w:top w:w="80" w:type="dxa"/>
              <w:left w:w="100" w:type="dxa"/>
              <w:bottom w:w="80" w:type="dxa"/>
              <w:right w:w="100" w:type="dxa"/>
            </w:tcMar>
            <w:vAlign w:val="center"/>
          </w:tcPr>
          <w:p w14:paraId="13B0CCC5" w14:textId="77777777" w:rsidR="00E468C6" w:rsidRDefault="004760EB" w:rsidP="009D20FC">
            <w:pPr>
              <w:spacing w:line="240" w:lineRule="exact"/>
            </w:pPr>
            <w:r>
              <w:rPr>
                <w:lang w:eastAsia="ja-JP"/>
              </w:rPr>
              <w:t>人件費を100万円増額し、委託費・謝金を合計100万円減額。</w:t>
            </w:r>
            <w:r>
              <w:t>総額は1,000万円のまま</w:t>
            </w:r>
          </w:p>
        </w:tc>
        <w:tc>
          <w:tcPr>
            <w:tcW w:w="3738" w:type="dxa"/>
            <w:tcMar>
              <w:top w:w="80" w:type="dxa"/>
              <w:left w:w="100" w:type="dxa"/>
              <w:bottom w:w="80" w:type="dxa"/>
              <w:right w:w="100" w:type="dxa"/>
            </w:tcMar>
            <w:vAlign w:val="center"/>
          </w:tcPr>
          <w:p w14:paraId="00AC64C8" w14:textId="77777777" w:rsidR="00E468C6" w:rsidRDefault="004760EB" w:rsidP="009D20FC">
            <w:pPr>
              <w:spacing w:line="240" w:lineRule="exact"/>
              <w:rPr>
                <w:lang w:eastAsia="ja-JP"/>
              </w:rPr>
            </w:pPr>
            <w:r>
              <w:rPr>
                <w:lang w:eastAsia="ja-JP"/>
              </w:rPr>
              <w:t>流用額100万円で20％以内。要綱上は軽微変更</w:t>
            </w:r>
          </w:p>
        </w:tc>
      </w:tr>
      <w:tr w:rsidR="00E468C6" w14:paraId="4C59C398" w14:textId="77777777" w:rsidTr="009D20FC">
        <w:trPr>
          <w:jc w:val="center"/>
        </w:trPr>
        <w:tc>
          <w:tcPr>
            <w:tcW w:w="964" w:type="dxa"/>
            <w:shd w:val="clear" w:color="auto" w:fill="F8FBFD"/>
            <w:tcMar>
              <w:top w:w="80" w:type="dxa"/>
              <w:left w:w="100" w:type="dxa"/>
              <w:bottom w:w="80" w:type="dxa"/>
              <w:right w:w="100" w:type="dxa"/>
            </w:tcMar>
            <w:vAlign w:val="center"/>
          </w:tcPr>
          <w:p w14:paraId="37E44E8D" w14:textId="77777777" w:rsidR="00E468C6" w:rsidRDefault="004760EB" w:rsidP="009D20FC">
            <w:pPr>
              <w:spacing w:line="240" w:lineRule="exact"/>
              <w:jc w:val="center"/>
            </w:pPr>
            <w:r>
              <w:t>B</w:t>
            </w:r>
          </w:p>
        </w:tc>
        <w:tc>
          <w:tcPr>
            <w:tcW w:w="4766" w:type="dxa"/>
            <w:shd w:val="clear" w:color="auto" w:fill="F8FBFD"/>
            <w:tcMar>
              <w:top w:w="80" w:type="dxa"/>
              <w:left w:w="100" w:type="dxa"/>
              <w:bottom w:w="80" w:type="dxa"/>
              <w:right w:w="100" w:type="dxa"/>
            </w:tcMar>
            <w:vAlign w:val="center"/>
          </w:tcPr>
          <w:p w14:paraId="4CA65302" w14:textId="77777777" w:rsidR="00E468C6" w:rsidRDefault="004760EB" w:rsidP="009D20FC">
            <w:pPr>
              <w:spacing w:line="240" w:lineRule="exact"/>
              <w:rPr>
                <w:lang w:eastAsia="ja-JP"/>
              </w:rPr>
            </w:pPr>
            <w:r>
              <w:rPr>
                <w:lang w:eastAsia="ja-JP"/>
              </w:rPr>
              <w:t>流用額100万円に加え、経費総額を50万円減額</w:t>
            </w:r>
          </w:p>
        </w:tc>
        <w:tc>
          <w:tcPr>
            <w:tcW w:w="3738" w:type="dxa"/>
            <w:shd w:val="clear" w:color="auto" w:fill="F8FBFD"/>
            <w:tcMar>
              <w:top w:w="80" w:type="dxa"/>
              <w:left w:w="100" w:type="dxa"/>
              <w:bottom w:w="80" w:type="dxa"/>
              <w:right w:w="100" w:type="dxa"/>
            </w:tcMar>
            <w:vAlign w:val="center"/>
          </w:tcPr>
          <w:p w14:paraId="23CB6120" w14:textId="77777777" w:rsidR="00E468C6" w:rsidRDefault="004760EB" w:rsidP="009D20FC">
            <w:pPr>
              <w:spacing w:line="240" w:lineRule="exact"/>
              <w:rPr>
                <w:lang w:eastAsia="ja-JP"/>
              </w:rPr>
            </w:pPr>
            <w:r>
              <w:t>流用100万円、総額減額50万円。</w:t>
            </w:r>
            <w:r>
              <w:rPr>
                <w:lang w:eastAsia="ja-JP"/>
              </w:rPr>
              <w:t>いずれも20％以内。要綱上は軽微変更</w:t>
            </w:r>
          </w:p>
        </w:tc>
      </w:tr>
      <w:tr w:rsidR="00E468C6" w14:paraId="275976D3" w14:textId="77777777" w:rsidTr="009D20FC">
        <w:trPr>
          <w:jc w:val="center"/>
        </w:trPr>
        <w:tc>
          <w:tcPr>
            <w:tcW w:w="964" w:type="dxa"/>
            <w:tcMar>
              <w:top w:w="80" w:type="dxa"/>
              <w:left w:w="100" w:type="dxa"/>
              <w:bottom w:w="80" w:type="dxa"/>
              <w:right w:w="100" w:type="dxa"/>
            </w:tcMar>
            <w:vAlign w:val="center"/>
          </w:tcPr>
          <w:p w14:paraId="2AB17630" w14:textId="77777777" w:rsidR="00E468C6" w:rsidRDefault="004760EB" w:rsidP="009D20FC">
            <w:pPr>
              <w:spacing w:line="240" w:lineRule="exact"/>
              <w:jc w:val="center"/>
            </w:pPr>
            <w:r>
              <w:t>C</w:t>
            </w:r>
          </w:p>
        </w:tc>
        <w:tc>
          <w:tcPr>
            <w:tcW w:w="4766" w:type="dxa"/>
            <w:tcMar>
              <w:top w:w="80" w:type="dxa"/>
              <w:left w:w="100" w:type="dxa"/>
              <w:bottom w:w="80" w:type="dxa"/>
              <w:right w:w="100" w:type="dxa"/>
            </w:tcMar>
            <w:vAlign w:val="center"/>
          </w:tcPr>
          <w:p w14:paraId="750FCC5A" w14:textId="77777777" w:rsidR="00E468C6" w:rsidRDefault="004760EB" w:rsidP="009D20FC">
            <w:pPr>
              <w:spacing w:line="240" w:lineRule="exact"/>
              <w:rPr>
                <w:lang w:eastAsia="ja-JP"/>
              </w:rPr>
            </w:pPr>
            <w:r>
              <w:rPr>
                <w:lang w:eastAsia="ja-JP"/>
              </w:rPr>
              <w:t>流用額100万円、経費総額を250万円減額</w:t>
            </w:r>
          </w:p>
        </w:tc>
        <w:tc>
          <w:tcPr>
            <w:tcW w:w="3738" w:type="dxa"/>
            <w:tcMar>
              <w:top w:w="80" w:type="dxa"/>
              <w:left w:w="100" w:type="dxa"/>
              <w:bottom w:w="80" w:type="dxa"/>
              <w:right w:w="100" w:type="dxa"/>
            </w:tcMar>
            <w:vAlign w:val="center"/>
          </w:tcPr>
          <w:p w14:paraId="7A1F8C62" w14:textId="77777777" w:rsidR="00E468C6" w:rsidRDefault="004760EB" w:rsidP="009D20FC">
            <w:pPr>
              <w:spacing w:line="240" w:lineRule="exact"/>
              <w:rPr>
                <w:lang w:eastAsia="ja-JP"/>
              </w:rPr>
            </w:pPr>
            <w:r>
              <w:rPr>
                <w:lang w:eastAsia="ja-JP"/>
              </w:rPr>
              <w:t>総額減額が20％を超えるため、変更承認が必要</w:t>
            </w:r>
          </w:p>
        </w:tc>
      </w:tr>
    </w:tbl>
    <w:tbl>
      <w:tblPr>
        <w:tblpPr w:leftFromText="142" w:rightFromText="142" w:vertAnchor="text" w:horzAnchor="margin" w:tblpY="168"/>
        <w:tblW w:w="0" w:type="auto"/>
        <w:tblLook w:val="04A0" w:firstRow="1" w:lastRow="0" w:firstColumn="1" w:lastColumn="0" w:noHBand="0" w:noVBand="1"/>
      </w:tblPr>
      <w:tblGrid>
        <w:gridCol w:w="10166"/>
      </w:tblGrid>
      <w:tr w:rsidR="0041377D" w14:paraId="06950222" w14:textId="77777777" w:rsidTr="0041377D">
        <w:tc>
          <w:tcPr>
            <w:tcW w:w="10166" w:type="dxa"/>
            <w:shd w:val="clear" w:color="auto" w:fill="FFF2CC"/>
            <w:tcMar>
              <w:top w:w="110" w:type="dxa"/>
              <w:left w:w="150" w:type="dxa"/>
              <w:bottom w:w="110" w:type="dxa"/>
              <w:right w:w="150" w:type="dxa"/>
            </w:tcMar>
          </w:tcPr>
          <w:p w14:paraId="2CC4A400" w14:textId="77777777" w:rsidR="0041377D" w:rsidRDefault="0041377D" w:rsidP="0041377D">
            <w:pPr>
              <w:spacing w:after="40"/>
              <w:rPr>
                <w:lang w:eastAsia="ja-JP"/>
              </w:rPr>
            </w:pPr>
            <w:r>
              <w:rPr>
                <w:b/>
                <w:color w:val="7F6000"/>
                <w:lang w:eastAsia="ja-JP"/>
              </w:rPr>
              <w:t>計算上20％以内でも承認が必要となる例</w:t>
            </w:r>
          </w:p>
          <w:p w14:paraId="0ED46E38" w14:textId="77777777" w:rsidR="0041377D" w:rsidRDefault="0041377D" w:rsidP="0041377D">
            <w:pPr>
              <w:spacing w:after="0" w:line="259" w:lineRule="auto"/>
              <w:rPr>
                <w:lang w:eastAsia="ja-JP"/>
              </w:rPr>
            </w:pPr>
            <w:r>
              <w:rPr>
                <w:lang w:eastAsia="ja-JP"/>
              </w:rPr>
              <w:t>試作品の仕様、開発目標、委託先の役割など、事業内容そのものが変わる場合は、金額にかかわらず変更承認が必要です。</w:t>
            </w:r>
          </w:p>
        </w:tc>
      </w:tr>
    </w:tbl>
    <w:p w14:paraId="2E3053CC" w14:textId="77777777" w:rsidR="00E468C6" w:rsidRDefault="00E468C6">
      <w:pPr>
        <w:spacing w:after="0"/>
        <w:rPr>
          <w:lang w:eastAsia="ja-JP"/>
        </w:rPr>
      </w:pPr>
    </w:p>
    <w:p w14:paraId="38E32706" w14:textId="16A9FC54" w:rsidR="00E468C6" w:rsidRPr="00621FC7" w:rsidRDefault="004760EB">
      <w:pPr>
        <w:pStyle w:val="21"/>
        <w:spacing w:before="120" w:after="60"/>
        <w:rPr>
          <w:lang w:eastAsia="ja-JP"/>
        </w:rPr>
      </w:pPr>
      <w:r>
        <w:rPr>
          <w:sz w:val="21"/>
          <w:lang w:eastAsia="ja-JP"/>
        </w:rPr>
        <w:t>3-</w:t>
      </w:r>
      <w:r w:rsidR="005532D8">
        <w:rPr>
          <w:rFonts w:hint="eastAsia"/>
          <w:sz w:val="21"/>
          <w:lang w:eastAsia="ja-JP"/>
        </w:rPr>
        <w:t>4</w:t>
      </w:r>
      <w:r>
        <w:rPr>
          <w:sz w:val="21"/>
          <w:lang w:eastAsia="ja-JP"/>
        </w:rPr>
        <w:t xml:space="preserve">　中止・廃止</w:t>
      </w:r>
      <w:r w:rsidR="00621FC7" w:rsidRPr="00621FC7">
        <w:rPr>
          <w:rFonts w:hint="eastAsia"/>
          <w:sz w:val="21"/>
          <w:lang w:eastAsia="ja-JP"/>
        </w:rPr>
        <w:t>（要綱第</w:t>
      </w:r>
      <w:r w:rsidR="00621FC7" w:rsidRPr="00621FC7">
        <w:rPr>
          <w:sz w:val="21"/>
          <w:lang w:eastAsia="ja-JP"/>
        </w:rPr>
        <w:t>1</w:t>
      </w:r>
      <w:r w:rsidR="00BF7A1C">
        <w:rPr>
          <w:rFonts w:hint="eastAsia"/>
          <w:sz w:val="21"/>
          <w:lang w:eastAsia="ja-JP"/>
        </w:rPr>
        <w:t>4</w:t>
      </w:r>
      <w:r w:rsidR="00621FC7" w:rsidRPr="00621FC7">
        <w:rPr>
          <w:sz w:val="21"/>
          <w:lang w:eastAsia="ja-JP"/>
        </w:rPr>
        <w:t>条）</w:t>
      </w:r>
    </w:p>
    <w:p w14:paraId="7D5CD4FD" w14:textId="31B6F399" w:rsidR="00E468C6" w:rsidRDefault="004760EB">
      <w:pPr>
        <w:spacing w:after="80" w:line="269" w:lineRule="auto"/>
        <w:rPr>
          <w:lang w:eastAsia="ja-JP"/>
        </w:rPr>
      </w:pPr>
      <w:r>
        <w:rPr>
          <w:lang w:eastAsia="ja-JP"/>
        </w:rPr>
        <w:t>補助事業を中止又は廃止する場合は、あらかじめ計画中止（廃止）承認申請書</w:t>
      </w:r>
      <w:r w:rsidR="006F11AF">
        <w:rPr>
          <w:rFonts w:hint="eastAsia"/>
          <w:lang w:eastAsia="ja-JP"/>
        </w:rPr>
        <w:t>（要綱様式第６号）</w:t>
      </w:r>
      <w:r>
        <w:rPr>
          <w:lang w:eastAsia="ja-JP"/>
        </w:rPr>
        <w:t>を提出し、承認を受けてください。事業期間内の完了が難しい場合や、開発継続が困難となった場合は、早期に県へ相談してください。</w:t>
      </w:r>
    </w:p>
    <w:p w14:paraId="6D63D682" w14:textId="7C4E9466" w:rsidR="00E468C6" w:rsidRDefault="004760EB">
      <w:pPr>
        <w:pStyle w:val="21"/>
        <w:spacing w:before="120" w:after="60"/>
        <w:rPr>
          <w:lang w:eastAsia="ja-JP"/>
        </w:rPr>
      </w:pPr>
      <w:r>
        <w:rPr>
          <w:sz w:val="21"/>
          <w:lang w:eastAsia="ja-JP"/>
        </w:rPr>
        <w:lastRenderedPageBreak/>
        <w:t>3-</w:t>
      </w:r>
      <w:r w:rsidR="001C56A6">
        <w:rPr>
          <w:rFonts w:hint="eastAsia"/>
          <w:sz w:val="21"/>
          <w:lang w:eastAsia="ja-JP"/>
        </w:rPr>
        <w:t>5</w:t>
      </w:r>
      <w:r>
        <w:rPr>
          <w:sz w:val="21"/>
          <w:lang w:eastAsia="ja-JP"/>
        </w:rPr>
        <w:t xml:space="preserve">　交付申請の取下げ</w:t>
      </w:r>
      <w:r w:rsidR="00565B29">
        <w:rPr>
          <w:rFonts w:hint="eastAsia"/>
          <w:sz w:val="21"/>
          <w:lang w:eastAsia="ja-JP"/>
        </w:rPr>
        <w:t>（要綱第</w:t>
      </w:r>
      <w:r w:rsidR="00565B29">
        <w:rPr>
          <w:rFonts w:hint="eastAsia"/>
          <w:sz w:val="21"/>
          <w:lang w:eastAsia="ja-JP"/>
        </w:rPr>
        <w:t>12</w:t>
      </w:r>
      <w:r w:rsidR="00565B29">
        <w:rPr>
          <w:rFonts w:hint="eastAsia"/>
          <w:sz w:val="21"/>
          <w:lang w:eastAsia="ja-JP"/>
        </w:rPr>
        <w:t>条）</w:t>
      </w:r>
    </w:p>
    <w:p w14:paraId="6ABABED1" w14:textId="77777777" w:rsidR="007C02E8" w:rsidRDefault="004760EB" w:rsidP="007C02E8">
      <w:pPr>
        <w:spacing w:after="80" w:line="269" w:lineRule="auto"/>
        <w:rPr>
          <w:lang w:eastAsia="ja-JP"/>
        </w:rPr>
      </w:pPr>
      <w:r>
        <w:rPr>
          <w:lang w:eastAsia="ja-JP"/>
        </w:rPr>
        <w:t>交付決定後に申請を取り下げる場合は、交付決定通知を受けた日から20日以内に交付申請取下書</w:t>
      </w:r>
      <w:r w:rsidR="008E1FAC">
        <w:rPr>
          <w:rFonts w:hint="eastAsia"/>
          <w:lang w:eastAsia="ja-JP"/>
        </w:rPr>
        <w:t>（要綱様式第４号）</w:t>
      </w:r>
      <w:r>
        <w:rPr>
          <w:lang w:eastAsia="ja-JP"/>
        </w:rPr>
        <w:t>を提出します。</w:t>
      </w:r>
    </w:p>
    <w:p w14:paraId="19375762" w14:textId="1E2DC397" w:rsidR="007C02E8" w:rsidRDefault="007C02E8" w:rsidP="007C02E8">
      <w:pPr>
        <w:pStyle w:val="21"/>
        <w:spacing w:before="120" w:after="60"/>
        <w:rPr>
          <w:lang w:eastAsia="ja-JP"/>
        </w:rPr>
      </w:pPr>
      <w:r>
        <w:rPr>
          <w:sz w:val="21"/>
          <w:lang w:eastAsia="ja-JP"/>
        </w:rPr>
        <w:t>3-</w:t>
      </w:r>
      <w:r w:rsidR="00D07B5A">
        <w:rPr>
          <w:rFonts w:hint="eastAsia"/>
          <w:sz w:val="21"/>
          <w:lang w:eastAsia="ja-JP"/>
        </w:rPr>
        <w:t>6</w:t>
      </w:r>
      <w:r>
        <w:rPr>
          <w:sz w:val="21"/>
          <w:lang w:eastAsia="ja-JP"/>
        </w:rPr>
        <w:t xml:space="preserve">　</w:t>
      </w:r>
      <w:r w:rsidR="00D07B5A">
        <w:rPr>
          <w:rFonts w:hint="eastAsia"/>
          <w:sz w:val="21"/>
          <w:lang w:eastAsia="ja-JP"/>
        </w:rPr>
        <w:t>概算払</w:t>
      </w:r>
      <w:r>
        <w:rPr>
          <w:rFonts w:hint="eastAsia"/>
          <w:sz w:val="21"/>
          <w:lang w:eastAsia="ja-JP"/>
        </w:rPr>
        <w:t>（要綱第</w:t>
      </w:r>
      <w:r>
        <w:rPr>
          <w:rFonts w:hint="eastAsia"/>
          <w:sz w:val="21"/>
          <w:lang w:eastAsia="ja-JP"/>
        </w:rPr>
        <w:t>1</w:t>
      </w:r>
      <w:r w:rsidR="004346C7">
        <w:rPr>
          <w:rFonts w:hint="eastAsia"/>
          <w:sz w:val="21"/>
          <w:lang w:eastAsia="ja-JP"/>
        </w:rPr>
        <w:t>9</w:t>
      </w:r>
      <w:r>
        <w:rPr>
          <w:rFonts w:hint="eastAsia"/>
          <w:sz w:val="21"/>
          <w:lang w:eastAsia="ja-JP"/>
        </w:rPr>
        <w:t>条）</w:t>
      </w:r>
    </w:p>
    <w:p w14:paraId="2A2928F2" w14:textId="6A7A634D" w:rsidR="00E468C6" w:rsidRDefault="00257085" w:rsidP="00257085">
      <w:pPr>
        <w:spacing w:after="80" w:line="269" w:lineRule="auto"/>
        <w:rPr>
          <w:lang w:eastAsia="ja-JP"/>
        </w:rPr>
      </w:pPr>
      <w:r>
        <w:rPr>
          <w:rFonts w:hint="eastAsia"/>
          <w:lang w:eastAsia="ja-JP"/>
        </w:rPr>
        <w:t>補助事業の実施途中に概算払を希望する場合は、概算払請求書（要綱様式第</w:t>
      </w:r>
      <w:r w:rsidR="00E448E3">
        <w:rPr>
          <w:rFonts w:hint="eastAsia"/>
          <w:lang w:eastAsia="ja-JP"/>
        </w:rPr>
        <w:t>11</w:t>
      </w:r>
      <w:r>
        <w:rPr>
          <w:lang w:eastAsia="ja-JP"/>
        </w:rPr>
        <w:t>号）を提出してください。概算払は2回まで、合計額は交付決定額の7割以内です。なお、補助金額の確定後、概算払額が確定額を上回る場合は、超過額を返還する必要があります。</w:t>
      </w:r>
    </w:p>
    <w:p w14:paraId="08149F2A" w14:textId="39BB2D57" w:rsidR="00E468C6" w:rsidRDefault="00E468C6">
      <w:pPr>
        <w:rPr>
          <w:lang w:eastAsia="ja-JP"/>
        </w:rPr>
      </w:pPr>
    </w:p>
    <w:p w14:paraId="6230158B" w14:textId="77777777" w:rsidR="00E81B29" w:rsidRDefault="00E81B29">
      <w:pPr>
        <w:rPr>
          <w:lang w:eastAsia="ja-JP"/>
        </w:rPr>
      </w:pPr>
    </w:p>
    <w:p w14:paraId="389685FA" w14:textId="77777777" w:rsidR="00E81B29" w:rsidRDefault="00E81B29">
      <w:pPr>
        <w:rPr>
          <w:lang w:eastAsia="ja-JP"/>
        </w:rPr>
      </w:pPr>
    </w:p>
    <w:p w14:paraId="3A17AB52" w14:textId="77777777" w:rsidR="00E81B29" w:rsidRDefault="00E81B29">
      <w:pPr>
        <w:rPr>
          <w:lang w:eastAsia="ja-JP"/>
        </w:rPr>
      </w:pPr>
    </w:p>
    <w:p w14:paraId="5AC586AE" w14:textId="77777777" w:rsidR="00E81B29" w:rsidRDefault="00E81B29">
      <w:pPr>
        <w:rPr>
          <w:lang w:eastAsia="ja-JP"/>
        </w:rPr>
      </w:pPr>
    </w:p>
    <w:p w14:paraId="5675A494" w14:textId="77777777" w:rsidR="00E81B29" w:rsidRDefault="00E81B29">
      <w:pPr>
        <w:rPr>
          <w:lang w:eastAsia="ja-JP"/>
        </w:rPr>
      </w:pPr>
    </w:p>
    <w:p w14:paraId="42EED441" w14:textId="77777777" w:rsidR="00E81B29" w:rsidRDefault="00E81B29">
      <w:pPr>
        <w:rPr>
          <w:lang w:eastAsia="ja-JP"/>
        </w:rPr>
      </w:pPr>
    </w:p>
    <w:p w14:paraId="5B1B67E9" w14:textId="77777777" w:rsidR="00E81B29" w:rsidRDefault="00E81B29">
      <w:pPr>
        <w:rPr>
          <w:lang w:eastAsia="ja-JP"/>
        </w:rPr>
      </w:pPr>
    </w:p>
    <w:p w14:paraId="32D50F0B" w14:textId="77777777" w:rsidR="00E81B29" w:rsidRDefault="00E81B29">
      <w:pPr>
        <w:rPr>
          <w:lang w:eastAsia="ja-JP"/>
        </w:rPr>
      </w:pPr>
    </w:p>
    <w:p w14:paraId="7A006BEF" w14:textId="77777777" w:rsidR="00E81B29" w:rsidRDefault="00E81B29">
      <w:pPr>
        <w:rPr>
          <w:lang w:eastAsia="ja-JP"/>
        </w:rPr>
      </w:pPr>
    </w:p>
    <w:p w14:paraId="25573A01" w14:textId="77777777" w:rsidR="00E81B29" w:rsidRDefault="00E81B29">
      <w:pPr>
        <w:rPr>
          <w:lang w:eastAsia="ja-JP"/>
        </w:rPr>
      </w:pPr>
    </w:p>
    <w:p w14:paraId="571F88F6" w14:textId="77777777" w:rsidR="00E81B29" w:rsidRDefault="00E81B29">
      <w:pPr>
        <w:rPr>
          <w:lang w:eastAsia="ja-JP"/>
        </w:rPr>
      </w:pPr>
    </w:p>
    <w:p w14:paraId="07B3E0AF" w14:textId="77777777" w:rsidR="00E81B29" w:rsidRDefault="00E81B29">
      <w:pPr>
        <w:rPr>
          <w:lang w:eastAsia="ja-JP"/>
        </w:rPr>
      </w:pPr>
    </w:p>
    <w:p w14:paraId="384C39C6" w14:textId="77777777" w:rsidR="00E81B29" w:rsidRDefault="00E81B29">
      <w:pPr>
        <w:rPr>
          <w:lang w:eastAsia="ja-JP"/>
        </w:rPr>
      </w:pPr>
    </w:p>
    <w:p w14:paraId="42D5E9D0" w14:textId="77777777" w:rsidR="0041377D" w:rsidRDefault="0041377D">
      <w:pPr>
        <w:rPr>
          <w:lang w:eastAsia="ja-JP"/>
        </w:rPr>
      </w:pPr>
    </w:p>
    <w:p w14:paraId="41D0D794" w14:textId="77777777" w:rsidR="0041377D" w:rsidRDefault="0041377D">
      <w:pPr>
        <w:rPr>
          <w:lang w:eastAsia="ja-JP"/>
        </w:rPr>
      </w:pPr>
    </w:p>
    <w:p w14:paraId="7110E9A8" w14:textId="77777777" w:rsidR="0041377D" w:rsidRDefault="0041377D">
      <w:pPr>
        <w:rPr>
          <w:lang w:eastAsia="ja-JP"/>
        </w:rPr>
      </w:pPr>
    </w:p>
    <w:p w14:paraId="38D79D09" w14:textId="77777777" w:rsidR="0041377D" w:rsidRDefault="0041377D">
      <w:pPr>
        <w:rPr>
          <w:lang w:eastAsia="ja-JP"/>
        </w:rPr>
      </w:pPr>
    </w:p>
    <w:p w14:paraId="4A2BAA88" w14:textId="77777777" w:rsidR="00E81B29" w:rsidRDefault="00E81B29">
      <w:pPr>
        <w:rPr>
          <w:lang w:eastAsia="ja-JP"/>
        </w:rPr>
      </w:pPr>
    </w:p>
    <w:p w14:paraId="1A2ABA2B" w14:textId="77777777" w:rsidR="00E468C6" w:rsidRDefault="004760EB">
      <w:pPr>
        <w:pStyle w:val="1"/>
        <w:spacing w:before="0" w:after="140"/>
        <w:rPr>
          <w:lang w:eastAsia="ja-JP"/>
        </w:rPr>
      </w:pPr>
      <w:r>
        <w:rPr>
          <w:sz w:val="21"/>
          <w:lang w:eastAsia="ja-JP"/>
        </w:rPr>
        <w:lastRenderedPageBreak/>
        <w:t>第</w:t>
      </w:r>
      <w:r>
        <w:rPr>
          <w:sz w:val="21"/>
          <w:lang w:eastAsia="ja-JP"/>
        </w:rPr>
        <w:t>4</w:t>
      </w:r>
      <w:r>
        <w:rPr>
          <w:sz w:val="21"/>
          <w:lang w:eastAsia="ja-JP"/>
        </w:rPr>
        <w:t>章　経費区分別の確認事項</w:t>
      </w:r>
    </w:p>
    <w:tbl>
      <w:tblPr>
        <w:tblStyle w:val="afe"/>
        <w:tblW w:w="0" w:type="auto"/>
        <w:jc w:val="center"/>
        <w:tblLook w:val="04A0" w:firstRow="1" w:lastRow="0" w:firstColumn="1" w:lastColumn="0" w:noHBand="0" w:noVBand="1"/>
      </w:tblPr>
      <w:tblGrid>
        <w:gridCol w:w="1589"/>
        <w:gridCol w:w="4247"/>
        <w:gridCol w:w="3855"/>
      </w:tblGrid>
      <w:tr w:rsidR="00E468C6" w14:paraId="493A24EA" w14:textId="77777777" w:rsidTr="00E72EA1">
        <w:trPr>
          <w:tblHeader/>
          <w:jc w:val="center"/>
        </w:trPr>
        <w:tc>
          <w:tcPr>
            <w:tcW w:w="1589" w:type="dxa"/>
            <w:shd w:val="clear" w:color="auto" w:fill="595959"/>
            <w:tcMar>
              <w:top w:w="80" w:type="dxa"/>
              <w:left w:w="100" w:type="dxa"/>
              <w:bottom w:w="80" w:type="dxa"/>
              <w:right w:w="100" w:type="dxa"/>
            </w:tcMar>
            <w:vAlign w:val="center"/>
          </w:tcPr>
          <w:p w14:paraId="7434C807" w14:textId="77777777" w:rsidR="00E468C6" w:rsidRDefault="004760EB" w:rsidP="000A1EBD">
            <w:pPr>
              <w:spacing w:line="240" w:lineRule="exact"/>
              <w:jc w:val="center"/>
            </w:pPr>
            <w:proofErr w:type="spellStart"/>
            <w:r>
              <w:rPr>
                <w:b/>
                <w:color w:val="FFFFFF"/>
              </w:rPr>
              <w:t>経費区分</w:t>
            </w:r>
            <w:proofErr w:type="spellEnd"/>
          </w:p>
        </w:tc>
        <w:tc>
          <w:tcPr>
            <w:tcW w:w="4247" w:type="dxa"/>
            <w:shd w:val="clear" w:color="auto" w:fill="595959"/>
            <w:tcMar>
              <w:top w:w="80" w:type="dxa"/>
              <w:left w:w="100" w:type="dxa"/>
              <w:bottom w:w="80" w:type="dxa"/>
              <w:right w:w="100" w:type="dxa"/>
            </w:tcMar>
            <w:vAlign w:val="center"/>
          </w:tcPr>
          <w:p w14:paraId="27EAAE87" w14:textId="77777777" w:rsidR="00E468C6" w:rsidRDefault="004760EB" w:rsidP="000A1EBD">
            <w:pPr>
              <w:spacing w:line="240" w:lineRule="exact"/>
              <w:jc w:val="center"/>
            </w:pPr>
            <w:proofErr w:type="spellStart"/>
            <w:r>
              <w:rPr>
                <w:b/>
                <w:color w:val="FFFFFF"/>
              </w:rPr>
              <w:t>対象となる主な内容</w:t>
            </w:r>
            <w:proofErr w:type="spellEnd"/>
          </w:p>
        </w:tc>
        <w:tc>
          <w:tcPr>
            <w:tcW w:w="3855" w:type="dxa"/>
            <w:shd w:val="clear" w:color="auto" w:fill="595959"/>
            <w:tcMar>
              <w:top w:w="80" w:type="dxa"/>
              <w:left w:w="100" w:type="dxa"/>
              <w:bottom w:w="80" w:type="dxa"/>
              <w:right w:w="100" w:type="dxa"/>
            </w:tcMar>
            <w:vAlign w:val="center"/>
          </w:tcPr>
          <w:p w14:paraId="71363FCA" w14:textId="77777777" w:rsidR="00E468C6" w:rsidRDefault="004760EB" w:rsidP="000A1EBD">
            <w:pPr>
              <w:spacing w:line="240" w:lineRule="exact"/>
              <w:jc w:val="center"/>
            </w:pPr>
            <w:proofErr w:type="spellStart"/>
            <w:r>
              <w:rPr>
                <w:b/>
                <w:color w:val="FFFFFF"/>
              </w:rPr>
              <w:t>主な注意事項</w:t>
            </w:r>
            <w:proofErr w:type="spellEnd"/>
          </w:p>
        </w:tc>
      </w:tr>
      <w:tr w:rsidR="00E468C6" w14:paraId="7EB3327B" w14:textId="77777777" w:rsidTr="00E72EA1">
        <w:trPr>
          <w:jc w:val="center"/>
        </w:trPr>
        <w:tc>
          <w:tcPr>
            <w:tcW w:w="1589" w:type="dxa"/>
            <w:tcMar>
              <w:top w:w="80" w:type="dxa"/>
              <w:left w:w="100" w:type="dxa"/>
              <w:bottom w:w="80" w:type="dxa"/>
              <w:right w:w="100" w:type="dxa"/>
            </w:tcMar>
            <w:vAlign w:val="center"/>
          </w:tcPr>
          <w:p w14:paraId="56A6FAA6" w14:textId="77777777" w:rsidR="00E468C6" w:rsidRDefault="004760EB" w:rsidP="000A1EBD">
            <w:pPr>
              <w:spacing w:line="240" w:lineRule="exact"/>
              <w:jc w:val="center"/>
            </w:pPr>
            <w:proofErr w:type="spellStart"/>
            <w:r>
              <w:t>人件費</w:t>
            </w:r>
            <w:proofErr w:type="spellEnd"/>
          </w:p>
        </w:tc>
        <w:tc>
          <w:tcPr>
            <w:tcW w:w="4247" w:type="dxa"/>
            <w:tcMar>
              <w:top w:w="80" w:type="dxa"/>
              <w:left w:w="100" w:type="dxa"/>
              <w:bottom w:w="80" w:type="dxa"/>
              <w:right w:w="100" w:type="dxa"/>
            </w:tcMar>
            <w:vAlign w:val="center"/>
          </w:tcPr>
          <w:p w14:paraId="5EEAA3BF" w14:textId="77777777" w:rsidR="00E468C6" w:rsidRDefault="004760EB" w:rsidP="000A1EBD">
            <w:pPr>
              <w:spacing w:line="240" w:lineRule="exact"/>
              <w:rPr>
                <w:lang w:eastAsia="ja-JP"/>
              </w:rPr>
            </w:pPr>
            <w:r>
              <w:rPr>
                <w:lang w:eastAsia="ja-JP"/>
              </w:rPr>
              <w:t>技術検証・試作開発等に直接従事する人員の給与</w:t>
            </w:r>
          </w:p>
        </w:tc>
        <w:tc>
          <w:tcPr>
            <w:tcW w:w="3855" w:type="dxa"/>
            <w:tcMar>
              <w:top w:w="80" w:type="dxa"/>
              <w:left w:w="100" w:type="dxa"/>
              <w:bottom w:w="80" w:type="dxa"/>
              <w:right w:w="100" w:type="dxa"/>
            </w:tcMar>
            <w:vAlign w:val="center"/>
          </w:tcPr>
          <w:p w14:paraId="6A98B060" w14:textId="6D167738" w:rsidR="00E468C6" w:rsidRDefault="004760EB" w:rsidP="000A1EBD">
            <w:pPr>
              <w:spacing w:line="240" w:lineRule="exact"/>
            </w:pPr>
            <w:r w:rsidRPr="008706A2">
              <w:rPr>
                <w:color w:val="auto"/>
                <w:lang w:eastAsia="ja-JP"/>
              </w:rPr>
              <w:t>航空・宇宙</w:t>
            </w:r>
            <w:r w:rsidR="007F5FAA">
              <w:rPr>
                <w:rFonts w:hint="eastAsia"/>
                <w:color w:val="auto"/>
                <w:lang w:eastAsia="ja-JP"/>
              </w:rPr>
              <w:t>機器関連</w:t>
            </w:r>
            <w:r w:rsidRPr="008706A2">
              <w:rPr>
                <w:color w:val="auto"/>
                <w:lang w:eastAsia="ja-JP"/>
              </w:rPr>
              <w:t>分野は対象外。</w:t>
            </w:r>
            <w:proofErr w:type="spellStart"/>
            <w:r>
              <w:t>販路開拓は対象外</w:t>
            </w:r>
            <w:proofErr w:type="spellEnd"/>
          </w:p>
        </w:tc>
      </w:tr>
      <w:tr w:rsidR="00E468C6" w14:paraId="2EA0A268" w14:textId="77777777" w:rsidTr="00E72EA1">
        <w:trPr>
          <w:jc w:val="center"/>
        </w:trPr>
        <w:tc>
          <w:tcPr>
            <w:tcW w:w="1589" w:type="dxa"/>
            <w:shd w:val="clear" w:color="auto" w:fill="F8FBFD"/>
            <w:tcMar>
              <w:top w:w="80" w:type="dxa"/>
              <w:left w:w="100" w:type="dxa"/>
              <w:bottom w:w="80" w:type="dxa"/>
              <w:right w:w="100" w:type="dxa"/>
            </w:tcMar>
            <w:vAlign w:val="center"/>
          </w:tcPr>
          <w:p w14:paraId="3BA49032" w14:textId="77777777" w:rsidR="00E468C6" w:rsidRDefault="004760EB" w:rsidP="000A1EBD">
            <w:pPr>
              <w:spacing w:line="240" w:lineRule="exact"/>
              <w:jc w:val="center"/>
            </w:pPr>
            <w:proofErr w:type="spellStart"/>
            <w:r>
              <w:t>設備備品費</w:t>
            </w:r>
            <w:proofErr w:type="spellEnd"/>
          </w:p>
        </w:tc>
        <w:tc>
          <w:tcPr>
            <w:tcW w:w="4247" w:type="dxa"/>
            <w:shd w:val="clear" w:color="auto" w:fill="F8FBFD"/>
            <w:tcMar>
              <w:top w:w="80" w:type="dxa"/>
              <w:left w:w="100" w:type="dxa"/>
              <w:bottom w:w="80" w:type="dxa"/>
              <w:right w:w="100" w:type="dxa"/>
            </w:tcMar>
            <w:vAlign w:val="center"/>
          </w:tcPr>
          <w:p w14:paraId="333C9D37" w14:textId="77777777" w:rsidR="00E468C6" w:rsidRDefault="004760EB" w:rsidP="000A1EBD">
            <w:pPr>
              <w:spacing w:line="240" w:lineRule="exact"/>
              <w:rPr>
                <w:lang w:eastAsia="ja-JP"/>
              </w:rPr>
            </w:pPr>
            <w:r>
              <w:rPr>
                <w:lang w:eastAsia="ja-JP"/>
              </w:rPr>
              <w:t>機械装置、工具、器具、備品の購入・製造・改良・借用等</w:t>
            </w:r>
          </w:p>
        </w:tc>
        <w:tc>
          <w:tcPr>
            <w:tcW w:w="3855" w:type="dxa"/>
            <w:shd w:val="clear" w:color="auto" w:fill="F8FBFD"/>
            <w:tcMar>
              <w:top w:w="80" w:type="dxa"/>
              <w:left w:w="100" w:type="dxa"/>
              <w:bottom w:w="80" w:type="dxa"/>
              <w:right w:w="100" w:type="dxa"/>
            </w:tcMar>
            <w:vAlign w:val="center"/>
          </w:tcPr>
          <w:p w14:paraId="376812A9" w14:textId="11E8A40B" w:rsidR="00E468C6" w:rsidRDefault="004760EB" w:rsidP="000A1EBD">
            <w:pPr>
              <w:spacing w:line="240" w:lineRule="exact"/>
              <w:rPr>
                <w:lang w:eastAsia="ja-JP"/>
              </w:rPr>
            </w:pPr>
            <w:r>
              <w:rPr>
                <w:lang w:eastAsia="ja-JP"/>
              </w:rPr>
              <w:t>汎用品、基礎工事は対象外。50万円以上は財産管理</w:t>
            </w:r>
          </w:p>
        </w:tc>
      </w:tr>
      <w:tr w:rsidR="00E468C6" w14:paraId="4E192A1A" w14:textId="77777777" w:rsidTr="00E72EA1">
        <w:trPr>
          <w:jc w:val="center"/>
        </w:trPr>
        <w:tc>
          <w:tcPr>
            <w:tcW w:w="1589" w:type="dxa"/>
            <w:tcMar>
              <w:top w:w="80" w:type="dxa"/>
              <w:left w:w="100" w:type="dxa"/>
              <w:bottom w:w="80" w:type="dxa"/>
              <w:right w:w="100" w:type="dxa"/>
            </w:tcMar>
            <w:vAlign w:val="center"/>
          </w:tcPr>
          <w:p w14:paraId="63832E6B" w14:textId="77777777" w:rsidR="00E468C6" w:rsidRDefault="004760EB" w:rsidP="000A1EBD">
            <w:pPr>
              <w:spacing w:line="240" w:lineRule="exact"/>
              <w:jc w:val="center"/>
            </w:pPr>
            <w:proofErr w:type="spellStart"/>
            <w:r>
              <w:t>原材料・消耗品費</w:t>
            </w:r>
            <w:proofErr w:type="spellEnd"/>
          </w:p>
        </w:tc>
        <w:tc>
          <w:tcPr>
            <w:tcW w:w="4247" w:type="dxa"/>
            <w:tcMar>
              <w:top w:w="80" w:type="dxa"/>
              <w:left w:w="100" w:type="dxa"/>
              <w:bottom w:w="80" w:type="dxa"/>
              <w:right w:w="100" w:type="dxa"/>
            </w:tcMar>
            <w:vAlign w:val="center"/>
          </w:tcPr>
          <w:p w14:paraId="3A98B961" w14:textId="77777777" w:rsidR="00E468C6" w:rsidRDefault="004760EB" w:rsidP="000A1EBD">
            <w:pPr>
              <w:spacing w:line="240" w:lineRule="exact"/>
              <w:rPr>
                <w:lang w:eastAsia="ja-JP"/>
              </w:rPr>
            </w:pPr>
            <w:r>
              <w:rPr>
                <w:lang w:eastAsia="ja-JP"/>
              </w:rPr>
              <w:t>事業に直接使用し消費する原材料・消耗品</w:t>
            </w:r>
          </w:p>
        </w:tc>
        <w:tc>
          <w:tcPr>
            <w:tcW w:w="3855" w:type="dxa"/>
            <w:tcMar>
              <w:top w:w="80" w:type="dxa"/>
              <w:left w:w="100" w:type="dxa"/>
              <w:bottom w:w="80" w:type="dxa"/>
              <w:right w:w="100" w:type="dxa"/>
            </w:tcMar>
            <w:vAlign w:val="center"/>
          </w:tcPr>
          <w:p w14:paraId="100C9768" w14:textId="24EA07D9" w:rsidR="00E468C6" w:rsidRDefault="004760EB" w:rsidP="000A1EBD">
            <w:pPr>
              <w:spacing w:line="240" w:lineRule="exact"/>
            </w:pPr>
            <w:r>
              <w:rPr>
                <w:lang w:eastAsia="ja-JP"/>
              </w:rPr>
              <w:t>必要最小限。未使用残存品は除外。</w:t>
            </w:r>
            <w:proofErr w:type="spellStart"/>
            <w:r>
              <w:t>受払簿を作成</w:t>
            </w:r>
            <w:proofErr w:type="spellEnd"/>
          </w:p>
        </w:tc>
      </w:tr>
      <w:tr w:rsidR="00E468C6" w14:paraId="5EB3155C" w14:textId="77777777" w:rsidTr="00E72EA1">
        <w:trPr>
          <w:jc w:val="center"/>
        </w:trPr>
        <w:tc>
          <w:tcPr>
            <w:tcW w:w="1589" w:type="dxa"/>
            <w:shd w:val="clear" w:color="auto" w:fill="F8FBFD"/>
            <w:tcMar>
              <w:top w:w="80" w:type="dxa"/>
              <w:left w:w="100" w:type="dxa"/>
              <w:bottom w:w="80" w:type="dxa"/>
              <w:right w:w="100" w:type="dxa"/>
            </w:tcMar>
            <w:vAlign w:val="center"/>
          </w:tcPr>
          <w:p w14:paraId="3670FF90" w14:textId="77777777" w:rsidR="00E468C6" w:rsidRDefault="004760EB" w:rsidP="000A1EBD">
            <w:pPr>
              <w:spacing w:line="240" w:lineRule="exact"/>
              <w:jc w:val="center"/>
            </w:pPr>
            <w:proofErr w:type="spellStart"/>
            <w:r>
              <w:t>専門家等謝金・旅費</w:t>
            </w:r>
            <w:proofErr w:type="spellEnd"/>
          </w:p>
        </w:tc>
        <w:tc>
          <w:tcPr>
            <w:tcW w:w="4247" w:type="dxa"/>
            <w:shd w:val="clear" w:color="auto" w:fill="F8FBFD"/>
            <w:tcMar>
              <w:top w:w="80" w:type="dxa"/>
              <w:left w:w="100" w:type="dxa"/>
              <w:bottom w:w="80" w:type="dxa"/>
              <w:right w:w="100" w:type="dxa"/>
            </w:tcMar>
            <w:vAlign w:val="center"/>
          </w:tcPr>
          <w:p w14:paraId="2809022B" w14:textId="77777777" w:rsidR="00E468C6" w:rsidRDefault="004760EB" w:rsidP="000A1EBD">
            <w:pPr>
              <w:spacing w:line="240" w:lineRule="exact"/>
              <w:rPr>
                <w:lang w:eastAsia="ja-JP"/>
              </w:rPr>
            </w:pPr>
            <w:r>
              <w:rPr>
                <w:lang w:eastAsia="ja-JP"/>
              </w:rPr>
              <w:t>外部専門家の謝金・旅費</w:t>
            </w:r>
          </w:p>
        </w:tc>
        <w:tc>
          <w:tcPr>
            <w:tcW w:w="3855" w:type="dxa"/>
            <w:shd w:val="clear" w:color="auto" w:fill="F8FBFD"/>
            <w:tcMar>
              <w:top w:w="80" w:type="dxa"/>
              <w:left w:w="100" w:type="dxa"/>
              <w:bottom w:w="80" w:type="dxa"/>
              <w:right w:w="100" w:type="dxa"/>
            </w:tcMar>
            <w:vAlign w:val="center"/>
          </w:tcPr>
          <w:p w14:paraId="7CA4F0B4" w14:textId="13F3C7E5" w:rsidR="00E468C6" w:rsidRDefault="004760EB" w:rsidP="000A1EBD">
            <w:pPr>
              <w:spacing w:line="240" w:lineRule="exact"/>
              <w:rPr>
                <w:lang w:eastAsia="ja-JP"/>
              </w:rPr>
            </w:pPr>
            <w:r>
              <w:rPr>
                <w:lang w:eastAsia="ja-JP"/>
              </w:rPr>
              <w:t>単価根拠、契約、成果物の帰属を確認</w:t>
            </w:r>
          </w:p>
        </w:tc>
      </w:tr>
      <w:tr w:rsidR="00E468C6" w14:paraId="4AFE965D" w14:textId="77777777" w:rsidTr="00E72EA1">
        <w:trPr>
          <w:jc w:val="center"/>
        </w:trPr>
        <w:tc>
          <w:tcPr>
            <w:tcW w:w="1589" w:type="dxa"/>
            <w:tcMar>
              <w:top w:w="80" w:type="dxa"/>
              <w:left w:w="100" w:type="dxa"/>
              <w:bottom w:w="80" w:type="dxa"/>
              <w:right w:w="100" w:type="dxa"/>
            </w:tcMar>
            <w:vAlign w:val="center"/>
          </w:tcPr>
          <w:p w14:paraId="174760E3" w14:textId="77777777" w:rsidR="00E468C6" w:rsidRDefault="004760EB" w:rsidP="000A1EBD">
            <w:pPr>
              <w:spacing w:line="240" w:lineRule="exact"/>
              <w:jc w:val="center"/>
            </w:pPr>
            <w:proofErr w:type="spellStart"/>
            <w:r>
              <w:t>委託・外注費</w:t>
            </w:r>
            <w:proofErr w:type="spellEnd"/>
          </w:p>
        </w:tc>
        <w:tc>
          <w:tcPr>
            <w:tcW w:w="4247" w:type="dxa"/>
            <w:tcMar>
              <w:top w:w="80" w:type="dxa"/>
              <w:left w:w="100" w:type="dxa"/>
              <w:bottom w:w="80" w:type="dxa"/>
              <w:right w:w="100" w:type="dxa"/>
            </w:tcMar>
            <w:vAlign w:val="center"/>
          </w:tcPr>
          <w:p w14:paraId="285C9E9C" w14:textId="77777777" w:rsidR="00E468C6" w:rsidRDefault="004760EB" w:rsidP="000A1EBD">
            <w:pPr>
              <w:spacing w:line="240" w:lineRule="exact"/>
              <w:rPr>
                <w:lang w:eastAsia="ja-JP"/>
              </w:rPr>
            </w:pPr>
            <w:r>
              <w:rPr>
                <w:lang w:eastAsia="ja-JP"/>
              </w:rPr>
              <w:t>調査、試験分析、評価、加工、設計、プログラム開発等</w:t>
            </w:r>
          </w:p>
        </w:tc>
        <w:tc>
          <w:tcPr>
            <w:tcW w:w="3855" w:type="dxa"/>
            <w:tcMar>
              <w:top w:w="80" w:type="dxa"/>
              <w:left w:w="100" w:type="dxa"/>
              <w:bottom w:w="80" w:type="dxa"/>
              <w:right w:w="100" w:type="dxa"/>
            </w:tcMar>
            <w:vAlign w:val="center"/>
          </w:tcPr>
          <w:p w14:paraId="043D9EB7" w14:textId="413BDF1B" w:rsidR="00E468C6" w:rsidRDefault="004760EB" w:rsidP="000A1EBD">
            <w:pPr>
              <w:spacing w:line="240" w:lineRule="exact"/>
              <w:rPr>
                <w:lang w:eastAsia="ja-JP"/>
              </w:rPr>
            </w:pPr>
            <w:r>
              <w:rPr>
                <w:lang w:eastAsia="ja-JP"/>
              </w:rPr>
              <w:t>契約内容、成果物、検収を明確化</w:t>
            </w:r>
          </w:p>
        </w:tc>
      </w:tr>
      <w:tr w:rsidR="00E468C6" w14:paraId="1EBD7C88" w14:textId="77777777" w:rsidTr="00E72EA1">
        <w:trPr>
          <w:jc w:val="center"/>
        </w:trPr>
        <w:tc>
          <w:tcPr>
            <w:tcW w:w="1589" w:type="dxa"/>
            <w:shd w:val="clear" w:color="auto" w:fill="F8FBFD"/>
            <w:tcMar>
              <w:top w:w="80" w:type="dxa"/>
              <w:left w:w="100" w:type="dxa"/>
              <w:bottom w:w="80" w:type="dxa"/>
              <w:right w:w="100" w:type="dxa"/>
            </w:tcMar>
            <w:vAlign w:val="center"/>
          </w:tcPr>
          <w:p w14:paraId="23DB5D5B" w14:textId="77777777" w:rsidR="00E468C6" w:rsidRDefault="004760EB" w:rsidP="000A1EBD">
            <w:pPr>
              <w:spacing w:line="240" w:lineRule="exact"/>
              <w:jc w:val="center"/>
            </w:pPr>
            <w:proofErr w:type="spellStart"/>
            <w:r>
              <w:t>役務費</w:t>
            </w:r>
            <w:proofErr w:type="spellEnd"/>
          </w:p>
        </w:tc>
        <w:tc>
          <w:tcPr>
            <w:tcW w:w="4247" w:type="dxa"/>
            <w:shd w:val="clear" w:color="auto" w:fill="F8FBFD"/>
            <w:tcMar>
              <w:top w:w="80" w:type="dxa"/>
              <w:left w:w="100" w:type="dxa"/>
              <w:bottom w:w="80" w:type="dxa"/>
              <w:right w:w="100" w:type="dxa"/>
            </w:tcMar>
            <w:vAlign w:val="center"/>
          </w:tcPr>
          <w:p w14:paraId="3199314B" w14:textId="77777777" w:rsidR="00E468C6" w:rsidRDefault="004760EB" w:rsidP="000A1EBD">
            <w:pPr>
              <w:spacing w:line="240" w:lineRule="exact"/>
              <w:rPr>
                <w:lang w:eastAsia="ja-JP"/>
              </w:rPr>
            </w:pPr>
            <w:r>
              <w:rPr>
                <w:lang w:eastAsia="ja-JP"/>
              </w:rPr>
              <w:t>知財関連、翻訳、データ分析、ライセンス、学会参加等</w:t>
            </w:r>
          </w:p>
        </w:tc>
        <w:tc>
          <w:tcPr>
            <w:tcW w:w="3855" w:type="dxa"/>
            <w:shd w:val="clear" w:color="auto" w:fill="F8FBFD"/>
            <w:tcMar>
              <w:top w:w="80" w:type="dxa"/>
              <w:left w:w="100" w:type="dxa"/>
              <w:bottom w:w="80" w:type="dxa"/>
              <w:right w:w="100" w:type="dxa"/>
            </w:tcMar>
            <w:vAlign w:val="center"/>
          </w:tcPr>
          <w:p w14:paraId="5D04DDCA" w14:textId="30EAEF64" w:rsidR="00E468C6" w:rsidRDefault="004760EB" w:rsidP="000A1EBD">
            <w:pPr>
              <w:spacing w:line="240" w:lineRule="exact"/>
              <w:rPr>
                <w:lang w:eastAsia="ja-JP"/>
              </w:rPr>
            </w:pPr>
            <w:r>
              <w:rPr>
                <w:lang w:eastAsia="ja-JP"/>
              </w:rPr>
              <w:t>対象期間を超える利用分は按分</w:t>
            </w:r>
          </w:p>
        </w:tc>
      </w:tr>
      <w:tr w:rsidR="00E468C6" w14:paraId="6DC9513A" w14:textId="77777777" w:rsidTr="00E72EA1">
        <w:trPr>
          <w:jc w:val="center"/>
        </w:trPr>
        <w:tc>
          <w:tcPr>
            <w:tcW w:w="1589" w:type="dxa"/>
            <w:tcMar>
              <w:top w:w="80" w:type="dxa"/>
              <w:left w:w="100" w:type="dxa"/>
              <w:bottom w:w="80" w:type="dxa"/>
              <w:right w:w="100" w:type="dxa"/>
            </w:tcMar>
            <w:vAlign w:val="center"/>
          </w:tcPr>
          <w:p w14:paraId="665F2154" w14:textId="77777777" w:rsidR="00E468C6" w:rsidRDefault="004760EB" w:rsidP="000A1EBD">
            <w:pPr>
              <w:spacing w:line="240" w:lineRule="exact"/>
              <w:jc w:val="center"/>
            </w:pPr>
            <w:proofErr w:type="spellStart"/>
            <w:r>
              <w:t>展示会等出展費</w:t>
            </w:r>
            <w:proofErr w:type="spellEnd"/>
          </w:p>
        </w:tc>
        <w:tc>
          <w:tcPr>
            <w:tcW w:w="4247" w:type="dxa"/>
            <w:tcMar>
              <w:top w:w="80" w:type="dxa"/>
              <w:left w:w="100" w:type="dxa"/>
              <w:bottom w:w="80" w:type="dxa"/>
              <w:right w:w="100" w:type="dxa"/>
            </w:tcMar>
            <w:vAlign w:val="center"/>
          </w:tcPr>
          <w:p w14:paraId="6A8E8EFF" w14:textId="77777777" w:rsidR="00E468C6" w:rsidRDefault="004760EB" w:rsidP="000A1EBD">
            <w:pPr>
              <w:spacing w:line="240" w:lineRule="exact"/>
              <w:rPr>
                <w:lang w:eastAsia="ja-JP"/>
              </w:rPr>
            </w:pPr>
            <w:r>
              <w:rPr>
                <w:lang w:eastAsia="ja-JP"/>
              </w:rPr>
              <w:t>出展料、小間代、会場整備、通訳・運搬等</w:t>
            </w:r>
          </w:p>
        </w:tc>
        <w:tc>
          <w:tcPr>
            <w:tcW w:w="3855" w:type="dxa"/>
            <w:tcMar>
              <w:top w:w="80" w:type="dxa"/>
              <w:left w:w="100" w:type="dxa"/>
              <w:bottom w:w="80" w:type="dxa"/>
              <w:right w:w="100" w:type="dxa"/>
            </w:tcMar>
            <w:vAlign w:val="center"/>
          </w:tcPr>
          <w:p w14:paraId="7A10B3A9" w14:textId="3FEEAE56" w:rsidR="00E468C6" w:rsidRDefault="004760EB" w:rsidP="000A1EBD">
            <w:pPr>
              <w:spacing w:line="240" w:lineRule="exact"/>
            </w:pPr>
            <w:r>
              <w:rPr>
                <w:lang w:eastAsia="ja-JP"/>
              </w:rPr>
              <w:t>県等が支援する展示会を除く。</w:t>
            </w:r>
            <w:proofErr w:type="spellStart"/>
            <w:r>
              <w:t>社員旅費は対象外</w:t>
            </w:r>
            <w:proofErr w:type="spellEnd"/>
          </w:p>
        </w:tc>
      </w:tr>
      <w:tr w:rsidR="00E468C6" w14:paraId="7520B5ED" w14:textId="77777777" w:rsidTr="00E72EA1">
        <w:trPr>
          <w:jc w:val="center"/>
        </w:trPr>
        <w:tc>
          <w:tcPr>
            <w:tcW w:w="1589" w:type="dxa"/>
            <w:shd w:val="clear" w:color="auto" w:fill="F8FBFD"/>
            <w:tcMar>
              <w:top w:w="80" w:type="dxa"/>
              <w:left w:w="100" w:type="dxa"/>
              <w:bottom w:w="80" w:type="dxa"/>
              <w:right w:w="100" w:type="dxa"/>
            </w:tcMar>
            <w:vAlign w:val="center"/>
          </w:tcPr>
          <w:p w14:paraId="5F3E2191" w14:textId="77777777" w:rsidR="00E468C6" w:rsidRDefault="004760EB" w:rsidP="000A1EBD">
            <w:pPr>
              <w:spacing w:line="240" w:lineRule="exact"/>
              <w:jc w:val="center"/>
            </w:pPr>
            <w:proofErr w:type="spellStart"/>
            <w:r>
              <w:t>広告宣伝費</w:t>
            </w:r>
            <w:proofErr w:type="spellEnd"/>
          </w:p>
        </w:tc>
        <w:tc>
          <w:tcPr>
            <w:tcW w:w="4247" w:type="dxa"/>
            <w:shd w:val="clear" w:color="auto" w:fill="F8FBFD"/>
            <w:tcMar>
              <w:top w:w="80" w:type="dxa"/>
              <w:left w:w="100" w:type="dxa"/>
              <w:bottom w:w="80" w:type="dxa"/>
              <w:right w:w="100" w:type="dxa"/>
            </w:tcMar>
            <w:vAlign w:val="center"/>
          </w:tcPr>
          <w:p w14:paraId="6D9AAF7C" w14:textId="77777777" w:rsidR="00E468C6" w:rsidRDefault="004760EB" w:rsidP="000A1EBD">
            <w:pPr>
              <w:spacing w:line="240" w:lineRule="exact"/>
              <w:rPr>
                <w:lang w:eastAsia="ja-JP"/>
              </w:rPr>
            </w:pPr>
            <w:r>
              <w:rPr>
                <w:lang w:eastAsia="ja-JP"/>
              </w:rPr>
              <w:t>開発成果のチラシ、動画、広報媒体等</w:t>
            </w:r>
          </w:p>
        </w:tc>
        <w:tc>
          <w:tcPr>
            <w:tcW w:w="3855" w:type="dxa"/>
            <w:shd w:val="clear" w:color="auto" w:fill="F8FBFD"/>
            <w:tcMar>
              <w:top w:w="80" w:type="dxa"/>
              <w:left w:w="100" w:type="dxa"/>
              <w:bottom w:w="80" w:type="dxa"/>
              <w:right w:w="100" w:type="dxa"/>
            </w:tcMar>
            <w:vAlign w:val="center"/>
          </w:tcPr>
          <w:p w14:paraId="624B12E5" w14:textId="42A2FF5F" w:rsidR="00E468C6" w:rsidRDefault="004760EB" w:rsidP="000A1EBD">
            <w:pPr>
              <w:spacing w:line="240" w:lineRule="exact"/>
              <w:rPr>
                <w:lang w:eastAsia="ja-JP"/>
              </w:rPr>
            </w:pPr>
            <w:r>
              <w:rPr>
                <w:lang w:eastAsia="ja-JP"/>
              </w:rPr>
              <w:t>会社PR・通常営業は対象外</w:t>
            </w:r>
          </w:p>
        </w:tc>
      </w:tr>
      <w:tr w:rsidR="00E468C6" w14:paraId="79F55570" w14:textId="77777777" w:rsidTr="00E72EA1">
        <w:trPr>
          <w:jc w:val="center"/>
        </w:trPr>
        <w:tc>
          <w:tcPr>
            <w:tcW w:w="1589" w:type="dxa"/>
            <w:tcMar>
              <w:top w:w="80" w:type="dxa"/>
              <w:left w:w="100" w:type="dxa"/>
              <w:bottom w:w="80" w:type="dxa"/>
              <w:right w:w="100" w:type="dxa"/>
            </w:tcMar>
            <w:vAlign w:val="center"/>
          </w:tcPr>
          <w:p w14:paraId="02F04408" w14:textId="77777777" w:rsidR="00E468C6" w:rsidRDefault="004760EB" w:rsidP="000A1EBD">
            <w:pPr>
              <w:spacing w:line="240" w:lineRule="exact"/>
              <w:jc w:val="center"/>
            </w:pPr>
            <w:proofErr w:type="spellStart"/>
            <w:r>
              <w:t>その他経費</w:t>
            </w:r>
            <w:proofErr w:type="spellEnd"/>
          </w:p>
        </w:tc>
        <w:tc>
          <w:tcPr>
            <w:tcW w:w="4247" w:type="dxa"/>
            <w:tcMar>
              <w:top w:w="80" w:type="dxa"/>
              <w:left w:w="100" w:type="dxa"/>
              <w:bottom w:w="80" w:type="dxa"/>
              <w:right w:w="100" w:type="dxa"/>
            </w:tcMar>
            <w:vAlign w:val="center"/>
          </w:tcPr>
          <w:p w14:paraId="566E8EFE" w14:textId="77777777" w:rsidR="00E468C6" w:rsidRDefault="004760EB" w:rsidP="000A1EBD">
            <w:pPr>
              <w:spacing w:line="240" w:lineRule="exact"/>
              <w:rPr>
                <w:lang w:eastAsia="ja-JP"/>
              </w:rPr>
            </w:pPr>
            <w:r>
              <w:rPr>
                <w:lang w:eastAsia="ja-JP"/>
              </w:rPr>
              <w:t>知事が特に必要と認める経費</w:t>
            </w:r>
          </w:p>
        </w:tc>
        <w:tc>
          <w:tcPr>
            <w:tcW w:w="3855" w:type="dxa"/>
            <w:tcMar>
              <w:top w:w="80" w:type="dxa"/>
              <w:left w:w="100" w:type="dxa"/>
              <w:bottom w:w="80" w:type="dxa"/>
              <w:right w:w="100" w:type="dxa"/>
            </w:tcMar>
            <w:vAlign w:val="center"/>
          </w:tcPr>
          <w:p w14:paraId="6A7086EE" w14:textId="022BA918" w:rsidR="00E468C6" w:rsidRDefault="004760EB" w:rsidP="000A1EBD">
            <w:pPr>
              <w:spacing w:line="240" w:lineRule="exact"/>
              <w:rPr>
                <w:lang w:eastAsia="ja-JP"/>
              </w:rPr>
            </w:pPr>
            <w:r>
              <w:rPr>
                <w:lang w:eastAsia="ja-JP"/>
              </w:rPr>
              <w:t>必ず事前に県へ確認</w:t>
            </w:r>
          </w:p>
        </w:tc>
      </w:tr>
    </w:tbl>
    <w:tbl>
      <w:tblPr>
        <w:tblpPr w:leftFromText="142" w:rightFromText="142" w:vertAnchor="text" w:horzAnchor="margin" w:tblpY="204"/>
        <w:tblW w:w="0" w:type="auto"/>
        <w:tblLook w:val="04A0" w:firstRow="1" w:lastRow="0" w:firstColumn="1" w:lastColumn="0" w:noHBand="0" w:noVBand="1"/>
      </w:tblPr>
      <w:tblGrid>
        <w:gridCol w:w="10166"/>
      </w:tblGrid>
      <w:tr w:rsidR="0041377D" w14:paraId="53E03F41" w14:textId="77777777" w:rsidTr="0041377D">
        <w:tc>
          <w:tcPr>
            <w:tcW w:w="10166" w:type="dxa"/>
            <w:shd w:val="clear" w:color="auto" w:fill="E7E6E6"/>
            <w:tcMar>
              <w:top w:w="110" w:type="dxa"/>
              <w:left w:w="150" w:type="dxa"/>
              <w:bottom w:w="110" w:type="dxa"/>
              <w:right w:w="150" w:type="dxa"/>
            </w:tcMar>
          </w:tcPr>
          <w:p w14:paraId="0F34E576" w14:textId="77777777" w:rsidR="0041377D" w:rsidRDefault="0041377D" w:rsidP="0041377D">
            <w:pPr>
              <w:spacing w:after="40"/>
              <w:rPr>
                <w:lang w:eastAsia="ja-JP"/>
              </w:rPr>
            </w:pPr>
            <w:r>
              <w:rPr>
                <w:b/>
                <w:lang w:eastAsia="ja-JP"/>
              </w:rPr>
              <w:t>共通の判断</w:t>
            </w:r>
            <w:r>
              <w:rPr>
                <w:rFonts w:hint="eastAsia"/>
                <w:b/>
                <w:lang w:eastAsia="ja-JP"/>
              </w:rPr>
              <w:t>基準</w:t>
            </w:r>
          </w:p>
          <w:p w14:paraId="7B53AB51" w14:textId="77777777" w:rsidR="0041377D" w:rsidRDefault="0041377D" w:rsidP="0041377D">
            <w:pPr>
              <w:spacing w:after="0" w:line="259" w:lineRule="auto"/>
              <w:rPr>
                <w:lang w:eastAsia="ja-JP"/>
              </w:rPr>
            </w:pPr>
            <w:r>
              <w:rPr>
                <w:lang w:eastAsia="ja-JP"/>
              </w:rPr>
              <w:t>「事業に直接必要」「交付決定内容と一致」「対象期間内」「金額が妥当」「証拠書類で説明できる」の全部を満たす必要があります。</w:t>
            </w:r>
          </w:p>
        </w:tc>
      </w:tr>
    </w:tbl>
    <w:p w14:paraId="3A46F59D" w14:textId="77777777" w:rsidR="00E468C6" w:rsidRDefault="00E468C6">
      <w:pPr>
        <w:spacing w:after="0"/>
        <w:rPr>
          <w:lang w:eastAsia="ja-JP"/>
        </w:rPr>
      </w:pPr>
    </w:p>
    <w:p w14:paraId="471365DE" w14:textId="7FF3384A" w:rsidR="006B45B3" w:rsidRDefault="006B45B3" w:rsidP="006B45B3">
      <w:pPr>
        <w:pStyle w:val="21"/>
        <w:spacing w:before="120" w:after="60"/>
        <w:rPr>
          <w:lang w:eastAsia="ja-JP"/>
        </w:rPr>
      </w:pPr>
      <w:r>
        <w:rPr>
          <w:sz w:val="21"/>
        </w:rPr>
        <w:t>4-1</w:t>
      </w:r>
      <w:r>
        <w:rPr>
          <w:sz w:val="21"/>
        </w:rPr>
        <w:t xml:space="preserve">　</w:t>
      </w:r>
      <w:r>
        <w:rPr>
          <w:rFonts w:hint="eastAsia"/>
          <w:sz w:val="21"/>
          <w:lang w:eastAsia="ja-JP"/>
        </w:rPr>
        <w:t>人件費</w:t>
      </w:r>
    </w:p>
    <w:p w14:paraId="5C3DA873" w14:textId="5EFF0BF3" w:rsidR="0047112B" w:rsidRPr="0047112B" w:rsidRDefault="00686E08" w:rsidP="0047112B">
      <w:pPr>
        <w:pStyle w:val="a0"/>
        <w:rPr>
          <w:sz w:val="17"/>
          <w:szCs w:val="17"/>
          <w:lang w:eastAsia="ja-JP"/>
        </w:rPr>
      </w:pPr>
      <w:r w:rsidRPr="00686E08">
        <w:rPr>
          <w:rFonts w:hint="eastAsia"/>
          <w:szCs w:val="17"/>
          <w:lang w:eastAsia="ja-JP"/>
        </w:rPr>
        <w:t>技術検証、試作開発、設計、試験、評価等に直接従事した時間に係る給与が対象</w:t>
      </w:r>
      <w:r w:rsidR="0047112B">
        <w:rPr>
          <w:rFonts w:hint="eastAsia"/>
          <w:szCs w:val="17"/>
          <w:lang w:eastAsia="ja-JP"/>
        </w:rPr>
        <w:t>。</w:t>
      </w:r>
    </w:p>
    <w:p w14:paraId="48266256" w14:textId="36E66B40" w:rsidR="00686E08" w:rsidRPr="00686E08" w:rsidRDefault="00686E08" w:rsidP="00686E08">
      <w:pPr>
        <w:pStyle w:val="a0"/>
        <w:rPr>
          <w:sz w:val="17"/>
          <w:szCs w:val="17"/>
          <w:lang w:eastAsia="ja-JP"/>
        </w:rPr>
      </w:pPr>
      <w:r w:rsidRPr="00686E08">
        <w:rPr>
          <w:rFonts w:hint="eastAsia"/>
          <w:szCs w:val="17"/>
          <w:lang w:eastAsia="ja-JP"/>
        </w:rPr>
        <w:t>販路開拓、営業活動、通常業務及び補助事業と直接関係しない事務作業は対象外</w:t>
      </w:r>
      <w:r w:rsidR="0047112B">
        <w:rPr>
          <w:rFonts w:hint="eastAsia"/>
          <w:szCs w:val="17"/>
          <w:lang w:eastAsia="ja-JP"/>
        </w:rPr>
        <w:t>。</w:t>
      </w:r>
    </w:p>
    <w:p w14:paraId="039746FA" w14:textId="4A5D8961" w:rsidR="00686E08" w:rsidRPr="00686E08" w:rsidRDefault="00686E08" w:rsidP="00686E08">
      <w:pPr>
        <w:pStyle w:val="a0"/>
        <w:rPr>
          <w:sz w:val="17"/>
          <w:szCs w:val="17"/>
          <w:lang w:eastAsia="ja-JP"/>
        </w:rPr>
      </w:pPr>
      <w:r w:rsidRPr="00686E08">
        <w:rPr>
          <w:rFonts w:hint="eastAsia"/>
          <w:szCs w:val="17"/>
          <w:lang w:eastAsia="ja-JP"/>
        </w:rPr>
        <w:t>航空・宇宙機器関連分野では人件費は補助対象外</w:t>
      </w:r>
      <w:r w:rsidR="0047112B">
        <w:rPr>
          <w:rFonts w:hint="eastAsia"/>
          <w:szCs w:val="17"/>
          <w:lang w:eastAsia="ja-JP"/>
        </w:rPr>
        <w:t>。</w:t>
      </w:r>
    </w:p>
    <w:p w14:paraId="5D8A8E1B" w14:textId="021FD8D0" w:rsidR="00686E08" w:rsidRPr="00686E08" w:rsidRDefault="00686E08" w:rsidP="00686E08">
      <w:pPr>
        <w:pStyle w:val="a0"/>
        <w:rPr>
          <w:sz w:val="17"/>
          <w:szCs w:val="17"/>
          <w:lang w:eastAsia="ja-JP"/>
        </w:rPr>
      </w:pPr>
      <w:r w:rsidRPr="00686E08">
        <w:rPr>
          <w:rFonts w:hint="eastAsia"/>
          <w:szCs w:val="17"/>
          <w:lang w:eastAsia="ja-JP"/>
        </w:rPr>
        <w:t>人件費単価に補助事業へ直接従事した時間を乗じて算定し、実際に支払われた給与額を上限とする</w:t>
      </w:r>
      <w:r w:rsidR="0047112B">
        <w:rPr>
          <w:rFonts w:hint="eastAsia"/>
          <w:szCs w:val="17"/>
          <w:lang w:eastAsia="ja-JP"/>
        </w:rPr>
        <w:t>。</w:t>
      </w:r>
    </w:p>
    <w:p w14:paraId="277A7EDF" w14:textId="57BA62E9" w:rsidR="00686E08" w:rsidRPr="00686E08" w:rsidRDefault="00686E08" w:rsidP="00686E08">
      <w:pPr>
        <w:pStyle w:val="a0"/>
        <w:rPr>
          <w:sz w:val="17"/>
          <w:szCs w:val="17"/>
          <w:lang w:eastAsia="ja-JP"/>
        </w:rPr>
      </w:pPr>
      <w:r w:rsidRPr="00686E08">
        <w:rPr>
          <w:rFonts w:hint="eastAsia"/>
          <w:szCs w:val="17"/>
          <w:lang w:eastAsia="ja-JP"/>
        </w:rPr>
        <w:t>従事者ごと、月ごとに補助業務従事日誌を作成し、勤務記録と整合させる</w:t>
      </w:r>
      <w:r w:rsidR="00577A9A">
        <w:rPr>
          <w:rFonts w:hint="eastAsia"/>
          <w:szCs w:val="17"/>
          <w:lang w:eastAsia="ja-JP"/>
        </w:rPr>
        <w:t>。</w:t>
      </w:r>
    </w:p>
    <w:p w14:paraId="2161FB6B" w14:textId="619F3398" w:rsidR="00686E08" w:rsidRPr="00577A9A" w:rsidRDefault="00686E08" w:rsidP="00577A9A">
      <w:pPr>
        <w:pStyle w:val="a0"/>
        <w:rPr>
          <w:sz w:val="17"/>
          <w:szCs w:val="17"/>
          <w:lang w:eastAsia="ja-JP"/>
        </w:rPr>
      </w:pPr>
      <w:r w:rsidRPr="00686E08">
        <w:rPr>
          <w:rFonts w:hint="eastAsia"/>
          <w:szCs w:val="17"/>
          <w:lang w:eastAsia="ja-JP"/>
        </w:rPr>
        <w:t>人件費単価及び支給実績を確認できる給与資料、健保等級資料、雇用契約書等を整備する</w:t>
      </w:r>
      <w:r w:rsidR="00577A9A">
        <w:rPr>
          <w:rFonts w:hint="eastAsia"/>
          <w:szCs w:val="17"/>
          <w:lang w:eastAsia="ja-JP"/>
        </w:rPr>
        <w:t>。</w:t>
      </w:r>
    </w:p>
    <w:p w14:paraId="4D312090" w14:textId="2678C0EF" w:rsidR="00E468C6" w:rsidRPr="00686E08" w:rsidRDefault="00686E08" w:rsidP="00686E08">
      <w:pPr>
        <w:pStyle w:val="a0"/>
        <w:rPr>
          <w:sz w:val="17"/>
          <w:szCs w:val="17"/>
          <w:lang w:eastAsia="ja-JP"/>
        </w:rPr>
      </w:pPr>
      <w:r w:rsidRPr="00686E08">
        <w:rPr>
          <w:rFonts w:hint="eastAsia"/>
          <w:szCs w:val="17"/>
          <w:lang w:eastAsia="ja-JP"/>
        </w:rPr>
        <w:t>詳細な算定方法及び必要書類は、第</w:t>
      </w:r>
      <w:r w:rsidRPr="00686E08">
        <w:rPr>
          <w:szCs w:val="17"/>
          <w:lang w:eastAsia="ja-JP"/>
        </w:rPr>
        <w:t>5章「人件費」を確認</w:t>
      </w:r>
      <w:r w:rsidR="0047112B">
        <w:rPr>
          <w:rFonts w:hint="eastAsia"/>
          <w:szCs w:val="17"/>
          <w:lang w:eastAsia="ja-JP"/>
        </w:rPr>
        <w:t>。</w:t>
      </w:r>
    </w:p>
    <w:p w14:paraId="70BB1E2F" w14:textId="59B801F1" w:rsidR="00E468C6" w:rsidRDefault="004760EB">
      <w:pPr>
        <w:pStyle w:val="21"/>
        <w:spacing w:before="120" w:after="60"/>
      </w:pPr>
      <w:r>
        <w:rPr>
          <w:sz w:val="21"/>
        </w:rPr>
        <w:t>4-</w:t>
      </w:r>
      <w:r w:rsidR="009A033E">
        <w:rPr>
          <w:rFonts w:hint="eastAsia"/>
          <w:sz w:val="21"/>
          <w:lang w:eastAsia="ja-JP"/>
        </w:rPr>
        <w:t>2</w:t>
      </w:r>
      <w:r>
        <w:rPr>
          <w:sz w:val="21"/>
        </w:rPr>
        <w:t xml:space="preserve">　</w:t>
      </w:r>
      <w:proofErr w:type="spellStart"/>
      <w:r>
        <w:rPr>
          <w:sz w:val="21"/>
        </w:rPr>
        <w:t>設備備品費</w:t>
      </w:r>
      <w:proofErr w:type="spellEnd"/>
    </w:p>
    <w:p w14:paraId="5581E42A" w14:textId="51709383" w:rsidR="00E468C6" w:rsidRDefault="004760EB">
      <w:pPr>
        <w:pStyle w:val="a0"/>
        <w:spacing w:after="40" w:line="259" w:lineRule="auto"/>
        <w:rPr>
          <w:lang w:eastAsia="ja-JP"/>
        </w:rPr>
      </w:pPr>
      <w:r>
        <w:rPr>
          <w:lang w:eastAsia="ja-JP"/>
        </w:rPr>
        <w:t>自社で機械設備等を製作する場合の購入部品は設備備品費として整理する</w:t>
      </w:r>
      <w:r w:rsidR="00547D04">
        <w:rPr>
          <w:rFonts w:hint="eastAsia"/>
          <w:lang w:eastAsia="ja-JP"/>
        </w:rPr>
        <w:t>。</w:t>
      </w:r>
    </w:p>
    <w:p w14:paraId="731AF918" w14:textId="4FF06CE9" w:rsidR="00E468C6" w:rsidRDefault="004760EB">
      <w:pPr>
        <w:pStyle w:val="a0"/>
        <w:spacing w:after="40" w:line="259" w:lineRule="auto"/>
        <w:rPr>
          <w:lang w:eastAsia="ja-JP"/>
        </w:rPr>
      </w:pPr>
      <w:r>
        <w:rPr>
          <w:lang w:eastAsia="ja-JP"/>
        </w:rPr>
        <w:t>設置場所の整備工事、基礎工事は対象外</w:t>
      </w:r>
      <w:r w:rsidR="00547D04">
        <w:rPr>
          <w:rFonts w:hint="eastAsia"/>
          <w:lang w:eastAsia="ja-JP"/>
        </w:rPr>
        <w:t>。</w:t>
      </w:r>
    </w:p>
    <w:p w14:paraId="6CD305C0" w14:textId="3FB36D77" w:rsidR="00E468C6" w:rsidRDefault="004760EB">
      <w:pPr>
        <w:pStyle w:val="a0"/>
        <w:spacing w:after="40" w:line="259" w:lineRule="auto"/>
        <w:rPr>
          <w:lang w:eastAsia="ja-JP"/>
        </w:rPr>
      </w:pPr>
      <w:r>
        <w:rPr>
          <w:lang w:eastAsia="ja-JP"/>
        </w:rPr>
        <w:t>賃借料は対象期間分のみ。契約期間が対象期間を超える場合は合理的に按分する</w:t>
      </w:r>
      <w:r w:rsidR="00547D04">
        <w:rPr>
          <w:rFonts w:hint="eastAsia"/>
          <w:lang w:eastAsia="ja-JP"/>
        </w:rPr>
        <w:t>。</w:t>
      </w:r>
    </w:p>
    <w:p w14:paraId="746D737E" w14:textId="77777777" w:rsidR="00F45926" w:rsidRPr="00F45926" w:rsidRDefault="004760EB" w:rsidP="00F45926">
      <w:pPr>
        <w:pStyle w:val="a0"/>
        <w:spacing w:after="40" w:line="259" w:lineRule="auto"/>
        <w:rPr>
          <w:lang w:eastAsia="ja-JP"/>
        </w:rPr>
      </w:pPr>
      <w:r>
        <w:rPr>
          <w:lang w:eastAsia="ja-JP"/>
        </w:rPr>
        <w:t>補助事業以外にも利用可能な汎用設備は対象外</w:t>
      </w:r>
      <w:r w:rsidR="00547D04">
        <w:rPr>
          <w:rFonts w:hint="eastAsia"/>
          <w:lang w:eastAsia="ja-JP"/>
        </w:rPr>
        <w:t>。</w:t>
      </w:r>
    </w:p>
    <w:p w14:paraId="1007705A" w14:textId="2A62C1E1" w:rsidR="00F45926" w:rsidRDefault="00C54E71" w:rsidP="00F45926">
      <w:pPr>
        <w:pStyle w:val="a0"/>
        <w:spacing w:after="40" w:line="259" w:lineRule="auto"/>
        <w:rPr>
          <w:lang w:eastAsia="ja-JP"/>
        </w:rPr>
      </w:pPr>
      <w:r w:rsidRPr="00F45926">
        <w:rPr>
          <w:lang w:eastAsia="ja-JP"/>
        </w:rPr>
        <w:t>1件当たりの取得価格が50万円以上の財産は、処分制限財産として管理する。</w:t>
      </w:r>
      <w:r w:rsidR="00805508">
        <w:rPr>
          <w:rFonts w:hint="eastAsia"/>
          <w:lang w:eastAsia="ja-JP"/>
        </w:rPr>
        <w:t>（参考様式５）</w:t>
      </w:r>
    </w:p>
    <w:p w14:paraId="38441E11" w14:textId="08E295A5" w:rsidR="00BA1F2A" w:rsidRPr="00393CAD" w:rsidRDefault="00393CAD" w:rsidP="00393CAD">
      <w:pPr>
        <w:pStyle w:val="a0"/>
        <w:rPr>
          <w:lang w:eastAsia="ja-JP"/>
        </w:rPr>
      </w:pPr>
      <w:r w:rsidRPr="00393CAD">
        <w:rPr>
          <w:lang w:eastAsia="ja-JP"/>
        </w:rPr>
        <w:t>取得した設備・備品は、補助事業名、取得年月日</w:t>
      </w:r>
      <w:r w:rsidR="00E36802">
        <w:rPr>
          <w:rFonts w:hint="eastAsia"/>
          <w:lang w:eastAsia="ja-JP"/>
        </w:rPr>
        <w:t>、</w:t>
      </w:r>
      <w:r w:rsidR="00E36802" w:rsidRPr="00E36802">
        <w:rPr>
          <w:rFonts w:hint="eastAsia"/>
          <w:lang w:eastAsia="ja-JP"/>
        </w:rPr>
        <w:t>財産管理番号</w:t>
      </w:r>
      <w:r w:rsidRPr="00393CAD">
        <w:rPr>
          <w:lang w:eastAsia="ja-JP"/>
        </w:rPr>
        <w:t>等を記載したラベル</w:t>
      </w:r>
      <w:r>
        <w:rPr>
          <w:rFonts w:hint="eastAsia"/>
          <w:lang w:eastAsia="ja-JP"/>
        </w:rPr>
        <w:t>（シール）</w:t>
      </w:r>
      <w:r w:rsidRPr="00393CAD">
        <w:rPr>
          <w:lang w:eastAsia="ja-JP"/>
        </w:rPr>
        <w:t>を貼付するなど、補助対象財産であることが</w:t>
      </w:r>
      <w:r w:rsidR="00D45CDD">
        <w:rPr>
          <w:rFonts w:hint="eastAsia"/>
          <w:lang w:eastAsia="ja-JP"/>
        </w:rPr>
        <w:t>識別できるようにしてください</w:t>
      </w:r>
      <w:r w:rsidRPr="00393CAD">
        <w:rPr>
          <w:lang w:eastAsia="ja-JP"/>
        </w:rPr>
        <w:t>。</w:t>
      </w:r>
    </w:p>
    <w:p w14:paraId="57C26ED5" w14:textId="4C6D1690" w:rsidR="00E468C6" w:rsidRDefault="004760EB">
      <w:pPr>
        <w:pStyle w:val="21"/>
        <w:spacing w:before="120" w:after="60"/>
      </w:pPr>
      <w:proofErr w:type="spellStart"/>
      <w:r>
        <w:rPr>
          <w:sz w:val="21"/>
        </w:rPr>
        <w:lastRenderedPageBreak/>
        <w:t>必要書類の例</w:t>
      </w:r>
      <w:proofErr w:type="spellEnd"/>
    </w:p>
    <w:p w14:paraId="5922D751" w14:textId="77777777" w:rsidR="00E468C6" w:rsidRDefault="004760EB">
      <w:pPr>
        <w:pStyle w:val="a0"/>
        <w:spacing w:after="40" w:line="259" w:lineRule="auto"/>
        <w:rPr>
          <w:lang w:eastAsia="ja-JP"/>
        </w:rPr>
      </w:pPr>
      <w:r>
        <w:rPr>
          <w:lang w:eastAsia="ja-JP"/>
        </w:rPr>
        <w:t>見積書、仕様書、カタログ、選定理由書</w:t>
      </w:r>
    </w:p>
    <w:p w14:paraId="28AB1485" w14:textId="77777777" w:rsidR="00E468C6" w:rsidRDefault="004760EB">
      <w:pPr>
        <w:pStyle w:val="a0"/>
        <w:spacing w:after="40" w:line="259" w:lineRule="auto"/>
        <w:rPr>
          <w:lang w:eastAsia="ja-JP"/>
        </w:rPr>
      </w:pPr>
      <w:r>
        <w:rPr>
          <w:lang w:eastAsia="ja-JP"/>
        </w:rPr>
        <w:t>注文書・契約書、納品書、検収記録、請求書、支払証憑</w:t>
      </w:r>
    </w:p>
    <w:p w14:paraId="463F00D7" w14:textId="42443106" w:rsidR="00E468C6" w:rsidRDefault="004760EB">
      <w:pPr>
        <w:pStyle w:val="a0"/>
        <w:spacing w:after="40" w:line="259" w:lineRule="auto"/>
        <w:rPr>
          <w:lang w:eastAsia="ja-JP"/>
        </w:rPr>
      </w:pPr>
      <w:r>
        <w:rPr>
          <w:lang w:eastAsia="ja-JP"/>
        </w:rPr>
        <w:t>設備全体、型式・製造番号、設置場所が分かる写真</w:t>
      </w:r>
      <w:r w:rsidR="00DC0AB1">
        <w:rPr>
          <w:rFonts w:hint="eastAsia"/>
          <w:lang w:eastAsia="ja-JP"/>
        </w:rPr>
        <w:t>（参考様式４）</w:t>
      </w:r>
    </w:p>
    <w:p w14:paraId="7A101FBA" w14:textId="181B1FF5" w:rsidR="00E468C6" w:rsidRDefault="004760EB">
      <w:pPr>
        <w:pStyle w:val="21"/>
        <w:spacing w:before="120" w:after="60"/>
      </w:pPr>
      <w:r>
        <w:rPr>
          <w:sz w:val="21"/>
        </w:rPr>
        <w:t>4-</w:t>
      </w:r>
      <w:r w:rsidR="00547D04">
        <w:rPr>
          <w:rFonts w:hint="eastAsia"/>
          <w:sz w:val="21"/>
          <w:lang w:eastAsia="ja-JP"/>
        </w:rPr>
        <w:t>3</w:t>
      </w:r>
      <w:r>
        <w:rPr>
          <w:sz w:val="21"/>
        </w:rPr>
        <w:t xml:space="preserve">　</w:t>
      </w:r>
      <w:proofErr w:type="spellStart"/>
      <w:r>
        <w:rPr>
          <w:sz w:val="21"/>
        </w:rPr>
        <w:t>原材料・消耗品費</w:t>
      </w:r>
      <w:proofErr w:type="spellEnd"/>
    </w:p>
    <w:p w14:paraId="579E2ACA" w14:textId="7D8D4916" w:rsidR="00E468C6" w:rsidRDefault="004760EB">
      <w:pPr>
        <w:pStyle w:val="a0"/>
        <w:spacing w:after="40" w:line="259" w:lineRule="auto"/>
        <w:rPr>
          <w:lang w:eastAsia="ja-JP"/>
        </w:rPr>
      </w:pPr>
      <w:r>
        <w:rPr>
          <w:lang w:eastAsia="ja-JP"/>
        </w:rPr>
        <w:t>購入量は事業に必要な最小限とする</w:t>
      </w:r>
      <w:r w:rsidR="001F1F0E">
        <w:rPr>
          <w:rFonts w:hint="eastAsia"/>
          <w:lang w:eastAsia="ja-JP"/>
        </w:rPr>
        <w:t>。</w:t>
      </w:r>
    </w:p>
    <w:p w14:paraId="7CFD1C03" w14:textId="599C952F" w:rsidR="005D2FD1" w:rsidRDefault="004760EB" w:rsidP="005D2FD1">
      <w:pPr>
        <w:pStyle w:val="a0"/>
        <w:spacing w:after="40" w:line="259" w:lineRule="auto"/>
        <w:rPr>
          <w:lang w:eastAsia="ja-JP"/>
        </w:rPr>
      </w:pPr>
      <w:r>
        <w:rPr>
          <w:lang w:eastAsia="ja-JP"/>
        </w:rPr>
        <w:t>受入れ、払出し、使用目的、在庫、未使用残存量を受払簿へ記録する。（参考様式</w:t>
      </w:r>
      <w:r w:rsidR="00F223CC">
        <w:rPr>
          <w:rFonts w:hint="eastAsia"/>
          <w:lang w:eastAsia="ja-JP"/>
        </w:rPr>
        <w:t>１</w:t>
      </w:r>
      <w:r>
        <w:rPr>
          <w:lang w:eastAsia="ja-JP"/>
        </w:rPr>
        <w:t>）</w:t>
      </w:r>
    </w:p>
    <w:p w14:paraId="335B64E6" w14:textId="0A0621AE" w:rsidR="005D2FD1" w:rsidRDefault="004760EB" w:rsidP="005D2FD1">
      <w:pPr>
        <w:pStyle w:val="a0"/>
        <w:spacing w:after="40" w:line="259" w:lineRule="auto"/>
        <w:rPr>
          <w:lang w:eastAsia="ja-JP"/>
        </w:rPr>
      </w:pPr>
      <w:r>
        <w:rPr>
          <w:lang w:eastAsia="ja-JP"/>
        </w:rPr>
        <w:t>事業完了時の未使用残存品は</w:t>
      </w:r>
      <w:r w:rsidR="007E59E8">
        <w:rPr>
          <w:rFonts w:hint="eastAsia"/>
          <w:lang w:eastAsia="ja-JP"/>
        </w:rPr>
        <w:t>、</w:t>
      </w:r>
      <w:r>
        <w:rPr>
          <w:lang w:eastAsia="ja-JP"/>
        </w:rPr>
        <w:t>対象経費から除外する</w:t>
      </w:r>
      <w:r w:rsidR="008A02A6">
        <w:rPr>
          <w:rFonts w:hint="eastAsia"/>
          <w:lang w:eastAsia="ja-JP"/>
        </w:rPr>
        <w:t>。</w:t>
      </w:r>
    </w:p>
    <w:p w14:paraId="72F655BA" w14:textId="0C7B54A2" w:rsidR="005D2FD1" w:rsidRDefault="004760EB" w:rsidP="005D2FD1">
      <w:pPr>
        <w:pStyle w:val="a0"/>
        <w:spacing w:after="40" w:line="259" w:lineRule="auto"/>
        <w:rPr>
          <w:lang w:eastAsia="ja-JP"/>
        </w:rPr>
      </w:pPr>
      <w:r>
        <w:rPr>
          <w:lang w:eastAsia="ja-JP"/>
        </w:rPr>
        <w:t>仕損品やテストピースは保管する。困難な場合は品名・数量・撮影日が分かる写真を残す</w:t>
      </w:r>
      <w:r w:rsidR="005D2FD1">
        <w:rPr>
          <w:rFonts w:hint="eastAsia"/>
          <w:lang w:eastAsia="ja-JP"/>
        </w:rPr>
        <w:t>。</w:t>
      </w:r>
    </w:p>
    <w:tbl>
      <w:tblPr>
        <w:tblpPr w:leftFromText="142" w:rightFromText="142" w:vertAnchor="text" w:horzAnchor="margin" w:tblpY="92"/>
        <w:tblW w:w="0" w:type="auto"/>
        <w:tblLook w:val="04A0" w:firstRow="1" w:lastRow="0" w:firstColumn="1" w:lastColumn="0" w:noHBand="0" w:noVBand="1"/>
      </w:tblPr>
      <w:tblGrid>
        <w:gridCol w:w="10166"/>
      </w:tblGrid>
      <w:tr w:rsidR="00A90CA2" w14:paraId="56EAEEF8" w14:textId="77777777" w:rsidTr="00A90CA2">
        <w:tc>
          <w:tcPr>
            <w:tcW w:w="10166" w:type="dxa"/>
            <w:shd w:val="clear" w:color="auto" w:fill="E2F0D9"/>
            <w:tcMar>
              <w:top w:w="110" w:type="dxa"/>
              <w:left w:w="150" w:type="dxa"/>
              <w:bottom w:w="110" w:type="dxa"/>
              <w:right w:w="150" w:type="dxa"/>
            </w:tcMar>
          </w:tcPr>
          <w:p w14:paraId="0BB80485" w14:textId="77777777" w:rsidR="00A90CA2" w:rsidRDefault="00A90CA2" w:rsidP="00A90CA2">
            <w:pPr>
              <w:spacing w:after="40"/>
              <w:rPr>
                <w:lang w:eastAsia="ja-JP"/>
              </w:rPr>
            </w:pPr>
            <w:r>
              <w:rPr>
                <w:b/>
                <w:color w:val="375623"/>
                <w:lang w:eastAsia="ja-JP"/>
              </w:rPr>
              <w:t>残存品の控除例</w:t>
            </w:r>
          </w:p>
          <w:p w14:paraId="2D920C34" w14:textId="77777777" w:rsidR="00A90CA2" w:rsidRDefault="00A90CA2" w:rsidP="00A90CA2">
            <w:pPr>
              <w:spacing w:after="0" w:line="259" w:lineRule="auto"/>
              <w:rPr>
                <w:lang w:eastAsia="ja-JP"/>
              </w:rPr>
            </w:pPr>
            <w:r>
              <w:rPr>
                <w:lang w:eastAsia="ja-JP"/>
              </w:rPr>
              <w:t>100個を15万円（税抜）で購入し、70個を使用、30個が未使用の場合、原則として未使用30個分の4万5千円を補助対象経費から除外します。</w:t>
            </w:r>
          </w:p>
        </w:tc>
      </w:tr>
    </w:tbl>
    <w:p w14:paraId="76F8331E" w14:textId="77777777" w:rsidR="00A90CA2" w:rsidRDefault="00A90CA2" w:rsidP="00A90CA2">
      <w:pPr>
        <w:pStyle w:val="a0"/>
        <w:numPr>
          <w:ilvl w:val="0"/>
          <w:numId w:val="0"/>
        </w:numPr>
        <w:spacing w:after="40" w:line="259" w:lineRule="auto"/>
        <w:ind w:left="360"/>
        <w:rPr>
          <w:lang w:eastAsia="ja-JP"/>
        </w:rPr>
      </w:pPr>
    </w:p>
    <w:p w14:paraId="413F4CA8" w14:textId="6C720B66" w:rsidR="00E468C6" w:rsidRDefault="004760EB">
      <w:pPr>
        <w:pStyle w:val="21"/>
        <w:spacing w:before="120" w:after="60"/>
        <w:rPr>
          <w:lang w:eastAsia="ja-JP"/>
        </w:rPr>
      </w:pPr>
      <w:r>
        <w:rPr>
          <w:sz w:val="21"/>
          <w:lang w:eastAsia="ja-JP"/>
        </w:rPr>
        <w:t>4-</w:t>
      </w:r>
      <w:r w:rsidR="006B3655">
        <w:rPr>
          <w:rFonts w:hint="eastAsia"/>
          <w:sz w:val="21"/>
          <w:lang w:eastAsia="ja-JP"/>
        </w:rPr>
        <w:t>4</w:t>
      </w:r>
      <w:r>
        <w:rPr>
          <w:sz w:val="21"/>
          <w:lang w:eastAsia="ja-JP"/>
        </w:rPr>
        <w:t xml:space="preserve">　専門家等の謝金・旅費</w:t>
      </w:r>
    </w:p>
    <w:p w14:paraId="346C9AEE" w14:textId="5E94C8B7" w:rsidR="00E468C6" w:rsidRDefault="004760EB">
      <w:pPr>
        <w:pStyle w:val="a0"/>
        <w:spacing w:after="40" w:line="259" w:lineRule="auto"/>
        <w:rPr>
          <w:lang w:eastAsia="ja-JP"/>
        </w:rPr>
      </w:pPr>
      <w:r>
        <w:rPr>
          <w:lang w:eastAsia="ja-JP"/>
        </w:rPr>
        <w:t>謝金・旅費の支出単価は、社内規程等により根拠が明確で、社会通念上妥当な額とする</w:t>
      </w:r>
      <w:r w:rsidR="006B3655">
        <w:rPr>
          <w:rFonts w:hint="eastAsia"/>
          <w:lang w:eastAsia="ja-JP"/>
        </w:rPr>
        <w:t>。</w:t>
      </w:r>
    </w:p>
    <w:p w14:paraId="45806464" w14:textId="7C2878BA" w:rsidR="00E468C6" w:rsidRDefault="004760EB">
      <w:pPr>
        <w:pStyle w:val="a0"/>
        <w:spacing w:after="40" w:line="259" w:lineRule="auto"/>
        <w:rPr>
          <w:lang w:eastAsia="ja-JP"/>
        </w:rPr>
      </w:pPr>
      <w:r>
        <w:rPr>
          <w:lang w:eastAsia="ja-JP"/>
        </w:rPr>
        <w:t>依頼内容、期間、成果、金額を文書で明確にする</w:t>
      </w:r>
      <w:r w:rsidR="006B3655">
        <w:rPr>
          <w:rFonts w:hint="eastAsia"/>
          <w:lang w:eastAsia="ja-JP"/>
        </w:rPr>
        <w:t>。</w:t>
      </w:r>
    </w:p>
    <w:p w14:paraId="6998388D" w14:textId="1DBB9010" w:rsidR="00E468C6" w:rsidRDefault="004760EB">
      <w:pPr>
        <w:pStyle w:val="a0"/>
        <w:spacing w:after="40" w:line="259" w:lineRule="auto"/>
        <w:rPr>
          <w:lang w:eastAsia="ja-JP"/>
        </w:rPr>
      </w:pPr>
      <w:r>
        <w:rPr>
          <w:lang w:eastAsia="ja-JP"/>
        </w:rPr>
        <w:t>補助事業との関係が分かる議事録、指導報告書、成果資料等を保存する</w:t>
      </w:r>
      <w:r w:rsidR="00557408">
        <w:rPr>
          <w:rFonts w:hint="eastAsia"/>
          <w:lang w:eastAsia="ja-JP"/>
        </w:rPr>
        <w:t>。</w:t>
      </w:r>
    </w:p>
    <w:p w14:paraId="0FBE6C77" w14:textId="53472F4B" w:rsidR="00E468C6" w:rsidRDefault="004760EB">
      <w:pPr>
        <w:pStyle w:val="21"/>
        <w:spacing w:before="120" w:after="60"/>
      </w:pPr>
      <w:r>
        <w:rPr>
          <w:sz w:val="21"/>
        </w:rPr>
        <w:t>4-</w:t>
      </w:r>
      <w:r w:rsidR="002C1B43">
        <w:rPr>
          <w:rFonts w:hint="eastAsia"/>
          <w:sz w:val="21"/>
          <w:lang w:eastAsia="ja-JP"/>
        </w:rPr>
        <w:t>5</w:t>
      </w:r>
      <w:r>
        <w:rPr>
          <w:sz w:val="21"/>
        </w:rPr>
        <w:t xml:space="preserve">　</w:t>
      </w:r>
      <w:proofErr w:type="spellStart"/>
      <w:r>
        <w:rPr>
          <w:sz w:val="21"/>
        </w:rPr>
        <w:t>委託・外注費</w:t>
      </w:r>
      <w:proofErr w:type="spellEnd"/>
    </w:p>
    <w:tbl>
      <w:tblPr>
        <w:tblStyle w:val="afe"/>
        <w:tblW w:w="0" w:type="auto"/>
        <w:jc w:val="center"/>
        <w:tblLook w:val="04A0" w:firstRow="1" w:lastRow="0" w:firstColumn="1" w:lastColumn="0" w:noHBand="0" w:noVBand="1"/>
      </w:tblPr>
      <w:tblGrid>
        <w:gridCol w:w="1417"/>
        <w:gridCol w:w="3969"/>
        <w:gridCol w:w="4082"/>
      </w:tblGrid>
      <w:tr w:rsidR="00E468C6" w14:paraId="3F1EC0DA" w14:textId="77777777">
        <w:trPr>
          <w:tblHeader/>
          <w:jc w:val="center"/>
        </w:trPr>
        <w:tc>
          <w:tcPr>
            <w:tcW w:w="1417" w:type="dxa"/>
            <w:shd w:val="clear" w:color="auto" w:fill="595959"/>
            <w:tcMar>
              <w:top w:w="80" w:type="dxa"/>
              <w:left w:w="100" w:type="dxa"/>
              <w:bottom w:w="80" w:type="dxa"/>
              <w:right w:w="100" w:type="dxa"/>
            </w:tcMar>
            <w:vAlign w:val="center"/>
          </w:tcPr>
          <w:p w14:paraId="1753D2A5" w14:textId="77777777" w:rsidR="00E468C6" w:rsidRDefault="004760EB" w:rsidP="00B32B7F">
            <w:pPr>
              <w:spacing w:line="240" w:lineRule="exact"/>
              <w:jc w:val="center"/>
            </w:pPr>
            <w:proofErr w:type="spellStart"/>
            <w:r>
              <w:rPr>
                <w:b/>
                <w:color w:val="FFFFFF"/>
              </w:rPr>
              <w:t>区分</w:t>
            </w:r>
            <w:proofErr w:type="spellEnd"/>
          </w:p>
        </w:tc>
        <w:tc>
          <w:tcPr>
            <w:tcW w:w="3969" w:type="dxa"/>
            <w:shd w:val="clear" w:color="auto" w:fill="595959"/>
            <w:tcMar>
              <w:top w:w="80" w:type="dxa"/>
              <w:left w:w="100" w:type="dxa"/>
              <w:bottom w:w="80" w:type="dxa"/>
              <w:right w:w="100" w:type="dxa"/>
            </w:tcMar>
            <w:vAlign w:val="center"/>
          </w:tcPr>
          <w:p w14:paraId="05C4CD60" w14:textId="77777777" w:rsidR="00E468C6" w:rsidRDefault="004760EB" w:rsidP="00B32B7F">
            <w:pPr>
              <w:spacing w:line="240" w:lineRule="exact"/>
              <w:jc w:val="center"/>
            </w:pPr>
            <w:proofErr w:type="spellStart"/>
            <w:r>
              <w:rPr>
                <w:b/>
                <w:color w:val="FFFFFF"/>
              </w:rPr>
              <w:t>考え方</w:t>
            </w:r>
            <w:proofErr w:type="spellEnd"/>
          </w:p>
        </w:tc>
        <w:tc>
          <w:tcPr>
            <w:tcW w:w="4082" w:type="dxa"/>
            <w:shd w:val="clear" w:color="auto" w:fill="595959"/>
            <w:tcMar>
              <w:top w:w="80" w:type="dxa"/>
              <w:left w:w="100" w:type="dxa"/>
              <w:bottom w:w="80" w:type="dxa"/>
              <w:right w:w="100" w:type="dxa"/>
            </w:tcMar>
            <w:vAlign w:val="center"/>
          </w:tcPr>
          <w:p w14:paraId="6A078FA6" w14:textId="77777777" w:rsidR="00E468C6" w:rsidRDefault="004760EB" w:rsidP="00B32B7F">
            <w:pPr>
              <w:spacing w:line="240" w:lineRule="exact"/>
              <w:jc w:val="center"/>
            </w:pPr>
            <w:proofErr w:type="spellStart"/>
            <w:r>
              <w:rPr>
                <w:b/>
                <w:color w:val="FFFFFF"/>
              </w:rPr>
              <w:t>確認事項</w:t>
            </w:r>
            <w:proofErr w:type="spellEnd"/>
          </w:p>
        </w:tc>
      </w:tr>
      <w:tr w:rsidR="00E468C6" w14:paraId="7E66CEF2" w14:textId="77777777">
        <w:trPr>
          <w:jc w:val="center"/>
        </w:trPr>
        <w:tc>
          <w:tcPr>
            <w:tcW w:w="1417" w:type="dxa"/>
            <w:tcMar>
              <w:top w:w="80" w:type="dxa"/>
              <w:left w:w="100" w:type="dxa"/>
              <w:bottom w:w="80" w:type="dxa"/>
              <w:right w:w="100" w:type="dxa"/>
            </w:tcMar>
            <w:vAlign w:val="center"/>
          </w:tcPr>
          <w:p w14:paraId="19D9341A" w14:textId="77777777" w:rsidR="00E468C6" w:rsidRDefault="004760EB" w:rsidP="00B32B7F">
            <w:pPr>
              <w:spacing w:line="240" w:lineRule="exact"/>
              <w:jc w:val="center"/>
            </w:pPr>
            <w:proofErr w:type="spellStart"/>
            <w:r>
              <w:t>委託</w:t>
            </w:r>
            <w:proofErr w:type="spellEnd"/>
          </w:p>
        </w:tc>
        <w:tc>
          <w:tcPr>
            <w:tcW w:w="3969" w:type="dxa"/>
            <w:tcMar>
              <w:top w:w="80" w:type="dxa"/>
              <w:left w:w="100" w:type="dxa"/>
              <w:bottom w:w="80" w:type="dxa"/>
              <w:right w:w="100" w:type="dxa"/>
            </w:tcMar>
            <w:vAlign w:val="center"/>
          </w:tcPr>
          <w:p w14:paraId="3CB0992B" w14:textId="77777777" w:rsidR="00E468C6" w:rsidRDefault="004760EB" w:rsidP="00B32B7F">
            <w:pPr>
              <w:spacing w:line="240" w:lineRule="exact"/>
              <w:rPr>
                <w:lang w:eastAsia="ja-JP"/>
              </w:rPr>
            </w:pPr>
            <w:r>
              <w:rPr>
                <w:lang w:eastAsia="ja-JP"/>
              </w:rPr>
              <w:t>補助事業者だけでは実施困難な調査、試験、評価、共同研究等を外部へ依頼</w:t>
            </w:r>
          </w:p>
        </w:tc>
        <w:tc>
          <w:tcPr>
            <w:tcW w:w="4082" w:type="dxa"/>
            <w:tcMar>
              <w:top w:w="80" w:type="dxa"/>
              <w:left w:w="100" w:type="dxa"/>
              <w:bottom w:w="80" w:type="dxa"/>
              <w:right w:w="100" w:type="dxa"/>
            </w:tcMar>
            <w:vAlign w:val="center"/>
          </w:tcPr>
          <w:p w14:paraId="5DF0EAA6" w14:textId="77777777" w:rsidR="00E468C6" w:rsidRDefault="004760EB" w:rsidP="00B32B7F">
            <w:pPr>
              <w:spacing w:line="240" w:lineRule="exact"/>
            </w:pPr>
            <w:proofErr w:type="spellStart"/>
            <w:r>
              <w:t>業務内容、成果物、帰属、再委託、完了期限</w:t>
            </w:r>
            <w:proofErr w:type="spellEnd"/>
          </w:p>
        </w:tc>
      </w:tr>
      <w:tr w:rsidR="00E468C6" w14:paraId="25005F6A" w14:textId="77777777">
        <w:trPr>
          <w:jc w:val="center"/>
        </w:trPr>
        <w:tc>
          <w:tcPr>
            <w:tcW w:w="1417" w:type="dxa"/>
            <w:shd w:val="clear" w:color="auto" w:fill="F8FBFD"/>
            <w:tcMar>
              <w:top w:w="80" w:type="dxa"/>
              <w:left w:w="100" w:type="dxa"/>
              <w:bottom w:w="80" w:type="dxa"/>
              <w:right w:w="100" w:type="dxa"/>
            </w:tcMar>
            <w:vAlign w:val="center"/>
          </w:tcPr>
          <w:p w14:paraId="491E28A7" w14:textId="77777777" w:rsidR="00E468C6" w:rsidRDefault="004760EB" w:rsidP="00B32B7F">
            <w:pPr>
              <w:spacing w:line="240" w:lineRule="exact"/>
              <w:jc w:val="center"/>
            </w:pPr>
            <w:proofErr w:type="spellStart"/>
            <w:r>
              <w:t>外注</w:t>
            </w:r>
            <w:proofErr w:type="spellEnd"/>
          </w:p>
        </w:tc>
        <w:tc>
          <w:tcPr>
            <w:tcW w:w="3969" w:type="dxa"/>
            <w:shd w:val="clear" w:color="auto" w:fill="F8FBFD"/>
            <w:tcMar>
              <w:top w:w="80" w:type="dxa"/>
              <w:left w:w="100" w:type="dxa"/>
              <w:bottom w:w="80" w:type="dxa"/>
              <w:right w:w="100" w:type="dxa"/>
            </w:tcMar>
            <w:vAlign w:val="center"/>
          </w:tcPr>
          <w:p w14:paraId="250A698F" w14:textId="77777777" w:rsidR="00E468C6" w:rsidRDefault="004760EB" w:rsidP="00B32B7F">
            <w:pPr>
              <w:spacing w:line="240" w:lineRule="exact"/>
              <w:rPr>
                <w:lang w:eastAsia="ja-JP"/>
              </w:rPr>
            </w:pPr>
            <w:r>
              <w:rPr>
                <w:lang w:eastAsia="ja-JP"/>
              </w:rPr>
              <w:t>補助事業者が明確な仕様を示して加工、組立、設計等を発注</w:t>
            </w:r>
          </w:p>
        </w:tc>
        <w:tc>
          <w:tcPr>
            <w:tcW w:w="4082" w:type="dxa"/>
            <w:shd w:val="clear" w:color="auto" w:fill="F8FBFD"/>
            <w:tcMar>
              <w:top w:w="80" w:type="dxa"/>
              <w:left w:w="100" w:type="dxa"/>
              <w:bottom w:w="80" w:type="dxa"/>
              <w:right w:w="100" w:type="dxa"/>
            </w:tcMar>
            <w:vAlign w:val="center"/>
          </w:tcPr>
          <w:p w14:paraId="1B805317" w14:textId="4658DA07" w:rsidR="00E468C6" w:rsidRDefault="004760EB" w:rsidP="00B32B7F">
            <w:pPr>
              <w:spacing w:line="240" w:lineRule="exact"/>
              <w:rPr>
                <w:lang w:eastAsia="ja-JP"/>
              </w:rPr>
            </w:pPr>
            <w:proofErr w:type="spellStart"/>
            <w:r>
              <w:t>仕様、数量、納期、検収</w:t>
            </w:r>
            <w:proofErr w:type="spellEnd"/>
            <w:r>
              <w:t>。</w:t>
            </w:r>
            <w:r>
              <w:rPr>
                <w:lang w:eastAsia="ja-JP"/>
              </w:rPr>
              <w:t>原則として開発要素を含まない</w:t>
            </w:r>
          </w:p>
        </w:tc>
      </w:tr>
    </w:tbl>
    <w:p w14:paraId="1A5938FB" w14:textId="77777777" w:rsidR="00E468C6" w:rsidRDefault="00E468C6">
      <w:pPr>
        <w:spacing w:after="0"/>
        <w:rPr>
          <w:lang w:eastAsia="ja-JP"/>
        </w:rPr>
      </w:pPr>
    </w:p>
    <w:p w14:paraId="6BEBB5FF" w14:textId="249418D2" w:rsidR="00E468C6" w:rsidRDefault="004760EB">
      <w:pPr>
        <w:pStyle w:val="a0"/>
        <w:spacing w:after="40" w:line="259" w:lineRule="auto"/>
        <w:rPr>
          <w:lang w:eastAsia="ja-JP"/>
        </w:rPr>
      </w:pPr>
      <w:r>
        <w:rPr>
          <w:lang w:eastAsia="ja-JP"/>
        </w:rPr>
        <w:t>成果物が補助事業者に帰属することを契約書で明確にする</w:t>
      </w:r>
      <w:r w:rsidR="00557408">
        <w:rPr>
          <w:rFonts w:hint="eastAsia"/>
          <w:lang w:eastAsia="ja-JP"/>
        </w:rPr>
        <w:t>。</w:t>
      </w:r>
    </w:p>
    <w:p w14:paraId="4CB1D60C" w14:textId="1E3A9B1F" w:rsidR="00E468C6" w:rsidRDefault="004760EB">
      <w:pPr>
        <w:pStyle w:val="a0"/>
        <w:spacing w:after="40" w:line="259" w:lineRule="auto"/>
        <w:rPr>
          <w:lang w:eastAsia="ja-JP"/>
        </w:rPr>
      </w:pPr>
      <w:r>
        <w:rPr>
          <w:lang w:eastAsia="ja-JP"/>
        </w:rPr>
        <w:t>報告書、分析結果、図面、プログラム等の成果物を保存する</w:t>
      </w:r>
      <w:r w:rsidR="002B3D19">
        <w:rPr>
          <w:rFonts w:hint="eastAsia"/>
          <w:lang w:eastAsia="ja-JP"/>
        </w:rPr>
        <w:t>。</w:t>
      </w:r>
    </w:p>
    <w:p w14:paraId="5D6D5F1A" w14:textId="30933365" w:rsidR="00E468C6" w:rsidRDefault="004760EB">
      <w:pPr>
        <w:pStyle w:val="a0"/>
        <w:spacing w:after="40" w:line="259" w:lineRule="auto"/>
        <w:rPr>
          <w:lang w:eastAsia="ja-JP"/>
        </w:rPr>
      </w:pPr>
      <w:r>
        <w:rPr>
          <w:lang w:eastAsia="ja-JP"/>
        </w:rPr>
        <w:t>契約変更が生じる場合は、実施前に県へ相談</w:t>
      </w:r>
      <w:r w:rsidR="00F72F19">
        <w:rPr>
          <w:rFonts w:hint="eastAsia"/>
          <w:lang w:eastAsia="ja-JP"/>
        </w:rPr>
        <w:t>の上</w:t>
      </w:r>
      <w:r>
        <w:rPr>
          <w:lang w:eastAsia="ja-JP"/>
        </w:rPr>
        <w:t>、変更契約を締結する</w:t>
      </w:r>
      <w:r w:rsidR="002B3D19">
        <w:rPr>
          <w:rFonts w:hint="eastAsia"/>
          <w:lang w:eastAsia="ja-JP"/>
        </w:rPr>
        <w:t>。</w:t>
      </w:r>
    </w:p>
    <w:p w14:paraId="47E652FE" w14:textId="09836C24" w:rsidR="00E468C6" w:rsidRDefault="004760EB">
      <w:pPr>
        <w:pStyle w:val="21"/>
        <w:spacing w:before="120" w:after="60"/>
      </w:pPr>
      <w:r>
        <w:rPr>
          <w:sz w:val="21"/>
        </w:rPr>
        <w:t>4-</w:t>
      </w:r>
      <w:r w:rsidR="002C1B43">
        <w:rPr>
          <w:rFonts w:hint="eastAsia"/>
          <w:sz w:val="21"/>
          <w:lang w:eastAsia="ja-JP"/>
        </w:rPr>
        <w:t>6</w:t>
      </w:r>
      <w:r>
        <w:rPr>
          <w:sz w:val="21"/>
        </w:rPr>
        <w:t xml:space="preserve">　</w:t>
      </w:r>
      <w:proofErr w:type="spellStart"/>
      <w:r>
        <w:rPr>
          <w:sz w:val="21"/>
        </w:rPr>
        <w:t>役務費</w:t>
      </w:r>
      <w:proofErr w:type="spellEnd"/>
    </w:p>
    <w:p w14:paraId="6A0ABF59" w14:textId="63FE4A3C" w:rsidR="00E468C6" w:rsidRDefault="004760EB">
      <w:pPr>
        <w:pStyle w:val="a0"/>
        <w:spacing w:after="40" w:line="259" w:lineRule="auto"/>
        <w:rPr>
          <w:lang w:eastAsia="ja-JP"/>
        </w:rPr>
      </w:pPr>
      <w:r>
        <w:rPr>
          <w:lang w:eastAsia="ja-JP"/>
        </w:rPr>
        <w:t>産業財産権関連、翻訳、データ分析、ソフトウェアライセンス、学会参加費等が対象</w:t>
      </w:r>
      <w:r w:rsidR="002B3D19">
        <w:rPr>
          <w:rFonts w:hint="eastAsia"/>
          <w:lang w:eastAsia="ja-JP"/>
        </w:rPr>
        <w:t>。</w:t>
      </w:r>
    </w:p>
    <w:p w14:paraId="395BBACF" w14:textId="4DA1ECF4" w:rsidR="00E468C6" w:rsidRDefault="004760EB">
      <w:pPr>
        <w:pStyle w:val="a0"/>
        <w:spacing w:after="40" w:line="259" w:lineRule="auto"/>
        <w:rPr>
          <w:lang w:eastAsia="ja-JP"/>
        </w:rPr>
      </w:pPr>
      <w:r>
        <w:rPr>
          <w:lang w:eastAsia="ja-JP"/>
        </w:rPr>
        <w:t>ライセンス期間が対象期間を超える場合は、対象期間分のみを合理的に按分する</w:t>
      </w:r>
      <w:r w:rsidR="002B3D19">
        <w:rPr>
          <w:rFonts w:hint="eastAsia"/>
          <w:lang w:eastAsia="ja-JP"/>
        </w:rPr>
        <w:t>。</w:t>
      </w:r>
    </w:p>
    <w:p w14:paraId="2DE736B9" w14:textId="1C9FE0CB" w:rsidR="00E468C6" w:rsidRDefault="004760EB" w:rsidP="00784421">
      <w:pPr>
        <w:pStyle w:val="a0"/>
        <w:spacing w:after="40" w:line="259" w:lineRule="auto"/>
        <w:rPr>
          <w:lang w:eastAsia="ja-JP"/>
        </w:rPr>
      </w:pPr>
      <w:r>
        <w:rPr>
          <w:lang w:eastAsia="ja-JP"/>
        </w:rPr>
        <w:t>特許庁等への公租公課に該当する費用</w:t>
      </w:r>
      <w:r w:rsidR="00784421">
        <w:rPr>
          <w:rFonts w:hint="eastAsia"/>
          <w:lang w:eastAsia="ja-JP"/>
        </w:rPr>
        <w:t>がある場合に</w:t>
      </w:r>
      <w:r>
        <w:rPr>
          <w:lang w:eastAsia="ja-JP"/>
        </w:rPr>
        <w:t>は事前に</w:t>
      </w:r>
      <w:r w:rsidR="00784421">
        <w:rPr>
          <w:rFonts w:hint="eastAsia"/>
          <w:lang w:eastAsia="ja-JP"/>
        </w:rPr>
        <w:t>県に</w:t>
      </w:r>
      <w:r>
        <w:rPr>
          <w:lang w:eastAsia="ja-JP"/>
        </w:rPr>
        <w:t>確認する</w:t>
      </w:r>
      <w:r w:rsidR="002B3D19">
        <w:rPr>
          <w:rFonts w:hint="eastAsia"/>
          <w:lang w:eastAsia="ja-JP"/>
        </w:rPr>
        <w:t>。</w:t>
      </w:r>
    </w:p>
    <w:p w14:paraId="1A2B33D2" w14:textId="1D41591E" w:rsidR="00E468C6" w:rsidRDefault="004760EB">
      <w:pPr>
        <w:pStyle w:val="21"/>
        <w:spacing w:before="120" w:after="60"/>
      </w:pPr>
      <w:r>
        <w:rPr>
          <w:sz w:val="21"/>
        </w:rPr>
        <w:t>4-</w:t>
      </w:r>
      <w:r w:rsidR="00DF22AC">
        <w:rPr>
          <w:rFonts w:hint="eastAsia"/>
          <w:sz w:val="21"/>
          <w:lang w:eastAsia="ja-JP"/>
        </w:rPr>
        <w:t>7</w:t>
      </w:r>
      <w:r>
        <w:rPr>
          <w:sz w:val="21"/>
        </w:rPr>
        <w:t xml:space="preserve">　</w:t>
      </w:r>
      <w:proofErr w:type="spellStart"/>
      <w:r>
        <w:rPr>
          <w:sz w:val="21"/>
        </w:rPr>
        <w:t>展示会等出展費</w:t>
      </w:r>
      <w:proofErr w:type="spellEnd"/>
    </w:p>
    <w:p w14:paraId="066FC640" w14:textId="65CB3AC1" w:rsidR="00E468C6" w:rsidRDefault="004760EB">
      <w:pPr>
        <w:pStyle w:val="a0"/>
        <w:spacing w:after="40" w:line="259" w:lineRule="auto"/>
        <w:rPr>
          <w:lang w:eastAsia="ja-JP"/>
        </w:rPr>
      </w:pPr>
      <w:r>
        <w:rPr>
          <w:lang w:eastAsia="ja-JP"/>
        </w:rPr>
        <w:t>出展料、小間代、主催者又は指定事業者へ支払う会場整備費が対象</w:t>
      </w:r>
      <w:r w:rsidR="00DF22AC">
        <w:rPr>
          <w:rFonts w:hint="eastAsia"/>
          <w:lang w:eastAsia="ja-JP"/>
        </w:rPr>
        <w:t>。</w:t>
      </w:r>
    </w:p>
    <w:p w14:paraId="09153941" w14:textId="17959B5A" w:rsidR="00E468C6" w:rsidRDefault="004760EB">
      <w:pPr>
        <w:pStyle w:val="a0"/>
        <w:spacing w:after="40" w:line="259" w:lineRule="auto"/>
        <w:rPr>
          <w:lang w:eastAsia="ja-JP"/>
        </w:rPr>
      </w:pPr>
      <w:r>
        <w:rPr>
          <w:lang w:eastAsia="ja-JP"/>
        </w:rPr>
        <w:t>出展に直接必要な通訳・翻訳、運搬、保険、印刷製本費を含めることができる</w:t>
      </w:r>
      <w:r w:rsidR="00DF22AC">
        <w:rPr>
          <w:rFonts w:hint="eastAsia"/>
          <w:lang w:eastAsia="ja-JP"/>
        </w:rPr>
        <w:t>。</w:t>
      </w:r>
    </w:p>
    <w:p w14:paraId="0E422857" w14:textId="419C6282" w:rsidR="00E468C6" w:rsidRDefault="004760EB">
      <w:pPr>
        <w:pStyle w:val="a0"/>
        <w:spacing w:after="40" w:line="259" w:lineRule="auto"/>
        <w:rPr>
          <w:lang w:eastAsia="ja-JP"/>
        </w:rPr>
      </w:pPr>
      <w:r>
        <w:rPr>
          <w:lang w:eastAsia="ja-JP"/>
        </w:rPr>
        <w:t>社員の旅費・日当は対象外</w:t>
      </w:r>
      <w:r w:rsidR="003F2B24">
        <w:rPr>
          <w:rFonts w:hint="eastAsia"/>
          <w:lang w:eastAsia="ja-JP"/>
        </w:rPr>
        <w:t>。</w:t>
      </w:r>
    </w:p>
    <w:p w14:paraId="1B124E26" w14:textId="69F94472" w:rsidR="00E468C6" w:rsidRDefault="004760EB">
      <w:pPr>
        <w:pStyle w:val="a0"/>
        <w:spacing w:after="40" w:line="259" w:lineRule="auto"/>
        <w:rPr>
          <w:lang w:eastAsia="ja-JP"/>
        </w:rPr>
      </w:pPr>
      <w:r>
        <w:rPr>
          <w:lang w:eastAsia="ja-JP"/>
        </w:rPr>
        <w:t>県及び</w:t>
      </w:r>
      <w:r w:rsidR="00A24F10">
        <w:rPr>
          <w:rFonts w:hint="eastAsia"/>
          <w:lang w:eastAsia="ja-JP"/>
        </w:rPr>
        <w:t>（公財）</w:t>
      </w:r>
      <w:r>
        <w:rPr>
          <w:lang w:eastAsia="ja-JP"/>
        </w:rPr>
        <w:t>長野県産業振興機構が出展支援する展示会等は対象外</w:t>
      </w:r>
      <w:r w:rsidR="003F2B24">
        <w:rPr>
          <w:rFonts w:hint="eastAsia"/>
          <w:lang w:eastAsia="ja-JP"/>
        </w:rPr>
        <w:t>。</w:t>
      </w:r>
    </w:p>
    <w:p w14:paraId="284CD8A7" w14:textId="2C255B7B" w:rsidR="00E468C6" w:rsidRDefault="004760EB">
      <w:pPr>
        <w:pStyle w:val="a0"/>
        <w:spacing w:after="40" w:line="259" w:lineRule="auto"/>
        <w:rPr>
          <w:lang w:eastAsia="ja-JP"/>
        </w:rPr>
      </w:pPr>
      <w:r>
        <w:rPr>
          <w:lang w:eastAsia="ja-JP"/>
        </w:rPr>
        <w:t>出展状況、展示物、ブース全景、来場者対応等の写真を保存する</w:t>
      </w:r>
      <w:r w:rsidR="003F2B24">
        <w:rPr>
          <w:rFonts w:hint="eastAsia"/>
          <w:lang w:eastAsia="ja-JP"/>
        </w:rPr>
        <w:t>。</w:t>
      </w:r>
    </w:p>
    <w:p w14:paraId="27205822" w14:textId="79E19A74" w:rsidR="00E468C6" w:rsidRDefault="004760EB">
      <w:pPr>
        <w:pStyle w:val="21"/>
        <w:spacing w:before="120" w:after="60"/>
      </w:pPr>
      <w:r>
        <w:rPr>
          <w:sz w:val="21"/>
        </w:rPr>
        <w:lastRenderedPageBreak/>
        <w:t>4-</w:t>
      </w:r>
      <w:r w:rsidR="00233CC0">
        <w:rPr>
          <w:rFonts w:hint="eastAsia"/>
          <w:sz w:val="21"/>
          <w:lang w:eastAsia="ja-JP"/>
        </w:rPr>
        <w:t>8</w:t>
      </w:r>
      <w:r>
        <w:rPr>
          <w:sz w:val="21"/>
        </w:rPr>
        <w:t xml:space="preserve">　</w:t>
      </w:r>
      <w:proofErr w:type="spellStart"/>
      <w:r>
        <w:rPr>
          <w:sz w:val="21"/>
        </w:rPr>
        <w:t>広告宣伝費</w:t>
      </w:r>
      <w:proofErr w:type="spellEnd"/>
    </w:p>
    <w:p w14:paraId="1EE1E58C" w14:textId="4E502091" w:rsidR="00E468C6" w:rsidRDefault="004760EB">
      <w:pPr>
        <w:pStyle w:val="a0"/>
        <w:spacing w:after="40" w:line="259" w:lineRule="auto"/>
        <w:rPr>
          <w:lang w:eastAsia="ja-JP"/>
        </w:rPr>
      </w:pPr>
      <w:r>
        <w:rPr>
          <w:lang w:eastAsia="ja-JP"/>
        </w:rPr>
        <w:t>補助事業により開発した製品・技術の広報に限る</w:t>
      </w:r>
      <w:r w:rsidR="003F2B24">
        <w:rPr>
          <w:rFonts w:hint="eastAsia"/>
          <w:lang w:eastAsia="ja-JP"/>
        </w:rPr>
        <w:t>。</w:t>
      </w:r>
    </w:p>
    <w:p w14:paraId="5B2FF37D" w14:textId="0E11AB0F" w:rsidR="00E468C6" w:rsidRDefault="004760EB">
      <w:pPr>
        <w:pStyle w:val="a0"/>
        <w:spacing w:after="40" w:line="259" w:lineRule="auto"/>
        <w:rPr>
          <w:lang w:eastAsia="ja-JP"/>
        </w:rPr>
      </w:pPr>
      <w:r>
        <w:rPr>
          <w:lang w:eastAsia="ja-JP"/>
        </w:rPr>
        <w:t>企業全体のPR、既存製品の広告、通常の営業活動は対象外</w:t>
      </w:r>
      <w:r w:rsidR="003F2B24">
        <w:rPr>
          <w:rFonts w:hint="eastAsia"/>
          <w:lang w:eastAsia="ja-JP"/>
        </w:rPr>
        <w:t>。</w:t>
      </w:r>
    </w:p>
    <w:p w14:paraId="599CF520" w14:textId="241AC401" w:rsidR="00E468C6" w:rsidRDefault="004760EB">
      <w:pPr>
        <w:pStyle w:val="a0"/>
        <w:spacing w:after="40" w:line="259" w:lineRule="auto"/>
        <w:rPr>
          <w:lang w:eastAsia="ja-JP"/>
        </w:rPr>
      </w:pPr>
      <w:r>
        <w:rPr>
          <w:lang w:eastAsia="ja-JP"/>
        </w:rPr>
        <w:t>制作物、掲載画面、配信実績、仕様書等を保存する</w:t>
      </w:r>
      <w:r w:rsidR="003F2B24">
        <w:rPr>
          <w:rFonts w:hint="eastAsia"/>
          <w:lang w:eastAsia="ja-JP"/>
        </w:rPr>
        <w:t>。</w:t>
      </w:r>
    </w:p>
    <w:p w14:paraId="7574A9FC" w14:textId="5DCBC2DB" w:rsidR="00E468C6" w:rsidRDefault="004760EB">
      <w:pPr>
        <w:pStyle w:val="a0"/>
        <w:spacing w:after="40" w:line="259" w:lineRule="auto"/>
        <w:rPr>
          <w:lang w:eastAsia="ja-JP"/>
        </w:rPr>
      </w:pPr>
      <w:r>
        <w:rPr>
          <w:lang w:eastAsia="ja-JP"/>
        </w:rPr>
        <w:t>ヘルステック関連</w:t>
      </w:r>
      <w:r w:rsidR="00A24F10">
        <w:rPr>
          <w:rFonts w:hint="eastAsia"/>
          <w:lang w:eastAsia="ja-JP"/>
        </w:rPr>
        <w:t>分野</w:t>
      </w:r>
      <w:r>
        <w:rPr>
          <w:lang w:eastAsia="ja-JP"/>
        </w:rPr>
        <w:t>では、未承認医療機器等の広告規制に十分留意する</w:t>
      </w:r>
      <w:r w:rsidR="003F2B24">
        <w:rPr>
          <w:rFonts w:hint="eastAsia"/>
          <w:lang w:eastAsia="ja-JP"/>
        </w:rPr>
        <w:t>。</w:t>
      </w:r>
    </w:p>
    <w:tbl>
      <w:tblPr>
        <w:tblpPr w:leftFromText="142" w:rightFromText="142" w:vertAnchor="text" w:horzAnchor="margin" w:tblpY="43"/>
        <w:tblW w:w="0" w:type="auto"/>
        <w:tblLook w:val="04A0" w:firstRow="1" w:lastRow="0" w:firstColumn="1" w:lastColumn="0" w:noHBand="0" w:noVBand="1"/>
      </w:tblPr>
      <w:tblGrid>
        <w:gridCol w:w="10166"/>
      </w:tblGrid>
      <w:tr w:rsidR="00A90CA2" w14:paraId="0624D3CF" w14:textId="77777777" w:rsidTr="00A90CA2">
        <w:tc>
          <w:tcPr>
            <w:tcW w:w="10166" w:type="dxa"/>
            <w:shd w:val="clear" w:color="auto" w:fill="F4CCCC"/>
            <w:tcMar>
              <w:top w:w="110" w:type="dxa"/>
              <w:left w:w="150" w:type="dxa"/>
              <w:bottom w:w="110" w:type="dxa"/>
              <w:right w:w="150" w:type="dxa"/>
            </w:tcMar>
          </w:tcPr>
          <w:p w14:paraId="4AB9B832" w14:textId="77777777" w:rsidR="00A90CA2" w:rsidRDefault="00A90CA2" w:rsidP="00A90CA2">
            <w:pPr>
              <w:spacing w:after="40"/>
              <w:rPr>
                <w:lang w:eastAsia="ja-JP"/>
              </w:rPr>
            </w:pPr>
            <w:r w:rsidRPr="00B671CE">
              <w:rPr>
                <w:rFonts w:hint="eastAsia"/>
                <w:b/>
                <w:color w:val="C00000"/>
                <w:lang w:eastAsia="ja-JP"/>
              </w:rPr>
              <w:t>未承認医療機器等の広告規制</w:t>
            </w:r>
            <w:r>
              <w:rPr>
                <w:rFonts w:hint="eastAsia"/>
                <w:b/>
                <w:color w:val="C00000"/>
                <w:lang w:eastAsia="ja-JP"/>
              </w:rPr>
              <w:t>に</w:t>
            </w:r>
            <w:r w:rsidRPr="00B671CE">
              <w:rPr>
                <w:rFonts w:hint="eastAsia"/>
                <w:b/>
                <w:color w:val="C00000"/>
                <w:lang w:eastAsia="ja-JP"/>
              </w:rPr>
              <w:t>ついて</w:t>
            </w:r>
          </w:p>
          <w:p w14:paraId="51DC292F" w14:textId="77777777" w:rsidR="00A90CA2" w:rsidRPr="0098506D" w:rsidRDefault="00A90CA2" w:rsidP="00A90CA2">
            <w:pPr>
              <w:spacing w:after="0" w:line="259" w:lineRule="auto"/>
              <w:rPr>
                <w:sz w:val="17"/>
                <w:szCs w:val="17"/>
                <w:lang w:eastAsia="ja-JP"/>
              </w:rPr>
            </w:pPr>
            <w:r w:rsidRPr="0098506D">
              <w:rPr>
                <w:rFonts w:hint="eastAsia"/>
                <w:szCs w:val="17"/>
                <w:lang w:eastAsia="ja-JP"/>
              </w:rPr>
              <w:t>承認（届出、認証、承認）前の医療機器等については、医薬品医療機器等法第</w:t>
            </w:r>
            <w:r w:rsidRPr="0098506D">
              <w:rPr>
                <w:szCs w:val="17"/>
                <w:lang w:eastAsia="ja-JP"/>
              </w:rPr>
              <w:t>68条において広告が禁止されています。展示会等への出展やパンフレット作成の際はご注意ください</w:t>
            </w:r>
            <w:r>
              <w:rPr>
                <w:rFonts w:hint="eastAsia"/>
                <w:szCs w:val="17"/>
                <w:lang w:eastAsia="ja-JP"/>
              </w:rPr>
              <w:t>。</w:t>
            </w:r>
          </w:p>
        </w:tc>
      </w:tr>
    </w:tbl>
    <w:p w14:paraId="2F37269D" w14:textId="77777777" w:rsidR="00A90CA2" w:rsidRPr="00F66B81" w:rsidRDefault="00A90CA2" w:rsidP="00A90CA2">
      <w:pPr>
        <w:pStyle w:val="a0"/>
        <w:numPr>
          <w:ilvl w:val="0"/>
          <w:numId w:val="0"/>
        </w:numPr>
        <w:spacing w:after="40" w:line="259" w:lineRule="auto"/>
        <w:ind w:left="360"/>
        <w:rPr>
          <w:lang w:eastAsia="ja-JP"/>
        </w:rPr>
      </w:pPr>
    </w:p>
    <w:p w14:paraId="17AA0ED4" w14:textId="1DE56CC2" w:rsidR="00E468C6" w:rsidRDefault="004760EB">
      <w:pPr>
        <w:pStyle w:val="21"/>
        <w:spacing w:before="120" w:after="60"/>
        <w:rPr>
          <w:lang w:eastAsia="ja-JP"/>
        </w:rPr>
      </w:pPr>
      <w:r>
        <w:rPr>
          <w:sz w:val="21"/>
          <w:lang w:eastAsia="ja-JP"/>
        </w:rPr>
        <w:t>4-</w:t>
      </w:r>
      <w:r w:rsidR="00233CC0">
        <w:rPr>
          <w:rFonts w:hint="eastAsia"/>
          <w:sz w:val="21"/>
          <w:lang w:eastAsia="ja-JP"/>
        </w:rPr>
        <w:t>9</w:t>
      </w:r>
      <w:r>
        <w:rPr>
          <w:sz w:val="21"/>
          <w:lang w:eastAsia="ja-JP"/>
        </w:rPr>
        <w:t xml:space="preserve">　共通して対象外となる主な経費</w:t>
      </w:r>
    </w:p>
    <w:tbl>
      <w:tblPr>
        <w:tblStyle w:val="afe"/>
        <w:tblW w:w="0" w:type="auto"/>
        <w:jc w:val="center"/>
        <w:tblLook w:val="04A0" w:firstRow="1" w:lastRow="0" w:firstColumn="1" w:lastColumn="0" w:noHBand="0" w:noVBand="1"/>
      </w:tblPr>
      <w:tblGrid>
        <w:gridCol w:w="2721"/>
        <w:gridCol w:w="6633"/>
      </w:tblGrid>
      <w:tr w:rsidR="00E468C6" w14:paraId="4BB80B15" w14:textId="77777777">
        <w:trPr>
          <w:tblHeader/>
          <w:jc w:val="center"/>
        </w:trPr>
        <w:tc>
          <w:tcPr>
            <w:tcW w:w="2721" w:type="dxa"/>
            <w:shd w:val="clear" w:color="auto" w:fill="595959"/>
            <w:tcMar>
              <w:top w:w="80" w:type="dxa"/>
              <w:left w:w="100" w:type="dxa"/>
              <w:bottom w:w="80" w:type="dxa"/>
              <w:right w:w="100" w:type="dxa"/>
            </w:tcMar>
            <w:vAlign w:val="center"/>
          </w:tcPr>
          <w:p w14:paraId="72078C3E" w14:textId="77777777" w:rsidR="00E468C6" w:rsidRDefault="004760EB" w:rsidP="009F3E47">
            <w:pPr>
              <w:spacing w:line="240" w:lineRule="exact"/>
              <w:jc w:val="center"/>
            </w:pPr>
            <w:proofErr w:type="spellStart"/>
            <w:r>
              <w:rPr>
                <w:b/>
                <w:color w:val="FFFFFF"/>
              </w:rPr>
              <w:t>対象外経費</w:t>
            </w:r>
            <w:proofErr w:type="spellEnd"/>
          </w:p>
        </w:tc>
        <w:tc>
          <w:tcPr>
            <w:tcW w:w="6633" w:type="dxa"/>
            <w:shd w:val="clear" w:color="auto" w:fill="595959"/>
            <w:tcMar>
              <w:top w:w="80" w:type="dxa"/>
              <w:left w:w="100" w:type="dxa"/>
              <w:bottom w:w="80" w:type="dxa"/>
              <w:right w:w="100" w:type="dxa"/>
            </w:tcMar>
            <w:vAlign w:val="center"/>
          </w:tcPr>
          <w:p w14:paraId="269C0D54" w14:textId="77777777" w:rsidR="00E468C6" w:rsidRDefault="004760EB" w:rsidP="009F3E47">
            <w:pPr>
              <w:spacing w:line="240" w:lineRule="exact"/>
              <w:jc w:val="center"/>
            </w:pPr>
            <w:r>
              <w:rPr>
                <w:b/>
                <w:color w:val="FFFFFF"/>
              </w:rPr>
              <w:t>例</w:t>
            </w:r>
          </w:p>
        </w:tc>
      </w:tr>
      <w:tr w:rsidR="00E468C6" w14:paraId="56A79089" w14:textId="77777777">
        <w:trPr>
          <w:jc w:val="center"/>
        </w:trPr>
        <w:tc>
          <w:tcPr>
            <w:tcW w:w="2721" w:type="dxa"/>
            <w:tcMar>
              <w:top w:w="80" w:type="dxa"/>
              <w:left w:w="100" w:type="dxa"/>
              <w:bottom w:w="80" w:type="dxa"/>
              <w:right w:w="100" w:type="dxa"/>
            </w:tcMar>
            <w:vAlign w:val="center"/>
          </w:tcPr>
          <w:p w14:paraId="6E8E0DFA" w14:textId="77777777" w:rsidR="00E468C6" w:rsidRDefault="004760EB" w:rsidP="009F3E47">
            <w:pPr>
              <w:spacing w:line="240" w:lineRule="exact"/>
              <w:jc w:val="center"/>
            </w:pPr>
            <w:proofErr w:type="spellStart"/>
            <w:r>
              <w:t>対象期間外</w:t>
            </w:r>
            <w:proofErr w:type="spellEnd"/>
          </w:p>
        </w:tc>
        <w:tc>
          <w:tcPr>
            <w:tcW w:w="6633" w:type="dxa"/>
            <w:tcMar>
              <w:top w:w="80" w:type="dxa"/>
              <w:left w:w="100" w:type="dxa"/>
              <w:bottom w:w="80" w:type="dxa"/>
              <w:right w:w="100" w:type="dxa"/>
            </w:tcMar>
            <w:vAlign w:val="center"/>
          </w:tcPr>
          <w:p w14:paraId="5ABB187E" w14:textId="77777777" w:rsidR="00E468C6" w:rsidRDefault="004760EB" w:rsidP="009F3E47">
            <w:pPr>
              <w:spacing w:line="240" w:lineRule="exact"/>
              <w:rPr>
                <w:lang w:eastAsia="ja-JP"/>
              </w:rPr>
            </w:pPr>
            <w:r>
              <w:rPr>
                <w:lang w:eastAsia="ja-JP"/>
              </w:rPr>
              <w:t>交付決定前の発注・契約、事業完了後の支払</w:t>
            </w:r>
          </w:p>
        </w:tc>
      </w:tr>
      <w:tr w:rsidR="00E468C6" w14:paraId="793D1402" w14:textId="77777777">
        <w:trPr>
          <w:jc w:val="center"/>
        </w:trPr>
        <w:tc>
          <w:tcPr>
            <w:tcW w:w="2721" w:type="dxa"/>
            <w:shd w:val="clear" w:color="auto" w:fill="F8FBFD"/>
            <w:tcMar>
              <w:top w:w="80" w:type="dxa"/>
              <w:left w:w="100" w:type="dxa"/>
              <w:bottom w:w="80" w:type="dxa"/>
              <w:right w:w="100" w:type="dxa"/>
            </w:tcMar>
            <w:vAlign w:val="center"/>
          </w:tcPr>
          <w:p w14:paraId="7560ADC9" w14:textId="77777777" w:rsidR="00E468C6" w:rsidRDefault="004760EB" w:rsidP="009F3E47">
            <w:pPr>
              <w:spacing w:line="240" w:lineRule="exact"/>
              <w:jc w:val="center"/>
            </w:pPr>
            <w:proofErr w:type="spellStart"/>
            <w:r>
              <w:t>経常的経費</w:t>
            </w:r>
            <w:proofErr w:type="spellEnd"/>
          </w:p>
        </w:tc>
        <w:tc>
          <w:tcPr>
            <w:tcW w:w="6633" w:type="dxa"/>
            <w:shd w:val="clear" w:color="auto" w:fill="F8FBFD"/>
            <w:tcMar>
              <w:top w:w="80" w:type="dxa"/>
              <w:left w:w="100" w:type="dxa"/>
              <w:bottom w:w="80" w:type="dxa"/>
              <w:right w:w="100" w:type="dxa"/>
            </w:tcMar>
            <w:vAlign w:val="center"/>
          </w:tcPr>
          <w:p w14:paraId="18F7E5F1" w14:textId="77777777" w:rsidR="00E468C6" w:rsidRDefault="004760EB" w:rsidP="009F3E47">
            <w:pPr>
              <w:spacing w:line="240" w:lineRule="exact"/>
              <w:rPr>
                <w:lang w:eastAsia="ja-JP"/>
              </w:rPr>
            </w:pPr>
            <w:r>
              <w:rPr>
                <w:lang w:eastAsia="ja-JP"/>
              </w:rPr>
              <w:t>光熱水費、通信費、一般的な事務所経費</w:t>
            </w:r>
          </w:p>
        </w:tc>
      </w:tr>
      <w:tr w:rsidR="00E468C6" w:rsidRPr="00417AE3" w14:paraId="7549AE24" w14:textId="77777777">
        <w:trPr>
          <w:jc w:val="center"/>
        </w:trPr>
        <w:tc>
          <w:tcPr>
            <w:tcW w:w="2721" w:type="dxa"/>
            <w:tcMar>
              <w:top w:w="80" w:type="dxa"/>
              <w:left w:w="100" w:type="dxa"/>
              <w:bottom w:w="80" w:type="dxa"/>
              <w:right w:w="100" w:type="dxa"/>
            </w:tcMar>
            <w:vAlign w:val="center"/>
          </w:tcPr>
          <w:p w14:paraId="3735792D" w14:textId="77777777" w:rsidR="00E468C6" w:rsidRDefault="004760EB" w:rsidP="009F3E47">
            <w:pPr>
              <w:spacing w:line="240" w:lineRule="exact"/>
              <w:jc w:val="center"/>
            </w:pPr>
            <w:proofErr w:type="spellStart"/>
            <w:r>
              <w:t>汎用品・事務用品</w:t>
            </w:r>
            <w:proofErr w:type="spellEnd"/>
          </w:p>
        </w:tc>
        <w:tc>
          <w:tcPr>
            <w:tcW w:w="6633" w:type="dxa"/>
            <w:tcMar>
              <w:top w:w="80" w:type="dxa"/>
              <w:left w:w="100" w:type="dxa"/>
              <w:bottom w:w="80" w:type="dxa"/>
              <w:right w:w="100" w:type="dxa"/>
            </w:tcMar>
            <w:vAlign w:val="center"/>
          </w:tcPr>
          <w:p w14:paraId="79BB00B0" w14:textId="77777777" w:rsidR="00E468C6" w:rsidRDefault="004760EB" w:rsidP="009F3E47">
            <w:pPr>
              <w:spacing w:line="240" w:lineRule="exact"/>
              <w:rPr>
                <w:lang w:eastAsia="ja-JP"/>
              </w:rPr>
            </w:pPr>
            <w:r>
              <w:rPr>
                <w:lang w:eastAsia="ja-JP"/>
              </w:rPr>
              <w:t>PC、タブレット、スマートフォン、文房具、書籍</w:t>
            </w:r>
          </w:p>
          <w:p w14:paraId="19769548" w14:textId="0C2A1808" w:rsidR="00EF50F2" w:rsidRPr="00417AE3" w:rsidRDefault="00EF50F2" w:rsidP="009F3E47">
            <w:pPr>
              <w:spacing w:line="240" w:lineRule="exact"/>
              <w:rPr>
                <w:i/>
                <w:iCs/>
                <w:lang w:eastAsia="ja-JP"/>
              </w:rPr>
            </w:pPr>
            <w:r w:rsidRPr="00417AE3">
              <w:rPr>
                <w:rFonts w:hint="eastAsia"/>
                <w:i/>
                <w:iCs/>
                <w:sz w:val="20"/>
                <w:szCs w:val="21"/>
                <w:lang w:eastAsia="ja-JP"/>
              </w:rPr>
              <w:t>※</w:t>
            </w:r>
            <w:r w:rsidR="00417AE3" w:rsidRPr="00417AE3">
              <w:rPr>
                <w:rFonts w:hint="eastAsia"/>
                <w:i/>
                <w:iCs/>
                <w:sz w:val="20"/>
                <w:szCs w:val="21"/>
                <w:lang w:eastAsia="ja-JP"/>
              </w:rPr>
              <w:t>具体例：</w:t>
            </w:r>
            <w:r w:rsidR="00830024" w:rsidRPr="00417AE3">
              <w:rPr>
                <w:rFonts w:hint="eastAsia"/>
                <w:i/>
                <w:iCs/>
                <w:sz w:val="20"/>
                <w:szCs w:val="21"/>
                <w:lang w:eastAsia="ja-JP"/>
              </w:rPr>
              <w:t>インターネット閲覧やメール、経理処理等の通常業務</w:t>
            </w:r>
            <w:r w:rsidR="00F73036">
              <w:rPr>
                <w:rFonts w:hint="eastAsia"/>
                <w:i/>
                <w:iCs/>
                <w:sz w:val="20"/>
                <w:szCs w:val="21"/>
                <w:lang w:eastAsia="ja-JP"/>
              </w:rPr>
              <w:t>（補助事業以外の業務）</w:t>
            </w:r>
            <w:r w:rsidR="00830024" w:rsidRPr="00417AE3">
              <w:rPr>
                <w:rFonts w:hint="eastAsia"/>
                <w:i/>
                <w:iCs/>
                <w:sz w:val="20"/>
                <w:szCs w:val="21"/>
                <w:lang w:eastAsia="ja-JP"/>
              </w:rPr>
              <w:t>にも使用できる</w:t>
            </w:r>
            <w:r w:rsidR="00482A2E">
              <w:rPr>
                <w:rFonts w:hint="eastAsia"/>
                <w:i/>
                <w:iCs/>
                <w:sz w:val="20"/>
                <w:szCs w:val="21"/>
                <w:lang w:eastAsia="ja-JP"/>
              </w:rPr>
              <w:t>PC</w:t>
            </w:r>
            <w:r w:rsidR="00830024" w:rsidRPr="00417AE3">
              <w:rPr>
                <w:rFonts w:hint="eastAsia"/>
                <w:i/>
                <w:iCs/>
                <w:sz w:val="20"/>
                <w:szCs w:val="21"/>
                <w:lang w:eastAsia="ja-JP"/>
              </w:rPr>
              <w:t>、タブレット</w:t>
            </w:r>
            <w:r w:rsidR="0073601F">
              <w:rPr>
                <w:rFonts w:hint="eastAsia"/>
                <w:i/>
                <w:iCs/>
                <w:sz w:val="20"/>
                <w:szCs w:val="21"/>
                <w:lang w:eastAsia="ja-JP"/>
              </w:rPr>
              <w:t>、</w:t>
            </w:r>
            <w:r w:rsidR="00EC539F" w:rsidRPr="00417AE3">
              <w:rPr>
                <w:i/>
                <w:iCs/>
                <w:sz w:val="20"/>
                <w:szCs w:val="21"/>
                <w:lang w:eastAsia="ja-JP"/>
              </w:rPr>
              <w:t>一般的な書籍等</w:t>
            </w:r>
          </w:p>
        </w:tc>
      </w:tr>
      <w:tr w:rsidR="00D20B3C" w:rsidRPr="00417AE3" w14:paraId="3927BFB0" w14:textId="77777777">
        <w:trPr>
          <w:jc w:val="center"/>
        </w:trPr>
        <w:tc>
          <w:tcPr>
            <w:tcW w:w="2721" w:type="dxa"/>
            <w:tcMar>
              <w:top w:w="80" w:type="dxa"/>
              <w:left w:w="100" w:type="dxa"/>
              <w:bottom w:w="80" w:type="dxa"/>
              <w:right w:w="100" w:type="dxa"/>
            </w:tcMar>
            <w:vAlign w:val="center"/>
          </w:tcPr>
          <w:p w14:paraId="5391E614" w14:textId="328395D9" w:rsidR="00D20B3C" w:rsidRDefault="00D20B3C" w:rsidP="009F3E47">
            <w:pPr>
              <w:spacing w:line="240" w:lineRule="exact"/>
              <w:jc w:val="center"/>
            </w:pPr>
            <w:r>
              <w:rPr>
                <w:rFonts w:hint="eastAsia"/>
                <w:lang w:eastAsia="ja-JP"/>
              </w:rPr>
              <w:t>量産用設備</w:t>
            </w:r>
          </w:p>
        </w:tc>
        <w:tc>
          <w:tcPr>
            <w:tcW w:w="6633" w:type="dxa"/>
            <w:tcMar>
              <w:top w:w="80" w:type="dxa"/>
              <w:left w:w="100" w:type="dxa"/>
              <w:bottom w:w="80" w:type="dxa"/>
              <w:right w:w="100" w:type="dxa"/>
            </w:tcMar>
            <w:vAlign w:val="center"/>
          </w:tcPr>
          <w:p w14:paraId="1F346C34" w14:textId="3616919E" w:rsidR="00D20B3C" w:rsidRPr="009F356D" w:rsidRDefault="009F356D" w:rsidP="009F3E47">
            <w:pPr>
              <w:spacing w:line="240" w:lineRule="exact"/>
              <w:rPr>
                <w:lang w:eastAsia="ja-JP"/>
              </w:rPr>
            </w:pPr>
            <w:r w:rsidRPr="009F356D">
              <w:rPr>
                <w:rFonts w:hint="eastAsia"/>
                <w:lang w:eastAsia="ja-JP"/>
              </w:rPr>
              <w:t>補助事業における技術検証や試作開発を目的とせず、製品の量産又は通常の生産活動に継続して使用する機械装置等</w:t>
            </w:r>
          </w:p>
        </w:tc>
      </w:tr>
      <w:tr w:rsidR="00E468C6" w14:paraId="26C99E9C" w14:textId="77777777">
        <w:trPr>
          <w:jc w:val="center"/>
        </w:trPr>
        <w:tc>
          <w:tcPr>
            <w:tcW w:w="2721" w:type="dxa"/>
            <w:shd w:val="clear" w:color="auto" w:fill="F8FBFD"/>
            <w:tcMar>
              <w:top w:w="80" w:type="dxa"/>
              <w:left w:w="100" w:type="dxa"/>
              <w:bottom w:w="80" w:type="dxa"/>
              <w:right w:w="100" w:type="dxa"/>
            </w:tcMar>
            <w:vAlign w:val="center"/>
          </w:tcPr>
          <w:p w14:paraId="26AA83C1" w14:textId="77777777" w:rsidR="00E468C6" w:rsidRDefault="004760EB" w:rsidP="009F3E47">
            <w:pPr>
              <w:spacing w:line="240" w:lineRule="exact"/>
              <w:jc w:val="center"/>
            </w:pPr>
            <w:proofErr w:type="spellStart"/>
            <w:r>
              <w:t>税・手数料</w:t>
            </w:r>
            <w:proofErr w:type="spellEnd"/>
          </w:p>
        </w:tc>
        <w:tc>
          <w:tcPr>
            <w:tcW w:w="6633" w:type="dxa"/>
            <w:shd w:val="clear" w:color="auto" w:fill="F8FBFD"/>
            <w:tcMar>
              <w:top w:w="80" w:type="dxa"/>
              <w:left w:w="100" w:type="dxa"/>
              <w:bottom w:w="80" w:type="dxa"/>
              <w:right w:w="100" w:type="dxa"/>
            </w:tcMar>
            <w:vAlign w:val="center"/>
          </w:tcPr>
          <w:p w14:paraId="768D5382" w14:textId="77777777" w:rsidR="00E468C6" w:rsidRDefault="004760EB" w:rsidP="009F3E47">
            <w:pPr>
              <w:spacing w:line="240" w:lineRule="exact"/>
              <w:rPr>
                <w:lang w:eastAsia="ja-JP"/>
              </w:rPr>
            </w:pPr>
            <w:r>
              <w:rPr>
                <w:lang w:eastAsia="ja-JP"/>
              </w:rPr>
              <w:t>原則として消費税等、振込手数料、公租公課、関税</w:t>
            </w:r>
          </w:p>
        </w:tc>
      </w:tr>
      <w:tr w:rsidR="00E468C6" w14:paraId="7F795D67" w14:textId="77777777">
        <w:trPr>
          <w:jc w:val="center"/>
        </w:trPr>
        <w:tc>
          <w:tcPr>
            <w:tcW w:w="2721" w:type="dxa"/>
            <w:tcMar>
              <w:top w:w="80" w:type="dxa"/>
              <w:left w:w="100" w:type="dxa"/>
              <w:bottom w:w="80" w:type="dxa"/>
              <w:right w:w="100" w:type="dxa"/>
            </w:tcMar>
            <w:vAlign w:val="center"/>
          </w:tcPr>
          <w:p w14:paraId="1FD68E3B" w14:textId="77777777" w:rsidR="00E468C6" w:rsidRDefault="004760EB" w:rsidP="009F3E47">
            <w:pPr>
              <w:spacing w:line="240" w:lineRule="exact"/>
              <w:jc w:val="center"/>
            </w:pPr>
            <w:proofErr w:type="spellStart"/>
            <w:r>
              <w:t>保険料</w:t>
            </w:r>
            <w:proofErr w:type="spellEnd"/>
          </w:p>
        </w:tc>
        <w:tc>
          <w:tcPr>
            <w:tcW w:w="6633" w:type="dxa"/>
            <w:tcMar>
              <w:top w:w="80" w:type="dxa"/>
              <w:left w:w="100" w:type="dxa"/>
              <w:bottom w:w="80" w:type="dxa"/>
              <w:right w:w="100" w:type="dxa"/>
            </w:tcMar>
            <w:vAlign w:val="center"/>
          </w:tcPr>
          <w:p w14:paraId="051B32D2" w14:textId="3F08BB22" w:rsidR="00E468C6" w:rsidRDefault="004760EB" w:rsidP="009F3E47">
            <w:pPr>
              <w:spacing w:line="240" w:lineRule="exact"/>
              <w:rPr>
                <w:lang w:eastAsia="ja-JP"/>
              </w:rPr>
            </w:pPr>
            <w:r>
              <w:rPr>
                <w:lang w:eastAsia="ja-JP"/>
              </w:rPr>
              <w:t>原則対象外</w:t>
            </w:r>
            <w:r w:rsidR="0008522D">
              <w:rPr>
                <w:rFonts w:hint="eastAsia"/>
                <w:lang w:eastAsia="ja-JP"/>
              </w:rPr>
              <w:t>（</w:t>
            </w:r>
            <w:r>
              <w:rPr>
                <w:lang w:eastAsia="ja-JP"/>
              </w:rPr>
              <w:t>展示会出展に係る保険料は例外</w:t>
            </w:r>
            <w:r w:rsidR="0008522D">
              <w:rPr>
                <w:rFonts w:hint="eastAsia"/>
                <w:lang w:eastAsia="ja-JP"/>
              </w:rPr>
              <w:t>）</w:t>
            </w:r>
          </w:p>
        </w:tc>
      </w:tr>
      <w:tr w:rsidR="00E468C6" w14:paraId="4F80FD2F" w14:textId="77777777">
        <w:trPr>
          <w:jc w:val="center"/>
        </w:trPr>
        <w:tc>
          <w:tcPr>
            <w:tcW w:w="2721" w:type="dxa"/>
            <w:shd w:val="clear" w:color="auto" w:fill="F8FBFD"/>
            <w:tcMar>
              <w:top w:w="80" w:type="dxa"/>
              <w:left w:w="100" w:type="dxa"/>
              <w:bottom w:w="80" w:type="dxa"/>
              <w:right w:w="100" w:type="dxa"/>
            </w:tcMar>
            <w:vAlign w:val="center"/>
          </w:tcPr>
          <w:p w14:paraId="6E0144AE" w14:textId="77777777" w:rsidR="00E468C6" w:rsidRDefault="004760EB" w:rsidP="009F3E47">
            <w:pPr>
              <w:spacing w:line="240" w:lineRule="exact"/>
              <w:jc w:val="center"/>
            </w:pPr>
            <w:proofErr w:type="spellStart"/>
            <w:r>
              <w:t>不適切な経費</w:t>
            </w:r>
            <w:proofErr w:type="spellEnd"/>
          </w:p>
        </w:tc>
        <w:tc>
          <w:tcPr>
            <w:tcW w:w="6633" w:type="dxa"/>
            <w:shd w:val="clear" w:color="auto" w:fill="F8FBFD"/>
            <w:tcMar>
              <w:top w:w="80" w:type="dxa"/>
              <w:left w:w="100" w:type="dxa"/>
              <w:bottom w:w="80" w:type="dxa"/>
              <w:right w:w="100" w:type="dxa"/>
            </w:tcMar>
            <w:vAlign w:val="center"/>
          </w:tcPr>
          <w:p w14:paraId="41B4C89D" w14:textId="20873816" w:rsidR="00E468C6" w:rsidRDefault="004760EB" w:rsidP="009F3E47">
            <w:pPr>
              <w:spacing w:line="240" w:lineRule="exact"/>
              <w:rPr>
                <w:lang w:eastAsia="ja-JP"/>
              </w:rPr>
            </w:pPr>
            <w:r>
              <w:rPr>
                <w:lang w:eastAsia="ja-JP"/>
              </w:rPr>
              <w:t>飲食、贈答、通常営業費等</w:t>
            </w:r>
          </w:p>
        </w:tc>
      </w:tr>
    </w:tbl>
    <w:p w14:paraId="227DDF39" w14:textId="77777777" w:rsidR="00E468C6" w:rsidRDefault="00E468C6">
      <w:pPr>
        <w:spacing w:after="0"/>
        <w:rPr>
          <w:lang w:eastAsia="ja-JP"/>
        </w:rPr>
      </w:pPr>
    </w:p>
    <w:p w14:paraId="51E95DCE" w14:textId="77777777" w:rsidR="00E468C6" w:rsidRDefault="004760EB">
      <w:pPr>
        <w:rPr>
          <w:lang w:eastAsia="ja-JP"/>
        </w:rPr>
      </w:pPr>
      <w:r>
        <w:rPr>
          <w:lang w:eastAsia="ja-JP"/>
        </w:rPr>
        <w:br w:type="page"/>
      </w:r>
    </w:p>
    <w:p w14:paraId="00C08859" w14:textId="77777777" w:rsidR="00E468C6" w:rsidRDefault="004760EB">
      <w:pPr>
        <w:pStyle w:val="1"/>
        <w:spacing w:before="0" w:after="140"/>
      </w:pPr>
      <w:r>
        <w:rPr>
          <w:sz w:val="21"/>
        </w:rPr>
        <w:lastRenderedPageBreak/>
        <w:t>第</w:t>
      </w:r>
      <w:r>
        <w:rPr>
          <w:sz w:val="21"/>
        </w:rPr>
        <w:t>5</w:t>
      </w:r>
      <w:r>
        <w:rPr>
          <w:sz w:val="21"/>
        </w:rPr>
        <w:t xml:space="preserve">章　</w:t>
      </w:r>
      <w:proofErr w:type="spellStart"/>
      <w:r>
        <w:rPr>
          <w:sz w:val="21"/>
        </w:rPr>
        <w:t>人件費</w:t>
      </w:r>
      <w:proofErr w:type="spellEnd"/>
    </w:p>
    <w:tbl>
      <w:tblPr>
        <w:tblW w:w="0" w:type="auto"/>
        <w:jc w:val="center"/>
        <w:tblLook w:val="04A0" w:firstRow="1" w:lastRow="0" w:firstColumn="1" w:lastColumn="0" w:noHBand="0" w:noVBand="1"/>
      </w:tblPr>
      <w:tblGrid>
        <w:gridCol w:w="10166"/>
      </w:tblGrid>
      <w:tr w:rsidR="00E468C6" w14:paraId="625DD990" w14:textId="77777777">
        <w:trPr>
          <w:jc w:val="center"/>
        </w:trPr>
        <w:tc>
          <w:tcPr>
            <w:tcW w:w="10200" w:type="dxa"/>
            <w:shd w:val="clear" w:color="auto" w:fill="F4CCCC"/>
            <w:tcMar>
              <w:top w:w="110" w:type="dxa"/>
              <w:left w:w="150" w:type="dxa"/>
              <w:bottom w:w="110" w:type="dxa"/>
              <w:right w:w="150" w:type="dxa"/>
            </w:tcMar>
          </w:tcPr>
          <w:p w14:paraId="753B7002" w14:textId="77777777" w:rsidR="00E468C6" w:rsidRDefault="004760EB">
            <w:pPr>
              <w:spacing w:after="40"/>
              <w:rPr>
                <w:lang w:eastAsia="ja-JP"/>
              </w:rPr>
            </w:pPr>
            <w:bookmarkStart w:id="0" w:name="_Hlk238494326"/>
            <w:r>
              <w:rPr>
                <w:b/>
                <w:color w:val="C00000"/>
                <w:lang w:eastAsia="ja-JP"/>
              </w:rPr>
              <w:t>対象分野に注意</w:t>
            </w:r>
          </w:p>
          <w:p w14:paraId="0444E6FB" w14:textId="77777777" w:rsidR="00E468C6" w:rsidRDefault="004760EB">
            <w:pPr>
              <w:spacing w:after="0" w:line="259" w:lineRule="auto"/>
              <w:rPr>
                <w:lang w:eastAsia="ja-JP"/>
              </w:rPr>
            </w:pPr>
            <w:r>
              <w:rPr>
                <w:lang w:eastAsia="ja-JP"/>
              </w:rPr>
              <w:t>航空・宇宙機器関連分野では人件費は補助対象外です。また、人件費は技術検証・試作開発等に直接従事した時間が対象で、販路開拓は対象外です。</w:t>
            </w:r>
          </w:p>
        </w:tc>
      </w:tr>
      <w:bookmarkEnd w:id="0"/>
    </w:tbl>
    <w:p w14:paraId="457053DC" w14:textId="77777777" w:rsidR="00E468C6" w:rsidRDefault="00E468C6">
      <w:pPr>
        <w:spacing w:after="0"/>
        <w:rPr>
          <w:lang w:eastAsia="ja-JP"/>
        </w:rPr>
      </w:pPr>
    </w:p>
    <w:p w14:paraId="014E0401" w14:textId="77777777" w:rsidR="00E468C6" w:rsidRDefault="004760EB">
      <w:pPr>
        <w:pStyle w:val="21"/>
        <w:spacing w:before="120" w:after="60"/>
      </w:pPr>
      <w:r>
        <w:rPr>
          <w:sz w:val="21"/>
        </w:rPr>
        <w:t>5-1</w:t>
      </w:r>
      <w:r>
        <w:rPr>
          <w:sz w:val="21"/>
        </w:rPr>
        <w:t xml:space="preserve">　</w:t>
      </w:r>
      <w:proofErr w:type="spellStart"/>
      <w:r>
        <w:rPr>
          <w:sz w:val="21"/>
        </w:rPr>
        <w:t>基本計算</w:t>
      </w:r>
      <w:proofErr w:type="spellEnd"/>
    </w:p>
    <w:tbl>
      <w:tblPr>
        <w:tblW w:w="0" w:type="auto"/>
        <w:jc w:val="center"/>
        <w:tblLook w:val="04A0" w:firstRow="1" w:lastRow="0" w:firstColumn="1" w:lastColumn="0" w:noHBand="0" w:noVBand="1"/>
      </w:tblPr>
      <w:tblGrid>
        <w:gridCol w:w="10166"/>
      </w:tblGrid>
      <w:tr w:rsidR="00E468C6" w14:paraId="627B7953" w14:textId="77777777">
        <w:trPr>
          <w:jc w:val="center"/>
        </w:trPr>
        <w:tc>
          <w:tcPr>
            <w:tcW w:w="10200" w:type="dxa"/>
            <w:shd w:val="clear" w:color="auto" w:fill="E7E6E6"/>
            <w:tcMar>
              <w:top w:w="110" w:type="dxa"/>
              <w:left w:w="150" w:type="dxa"/>
              <w:bottom w:w="110" w:type="dxa"/>
              <w:right w:w="150" w:type="dxa"/>
            </w:tcMar>
          </w:tcPr>
          <w:p w14:paraId="28FC4F1D" w14:textId="77777777" w:rsidR="00E468C6" w:rsidRDefault="004760EB">
            <w:pPr>
              <w:spacing w:after="40"/>
              <w:rPr>
                <w:lang w:eastAsia="ja-JP"/>
              </w:rPr>
            </w:pPr>
            <w:r>
              <w:rPr>
                <w:b/>
                <w:lang w:eastAsia="ja-JP"/>
              </w:rPr>
              <w:t>計算式</w:t>
            </w:r>
          </w:p>
          <w:p w14:paraId="7273E094" w14:textId="39C63B8A" w:rsidR="00E468C6" w:rsidRDefault="004760EB">
            <w:pPr>
              <w:spacing w:after="0" w:line="259" w:lineRule="auto"/>
              <w:rPr>
                <w:lang w:eastAsia="ja-JP"/>
              </w:rPr>
            </w:pPr>
            <w:r>
              <w:rPr>
                <w:lang w:eastAsia="ja-JP"/>
              </w:rPr>
              <w:t xml:space="preserve">補助対象人件費 </w:t>
            </w:r>
            <w:r w:rsidR="00921000">
              <w:rPr>
                <w:rFonts w:hint="eastAsia"/>
                <w:lang w:eastAsia="ja-JP"/>
              </w:rPr>
              <w:t>＝</w:t>
            </w:r>
            <w:r w:rsidR="008215BA">
              <w:rPr>
                <w:rFonts w:hint="eastAsia"/>
                <w:lang w:eastAsia="ja-JP"/>
              </w:rPr>
              <w:t xml:space="preserve"> </w:t>
            </w:r>
            <w:r>
              <w:rPr>
                <w:lang w:eastAsia="ja-JP"/>
              </w:rPr>
              <w:t>人件費単価（円／時間）× 補助事業に直接従事した時間</w:t>
            </w:r>
          </w:p>
        </w:tc>
      </w:tr>
    </w:tbl>
    <w:p w14:paraId="35EA486F" w14:textId="77777777" w:rsidR="00E468C6" w:rsidRDefault="00E468C6">
      <w:pPr>
        <w:spacing w:after="0"/>
        <w:rPr>
          <w:lang w:eastAsia="ja-JP"/>
        </w:rPr>
      </w:pPr>
    </w:p>
    <w:p w14:paraId="77E997A6" w14:textId="24D810F6" w:rsidR="00E468C6" w:rsidRDefault="000C0FE8">
      <w:pPr>
        <w:spacing w:after="80" w:line="269" w:lineRule="auto"/>
        <w:rPr>
          <w:lang w:eastAsia="ja-JP"/>
        </w:rPr>
      </w:pPr>
      <w:r w:rsidRPr="000C0FE8">
        <w:rPr>
          <w:rFonts w:hint="eastAsia"/>
          <w:lang w:eastAsia="ja-JP"/>
        </w:rPr>
        <w:t>補助対象人件費は、実際に支払われた給与額を限度とします。</w:t>
      </w:r>
      <w:r w:rsidR="004760EB">
        <w:rPr>
          <w:lang w:eastAsia="ja-JP"/>
        </w:rPr>
        <w:t>法定福利費の事業者負担分は人件費単価に上乗せしません。</w:t>
      </w:r>
    </w:p>
    <w:p w14:paraId="576BA687" w14:textId="77777777" w:rsidR="00E468C6" w:rsidRDefault="004760EB">
      <w:pPr>
        <w:pStyle w:val="21"/>
        <w:spacing w:before="120" w:after="60"/>
      </w:pPr>
      <w:r>
        <w:rPr>
          <w:sz w:val="21"/>
        </w:rPr>
        <w:t>5-2</w:t>
      </w:r>
      <w:r>
        <w:rPr>
          <w:sz w:val="21"/>
        </w:rPr>
        <w:t xml:space="preserve">　</w:t>
      </w:r>
      <w:proofErr w:type="spellStart"/>
      <w:r>
        <w:rPr>
          <w:sz w:val="21"/>
        </w:rPr>
        <w:t>人件費単価の考え方</w:t>
      </w:r>
      <w:proofErr w:type="spellEnd"/>
    </w:p>
    <w:tbl>
      <w:tblPr>
        <w:tblStyle w:val="afe"/>
        <w:tblW w:w="0" w:type="auto"/>
        <w:jc w:val="center"/>
        <w:tblLook w:val="04A0" w:firstRow="1" w:lastRow="0" w:firstColumn="1" w:lastColumn="0" w:noHBand="0" w:noVBand="1"/>
      </w:tblPr>
      <w:tblGrid>
        <w:gridCol w:w="2438"/>
        <w:gridCol w:w="6917"/>
      </w:tblGrid>
      <w:tr w:rsidR="00E468C6" w14:paraId="2CBA2642" w14:textId="77777777">
        <w:trPr>
          <w:tblHeader/>
          <w:jc w:val="center"/>
        </w:trPr>
        <w:tc>
          <w:tcPr>
            <w:tcW w:w="2438" w:type="dxa"/>
            <w:shd w:val="clear" w:color="auto" w:fill="595959"/>
            <w:tcMar>
              <w:top w:w="80" w:type="dxa"/>
              <w:left w:w="100" w:type="dxa"/>
              <w:bottom w:w="80" w:type="dxa"/>
              <w:right w:w="100" w:type="dxa"/>
            </w:tcMar>
            <w:vAlign w:val="center"/>
          </w:tcPr>
          <w:p w14:paraId="57E0602F" w14:textId="77777777" w:rsidR="00E468C6" w:rsidRDefault="004760EB" w:rsidP="005070B8">
            <w:pPr>
              <w:spacing w:line="260" w:lineRule="exact"/>
              <w:jc w:val="center"/>
            </w:pPr>
            <w:proofErr w:type="spellStart"/>
            <w:r>
              <w:rPr>
                <w:b/>
                <w:color w:val="FFFFFF"/>
              </w:rPr>
              <w:t>対象者</w:t>
            </w:r>
            <w:proofErr w:type="spellEnd"/>
          </w:p>
        </w:tc>
        <w:tc>
          <w:tcPr>
            <w:tcW w:w="6917" w:type="dxa"/>
            <w:shd w:val="clear" w:color="auto" w:fill="595959"/>
            <w:tcMar>
              <w:top w:w="80" w:type="dxa"/>
              <w:left w:w="100" w:type="dxa"/>
              <w:bottom w:w="80" w:type="dxa"/>
              <w:right w:w="100" w:type="dxa"/>
            </w:tcMar>
            <w:vAlign w:val="center"/>
          </w:tcPr>
          <w:p w14:paraId="55D6CE6E" w14:textId="77777777" w:rsidR="00E468C6" w:rsidRDefault="004760EB" w:rsidP="005070B8">
            <w:pPr>
              <w:spacing w:line="260" w:lineRule="exact"/>
              <w:jc w:val="center"/>
            </w:pPr>
            <w:proofErr w:type="spellStart"/>
            <w:r>
              <w:rPr>
                <w:b/>
                <w:color w:val="FFFFFF"/>
              </w:rPr>
              <w:t>単価の算定</w:t>
            </w:r>
            <w:proofErr w:type="spellEnd"/>
          </w:p>
        </w:tc>
      </w:tr>
      <w:tr w:rsidR="00E468C6" w14:paraId="69F00FAC" w14:textId="77777777">
        <w:trPr>
          <w:jc w:val="center"/>
        </w:trPr>
        <w:tc>
          <w:tcPr>
            <w:tcW w:w="2438" w:type="dxa"/>
            <w:tcMar>
              <w:top w:w="80" w:type="dxa"/>
              <w:left w:w="100" w:type="dxa"/>
              <w:bottom w:w="80" w:type="dxa"/>
              <w:right w:w="100" w:type="dxa"/>
            </w:tcMar>
            <w:vAlign w:val="center"/>
          </w:tcPr>
          <w:p w14:paraId="7C5A72B6" w14:textId="77777777" w:rsidR="00E468C6" w:rsidRDefault="004760EB" w:rsidP="005070B8">
            <w:pPr>
              <w:spacing w:line="260" w:lineRule="exact"/>
              <w:jc w:val="center"/>
            </w:pPr>
            <w:proofErr w:type="spellStart"/>
            <w:r>
              <w:t>健保等級適用者</w:t>
            </w:r>
            <w:proofErr w:type="spellEnd"/>
          </w:p>
        </w:tc>
        <w:tc>
          <w:tcPr>
            <w:tcW w:w="6917" w:type="dxa"/>
            <w:tcMar>
              <w:top w:w="80" w:type="dxa"/>
              <w:left w:w="100" w:type="dxa"/>
              <w:bottom w:w="80" w:type="dxa"/>
              <w:right w:w="100" w:type="dxa"/>
            </w:tcMar>
            <w:vAlign w:val="center"/>
          </w:tcPr>
          <w:p w14:paraId="34EFADEC" w14:textId="77777777" w:rsidR="00E468C6" w:rsidRDefault="004760EB" w:rsidP="005070B8">
            <w:pPr>
              <w:spacing w:line="260" w:lineRule="exact"/>
              <w:rPr>
                <w:lang w:eastAsia="ja-JP"/>
              </w:rPr>
            </w:pPr>
            <w:r>
              <w:rPr>
                <w:lang w:eastAsia="ja-JP"/>
              </w:rPr>
              <w:t>賞与回数に応じて等級単価一覧表のA又はB区分を選択し、健保等級に対応する時間単価を使用</w:t>
            </w:r>
          </w:p>
        </w:tc>
      </w:tr>
      <w:tr w:rsidR="00E468C6" w14:paraId="5A65A409" w14:textId="77777777">
        <w:trPr>
          <w:jc w:val="center"/>
        </w:trPr>
        <w:tc>
          <w:tcPr>
            <w:tcW w:w="2438" w:type="dxa"/>
            <w:shd w:val="clear" w:color="auto" w:fill="F8FBFD"/>
            <w:tcMar>
              <w:top w:w="80" w:type="dxa"/>
              <w:left w:w="100" w:type="dxa"/>
              <w:bottom w:w="80" w:type="dxa"/>
              <w:right w:w="100" w:type="dxa"/>
            </w:tcMar>
            <w:vAlign w:val="center"/>
          </w:tcPr>
          <w:p w14:paraId="39962AA0" w14:textId="77777777" w:rsidR="00E468C6" w:rsidRDefault="004760EB" w:rsidP="005070B8">
            <w:pPr>
              <w:spacing w:line="260" w:lineRule="exact"/>
              <w:jc w:val="center"/>
            </w:pPr>
            <w:proofErr w:type="spellStart"/>
            <w:r>
              <w:t>年俸制・月給制</w:t>
            </w:r>
            <w:proofErr w:type="spellEnd"/>
          </w:p>
        </w:tc>
        <w:tc>
          <w:tcPr>
            <w:tcW w:w="6917" w:type="dxa"/>
            <w:shd w:val="clear" w:color="auto" w:fill="F8FBFD"/>
            <w:tcMar>
              <w:top w:w="80" w:type="dxa"/>
              <w:left w:w="100" w:type="dxa"/>
              <w:bottom w:w="80" w:type="dxa"/>
              <w:right w:w="100" w:type="dxa"/>
            </w:tcMar>
            <w:vAlign w:val="center"/>
          </w:tcPr>
          <w:p w14:paraId="50EE209A" w14:textId="77777777" w:rsidR="00E468C6" w:rsidRDefault="004760EB" w:rsidP="005070B8">
            <w:pPr>
              <w:spacing w:line="260" w:lineRule="exact"/>
              <w:rPr>
                <w:lang w:eastAsia="ja-JP"/>
              </w:rPr>
            </w:pPr>
            <w:r>
              <w:rPr>
                <w:lang w:eastAsia="ja-JP"/>
              </w:rPr>
              <w:t>月給相当額を算定し、等級単価一覧表の月給範囲額に対応する時間単価を使用</w:t>
            </w:r>
          </w:p>
        </w:tc>
      </w:tr>
      <w:tr w:rsidR="00E468C6" w14:paraId="0D2214C0" w14:textId="77777777">
        <w:trPr>
          <w:jc w:val="center"/>
        </w:trPr>
        <w:tc>
          <w:tcPr>
            <w:tcW w:w="2438" w:type="dxa"/>
            <w:tcMar>
              <w:top w:w="80" w:type="dxa"/>
              <w:left w:w="100" w:type="dxa"/>
              <w:bottom w:w="80" w:type="dxa"/>
              <w:right w:w="100" w:type="dxa"/>
            </w:tcMar>
            <w:vAlign w:val="center"/>
          </w:tcPr>
          <w:p w14:paraId="0852E349" w14:textId="77777777" w:rsidR="00E468C6" w:rsidRDefault="004760EB" w:rsidP="005070B8">
            <w:pPr>
              <w:spacing w:line="260" w:lineRule="exact"/>
              <w:jc w:val="center"/>
            </w:pPr>
            <w:proofErr w:type="spellStart"/>
            <w:r>
              <w:t>日給制</w:t>
            </w:r>
            <w:proofErr w:type="spellEnd"/>
          </w:p>
        </w:tc>
        <w:tc>
          <w:tcPr>
            <w:tcW w:w="6917" w:type="dxa"/>
            <w:tcMar>
              <w:top w:w="80" w:type="dxa"/>
              <w:left w:w="100" w:type="dxa"/>
              <w:bottom w:w="80" w:type="dxa"/>
              <w:right w:w="100" w:type="dxa"/>
            </w:tcMar>
            <w:vAlign w:val="center"/>
          </w:tcPr>
          <w:p w14:paraId="6EE61E37" w14:textId="77777777" w:rsidR="00E468C6" w:rsidRDefault="004760EB" w:rsidP="005070B8">
            <w:pPr>
              <w:spacing w:line="260" w:lineRule="exact"/>
              <w:rPr>
                <w:lang w:eastAsia="ja-JP"/>
              </w:rPr>
            </w:pPr>
            <w:r>
              <w:rPr>
                <w:lang w:eastAsia="ja-JP"/>
              </w:rPr>
              <w:t>日給額を雇用契約上の所定就業時間で除した単価を使用</w:t>
            </w:r>
          </w:p>
        </w:tc>
      </w:tr>
      <w:tr w:rsidR="00E468C6" w14:paraId="11B788A4" w14:textId="77777777">
        <w:trPr>
          <w:jc w:val="center"/>
        </w:trPr>
        <w:tc>
          <w:tcPr>
            <w:tcW w:w="2438" w:type="dxa"/>
            <w:shd w:val="clear" w:color="auto" w:fill="F8FBFD"/>
            <w:tcMar>
              <w:top w:w="80" w:type="dxa"/>
              <w:left w:w="100" w:type="dxa"/>
              <w:bottom w:w="80" w:type="dxa"/>
              <w:right w:w="100" w:type="dxa"/>
            </w:tcMar>
            <w:vAlign w:val="center"/>
          </w:tcPr>
          <w:p w14:paraId="6F82CB76" w14:textId="77777777" w:rsidR="00E468C6" w:rsidRDefault="004760EB" w:rsidP="005070B8">
            <w:pPr>
              <w:spacing w:line="260" w:lineRule="exact"/>
              <w:jc w:val="center"/>
            </w:pPr>
            <w:proofErr w:type="spellStart"/>
            <w:r>
              <w:t>時給制</w:t>
            </w:r>
            <w:proofErr w:type="spellEnd"/>
          </w:p>
        </w:tc>
        <w:tc>
          <w:tcPr>
            <w:tcW w:w="6917" w:type="dxa"/>
            <w:shd w:val="clear" w:color="auto" w:fill="F8FBFD"/>
            <w:tcMar>
              <w:top w:w="80" w:type="dxa"/>
              <w:left w:w="100" w:type="dxa"/>
              <w:bottom w:w="80" w:type="dxa"/>
              <w:right w:w="100" w:type="dxa"/>
            </w:tcMar>
            <w:vAlign w:val="center"/>
          </w:tcPr>
          <w:p w14:paraId="07C4532D" w14:textId="77777777" w:rsidR="00E468C6" w:rsidRDefault="004760EB" w:rsidP="005070B8">
            <w:pPr>
              <w:spacing w:line="260" w:lineRule="exact"/>
              <w:rPr>
                <w:lang w:eastAsia="ja-JP"/>
              </w:rPr>
            </w:pPr>
            <w:r>
              <w:rPr>
                <w:lang w:eastAsia="ja-JP"/>
              </w:rPr>
              <w:t>雇用契約等に基づく時給を使用</w:t>
            </w:r>
          </w:p>
        </w:tc>
      </w:tr>
    </w:tbl>
    <w:p w14:paraId="4901C442" w14:textId="77777777" w:rsidR="00E468C6" w:rsidRDefault="00E468C6">
      <w:pPr>
        <w:spacing w:after="0"/>
        <w:rPr>
          <w:lang w:eastAsia="ja-JP"/>
        </w:rPr>
      </w:pPr>
    </w:p>
    <w:p w14:paraId="63D2F928" w14:textId="14A43C01" w:rsidR="00E468C6" w:rsidRDefault="004760EB">
      <w:pPr>
        <w:pStyle w:val="a0"/>
        <w:spacing w:after="40" w:line="259" w:lineRule="auto"/>
        <w:rPr>
          <w:lang w:eastAsia="ja-JP"/>
        </w:rPr>
      </w:pPr>
      <w:r>
        <w:rPr>
          <w:lang w:eastAsia="ja-JP"/>
        </w:rPr>
        <w:t>対象期間中に健保等級が2等級以上変更となる場合は、改定月から新しい等級単価を適用する</w:t>
      </w:r>
      <w:r w:rsidR="007B7F4D">
        <w:rPr>
          <w:rFonts w:hint="eastAsia"/>
          <w:lang w:eastAsia="ja-JP"/>
        </w:rPr>
        <w:t>。</w:t>
      </w:r>
    </w:p>
    <w:p w14:paraId="2FAD63ED" w14:textId="6A3E9515" w:rsidR="00E468C6" w:rsidRDefault="004760EB">
      <w:pPr>
        <w:pStyle w:val="a0"/>
        <w:spacing w:after="40" w:line="259" w:lineRule="auto"/>
        <w:rPr>
          <w:lang w:eastAsia="ja-JP"/>
        </w:rPr>
      </w:pPr>
      <w:r>
        <w:rPr>
          <w:lang w:eastAsia="ja-JP"/>
        </w:rPr>
        <w:t>賞与を加算する場合は、支給額・算定対象期間を確認し、対象期間分を按分する</w:t>
      </w:r>
      <w:r w:rsidR="007B7F4D">
        <w:rPr>
          <w:rFonts w:hint="eastAsia"/>
          <w:lang w:eastAsia="ja-JP"/>
        </w:rPr>
        <w:t>。</w:t>
      </w:r>
    </w:p>
    <w:p w14:paraId="4309437D" w14:textId="147CF0F7" w:rsidR="00E468C6" w:rsidRDefault="004760EB" w:rsidP="007B7F4D">
      <w:pPr>
        <w:pStyle w:val="a0"/>
        <w:spacing w:after="40" w:line="259" w:lineRule="auto"/>
        <w:rPr>
          <w:lang w:eastAsia="ja-JP"/>
        </w:rPr>
      </w:pPr>
      <w:r>
        <w:rPr>
          <w:lang w:eastAsia="ja-JP"/>
        </w:rPr>
        <w:t>給与実績と等級単価に大幅な乖離がある場合は単価調整が必要となる</w:t>
      </w:r>
      <w:r w:rsidR="007B7F4D">
        <w:rPr>
          <w:rFonts w:hint="eastAsia"/>
          <w:lang w:eastAsia="ja-JP"/>
        </w:rPr>
        <w:t>。</w:t>
      </w:r>
    </w:p>
    <w:p w14:paraId="556EEC66" w14:textId="77777777" w:rsidR="00E468C6" w:rsidRDefault="004760EB">
      <w:pPr>
        <w:pStyle w:val="21"/>
        <w:spacing w:before="120" w:after="60"/>
      </w:pPr>
      <w:r>
        <w:rPr>
          <w:sz w:val="21"/>
        </w:rPr>
        <w:t>5-3</w:t>
      </w:r>
      <w:r>
        <w:rPr>
          <w:sz w:val="21"/>
        </w:rPr>
        <w:t xml:space="preserve">　</w:t>
      </w:r>
      <w:proofErr w:type="spellStart"/>
      <w:r>
        <w:rPr>
          <w:sz w:val="21"/>
        </w:rPr>
        <w:t>整備する資料</w:t>
      </w:r>
      <w:proofErr w:type="spellEnd"/>
    </w:p>
    <w:tbl>
      <w:tblPr>
        <w:tblStyle w:val="afe"/>
        <w:tblW w:w="0" w:type="auto"/>
        <w:jc w:val="center"/>
        <w:tblLook w:val="04A0" w:firstRow="1" w:lastRow="0" w:firstColumn="1" w:lastColumn="0" w:noHBand="0" w:noVBand="1"/>
      </w:tblPr>
      <w:tblGrid>
        <w:gridCol w:w="3859"/>
        <w:gridCol w:w="5552"/>
      </w:tblGrid>
      <w:tr w:rsidR="00E468C6" w14:paraId="69427941" w14:textId="77777777" w:rsidTr="00E978A2">
        <w:trPr>
          <w:tblHeader/>
          <w:jc w:val="center"/>
        </w:trPr>
        <w:tc>
          <w:tcPr>
            <w:tcW w:w="3859" w:type="dxa"/>
            <w:shd w:val="clear" w:color="auto" w:fill="595959"/>
            <w:tcMar>
              <w:top w:w="80" w:type="dxa"/>
              <w:left w:w="100" w:type="dxa"/>
              <w:bottom w:w="80" w:type="dxa"/>
              <w:right w:w="100" w:type="dxa"/>
            </w:tcMar>
            <w:vAlign w:val="center"/>
          </w:tcPr>
          <w:p w14:paraId="1B6FE4AA" w14:textId="77777777" w:rsidR="00E468C6" w:rsidRDefault="004760EB" w:rsidP="005070B8">
            <w:pPr>
              <w:spacing w:line="260" w:lineRule="exact"/>
              <w:jc w:val="center"/>
            </w:pPr>
            <w:proofErr w:type="spellStart"/>
            <w:r>
              <w:rPr>
                <w:b/>
                <w:color w:val="FFFFFF"/>
              </w:rPr>
              <w:t>資料</w:t>
            </w:r>
            <w:proofErr w:type="spellEnd"/>
          </w:p>
        </w:tc>
        <w:tc>
          <w:tcPr>
            <w:tcW w:w="5552" w:type="dxa"/>
            <w:shd w:val="clear" w:color="auto" w:fill="595959"/>
            <w:tcMar>
              <w:top w:w="80" w:type="dxa"/>
              <w:left w:w="100" w:type="dxa"/>
              <w:bottom w:w="80" w:type="dxa"/>
              <w:right w:w="100" w:type="dxa"/>
            </w:tcMar>
            <w:vAlign w:val="center"/>
          </w:tcPr>
          <w:p w14:paraId="2EA41EE8" w14:textId="18D4FEC5" w:rsidR="00E468C6" w:rsidRDefault="0005748A" w:rsidP="005070B8">
            <w:pPr>
              <w:spacing w:line="260" w:lineRule="exact"/>
              <w:jc w:val="center"/>
              <w:rPr>
                <w:lang w:eastAsia="ja-JP"/>
              </w:rPr>
            </w:pPr>
            <w:r>
              <w:rPr>
                <w:rFonts w:hint="eastAsia"/>
                <w:b/>
                <w:color w:val="FFFFFF"/>
                <w:lang w:eastAsia="ja-JP"/>
              </w:rPr>
              <w:t>確認事項</w:t>
            </w:r>
          </w:p>
        </w:tc>
      </w:tr>
      <w:tr w:rsidR="00E468C6" w14:paraId="57059ACE" w14:textId="77777777" w:rsidTr="00E978A2">
        <w:trPr>
          <w:jc w:val="center"/>
        </w:trPr>
        <w:tc>
          <w:tcPr>
            <w:tcW w:w="3859" w:type="dxa"/>
            <w:tcMar>
              <w:top w:w="80" w:type="dxa"/>
              <w:left w:w="100" w:type="dxa"/>
              <w:bottom w:w="80" w:type="dxa"/>
              <w:right w:w="100" w:type="dxa"/>
            </w:tcMar>
            <w:vAlign w:val="center"/>
          </w:tcPr>
          <w:p w14:paraId="36329DB0" w14:textId="77777777" w:rsidR="00E468C6" w:rsidRDefault="004760EB" w:rsidP="005070B8">
            <w:pPr>
              <w:spacing w:line="260" w:lineRule="exact"/>
              <w:jc w:val="center"/>
            </w:pPr>
            <w:proofErr w:type="spellStart"/>
            <w:r>
              <w:t>補助業務従事日誌</w:t>
            </w:r>
            <w:proofErr w:type="spellEnd"/>
          </w:p>
        </w:tc>
        <w:tc>
          <w:tcPr>
            <w:tcW w:w="5552" w:type="dxa"/>
            <w:tcMar>
              <w:top w:w="80" w:type="dxa"/>
              <w:left w:w="100" w:type="dxa"/>
              <w:bottom w:w="80" w:type="dxa"/>
              <w:right w:w="100" w:type="dxa"/>
            </w:tcMar>
            <w:vAlign w:val="center"/>
          </w:tcPr>
          <w:p w14:paraId="4ED83211" w14:textId="2A9C924A" w:rsidR="00E468C6" w:rsidRDefault="004760EB" w:rsidP="005070B8">
            <w:pPr>
              <w:spacing w:line="260" w:lineRule="exact"/>
              <w:rPr>
                <w:lang w:eastAsia="ja-JP"/>
              </w:rPr>
            </w:pPr>
            <w:r>
              <w:rPr>
                <w:lang w:eastAsia="ja-JP"/>
              </w:rPr>
              <w:t>従事日、時間、具体的な業務内容</w:t>
            </w:r>
          </w:p>
        </w:tc>
      </w:tr>
      <w:tr w:rsidR="00E468C6" w14:paraId="200548E1" w14:textId="77777777" w:rsidTr="00E978A2">
        <w:trPr>
          <w:jc w:val="center"/>
        </w:trPr>
        <w:tc>
          <w:tcPr>
            <w:tcW w:w="3859" w:type="dxa"/>
            <w:shd w:val="clear" w:color="auto" w:fill="F8FBFD"/>
            <w:tcMar>
              <w:top w:w="80" w:type="dxa"/>
              <w:left w:w="100" w:type="dxa"/>
              <w:bottom w:w="80" w:type="dxa"/>
              <w:right w:w="100" w:type="dxa"/>
            </w:tcMar>
            <w:vAlign w:val="center"/>
          </w:tcPr>
          <w:p w14:paraId="0D10A881" w14:textId="77777777" w:rsidR="00E468C6" w:rsidRDefault="004760EB" w:rsidP="005070B8">
            <w:pPr>
              <w:spacing w:line="260" w:lineRule="exact"/>
              <w:jc w:val="center"/>
              <w:rPr>
                <w:lang w:eastAsia="ja-JP"/>
              </w:rPr>
            </w:pPr>
            <w:r>
              <w:rPr>
                <w:lang w:eastAsia="ja-JP"/>
              </w:rPr>
              <w:t>就業規則・就業カレンダー</w:t>
            </w:r>
          </w:p>
        </w:tc>
        <w:tc>
          <w:tcPr>
            <w:tcW w:w="5552" w:type="dxa"/>
            <w:shd w:val="clear" w:color="auto" w:fill="F8FBFD"/>
            <w:tcMar>
              <w:top w:w="80" w:type="dxa"/>
              <w:left w:w="100" w:type="dxa"/>
              <w:bottom w:w="80" w:type="dxa"/>
              <w:right w:w="100" w:type="dxa"/>
            </w:tcMar>
            <w:vAlign w:val="center"/>
          </w:tcPr>
          <w:p w14:paraId="531D2445" w14:textId="4919D70D" w:rsidR="00E468C6" w:rsidRDefault="004760EB" w:rsidP="005070B8">
            <w:pPr>
              <w:spacing w:line="260" w:lineRule="exact"/>
              <w:rPr>
                <w:lang w:eastAsia="ja-JP"/>
              </w:rPr>
            </w:pPr>
            <w:r>
              <w:rPr>
                <w:lang w:eastAsia="ja-JP"/>
              </w:rPr>
              <w:t>所定労働日・所定労働時間</w:t>
            </w:r>
          </w:p>
        </w:tc>
      </w:tr>
      <w:tr w:rsidR="00E468C6" w14:paraId="6E216EE0" w14:textId="77777777" w:rsidTr="00E978A2">
        <w:trPr>
          <w:jc w:val="center"/>
        </w:trPr>
        <w:tc>
          <w:tcPr>
            <w:tcW w:w="3859" w:type="dxa"/>
            <w:tcMar>
              <w:top w:w="80" w:type="dxa"/>
              <w:left w:w="100" w:type="dxa"/>
              <w:bottom w:w="80" w:type="dxa"/>
              <w:right w:w="100" w:type="dxa"/>
            </w:tcMar>
            <w:vAlign w:val="center"/>
          </w:tcPr>
          <w:p w14:paraId="05C9A31A" w14:textId="77777777" w:rsidR="00E468C6" w:rsidRDefault="004760EB" w:rsidP="005070B8">
            <w:pPr>
              <w:spacing w:line="260" w:lineRule="exact"/>
              <w:jc w:val="center"/>
              <w:rPr>
                <w:lang w:eastAsia="ja-JP"/>
              </w:rPr>
            </w:pPr>
            <w:r>
              <w:rPr>
                <w:lang w:eastAsia="ja-JP"/>
              </w:rPr>
              <w:t>タイムカード・出勤簿</w:t>
            </w:r>
          </w:p>
        </w:tc>
        <w:tc>
          <w:tcPr>
            <w:tcW w:w="5552" w:type="dxa"/>
            <w:tcMar>
              <w:top w:w="80" w:type="dxa"/>
              <w:left w:w="100" w:type="dxa"/>
              <w:bottom w:w="80" w:type="dxa"/>
              <w:right w:w="100" w:type="dxa"/>
            </w:tcMar>
            <w:vAlign w:val="center"/>
          </w:tcPr>
          <w:p w14:paraId="2382DB3D" w14:textId="63464B64" w:rsidR="00E468C6" w:rsidRDefault="004760EB" w:rsidP="005070B8">
            <w:pPr>
              <w:spacing w:line="260" w:lineRule="exact"/>
              <w:rPr>
                <w:lang w:eastAsia="ja-JP"/>
              </w:rPr>
            </w:pPr>
            <w:r>
              <w:rPr>
                <w:lang w:eastAsia="ja-JP"/>
              </w:rPr>
              <w:t>実際の勤務時間との整合</w:t>
            </w:r>
          </w:p>
        </w:tc>
      </w:tr>
      <w:tr w:rsidR="00E468C6" w14:paraId="3C270B17" w14:textId="77777777" w:rsidTr="00E978A2">
        <w:trPr>
          <w:jc w:val="center"/>
        </w:trPr>
        <w:tc>
          <w:tcPr>
            <w:tcW w:w="3859" w:type="dxa"/>
            <w:shd w:val="clear" w:color="auto" w:fill="F8FBFD"/>
            <w:tcMar>
              <w:top w:w="80" w:type="dxa"/>
              <w:left w:w="100" w:type="dxa"/>
              <w:bottom w:w="80" w:type="dxa"/>
              <w:right w:w="100" w:type="dxa"/>
            </w:tcMar>
            <w:vAlign w:val="center"/>
          </w:tcPr>
          <w:p w14:paraId="13A77EAA" w14:textId="77777777" w:rsidR="00E468C6" w:rsidRDefault="004760EB" w:rsidP="005070B8">
            <w:pPr>
              <w:spacing w:line="260" w:lineRule="exact"/>
              <w:jc w:val="center"/>
              <w:rPr>
                <w:lang w:eastAsia="ja-JP"/>
              </w:rPr>
            </w:pPr>
            <w:r>
              <w:rPr>
                <w:lang w:eastAsia="ja-JP"/>
              </w:rPr>
              <w:t>健保等級証明書・標準報酬通知等</w:t>
            </w:r>
          </w:p>
        </w:tc>
        <w:tc>
          <w:tcPr>
            <w:tcW w:w="5552" w:type="dxa"/>
            <w:shd w:val="clear" w:color="auto" w:fill="F8FBFD"/>
            <w:tcMar>
              <w:top w:w="80" w:type="dxa"/>
              <w:left w:w="100" w:type="dxa"/>
              <w:bottom w:w="80" w:type="dxa"/>
              <w:right w:w="100" w:type="dxa"/>
            </w:tcMar>
            <w:vAlign w:val="center"/>
          </w:tcPr>
          <w:p w14:paraId="1BB2F9D4" w14:textId="0E323106" w:rsidR="00E468C6" w:rsidRDefault="004760EB" w:rsidP="005070B8">
            <w:pPr>
              <w:spacing w:line="260" w:lineRule="exact"/>
              <w:rPr>
                <w:lang w:eastAsia="ja-JP"/>
              </w:rPr>
            </w:pPr>
            <w:r>
              <w:rPr>
                <w:lang w:eastAsia="ja-JP"/>
              </w:rPr>
              <w:t>健保等級と適用期間</w:t>
            </w:r>
          </w:p>
        </w:tc>
      </w:tr>
      <w:tr w:rsidR="00E468C6" w14:paraId="2A140F28" w14:textId="77777777" w:rsidTr="00E978A2">
        <w:trPr>
          <w:jc w:val="center"/>
        </w:trPr>
        <w:tc>
          <w:tcPr>
            <w:tcW w:w="3859" w:type="dxa"/>
            <w:tcMar>
              <w:top w:w="80" w:type="dxa"/>
              <w:left w:w="100" w:type="dxa"/>
              <w:bottom w:w="80" w:type="dxa"/>
              <w:right w:w="100" w:type="dxa"/>
            </w:tcMar>
            <w:vAlign w:val="center"/>
          </w:tcPr>
          <w:p w14:paraId="40E1395D" w14:textId="77777777" w:rsidR="00E468C6" w:rsidRDefault="004760EB" w:rsidP="005070B8">
            <w:pPr>
              <w:spacing w:line="260" w:lineRule="exact"/>
              <w:jc w:val="center"/>
              <w:rPr>
                <w:lang w:eastAsia="ja-JP"/>
              </w:rPr>
            </w:pPr>
            <w:r>
              <w:rPr>
                <w:lang w:eastAsia="ja-JP"/>
              </w:rPr>
              <w:t>給与証明書・給与明細・賃金台帳</w:t>
            </w:r>
          </w:p>
        </w:tc>
        <w:tc>
          <w:tcPr>
            <w:tcW w:w="5552" w:type="dxa"/>
            <w:tcMar>
              <w:top w:w="80" w:type="dxa"/>
              <w:left w:w="100" w:type="dxa"/>
              <w:bottom w:w="80" w:type="dxa"/>
              <w:right w:w="100" w:type="dxa"/>
            </w:tcMar>
            <w:vAlign w:val="center"/>
          </w:tcPr>
          <w:p w14:paraId="1B626D9E" w14:textId="058BFF00" w:rsidR="00E468C6" w:rsidRDefault="004760EB" w:rsidP="005070B8">
            <w:pPr>
              <w:spacing w:line="260" w:lineRule="exact"/>
              <w:rPr>
                <w:lang w:eastAsia="ja-JP"/>
              </w:rPr>
            </w:pPr>
            <w:r>
              <w:rPr>
                <w:lang w:eastAsia="ja-JP"/>
              </w:rPr>
              <w:t>給与形態、支給額、賞与等</w:t>
            </w:r>
          </w:p>
        </w:tc>
      </w:tr>
      <w:tr w:rsidR="00E468C6" w14:paraId="6011168F" w14:textId="77777777" w:rsidTr="00E978A2">
        <w:trPr>
          <w:jc w:val="center"/>
        </w:trPr>
        <w:tc>
          <w:tcPr>
            <w:tcW w:w="3859" w:type="dxa"/>
            <w:shd w:val="clear" w:color="auto" w:fill="F8FBFD"/>
            <w:tcMar>
              <w:top w:w="80" w:type="dxa"/>
              <w:left w:w="100" w:type="dxa"/>
              <w:bottom w:w="80" w:type="dxa"/>
              <w:right w:w="100" w:type="dxa"/>
            </w:tcMar>
            <w:vAlign w:val="center"/>
          </w:tcPr>
          <w:p w14:paraId="5E963351" w14:textId="77777777" w:rsidR="00E468C6" w:rsidRDefault="004760EB" w:rsidP="005070B8">
            <w:pPr>
              <w:spacing w:line="260" w:lineRule="exact"/>
              <w:jc w:val="center"/>
            </w:pPr>
            <w:proofErr w:type="spellStart"/>
            <w:r>
              <w:t>雇用契約書</w:t>
            </w:r>
            <w:proofErr w:type="spellEnd"/>
          </w:p>
        </w:tc>
        <w:tc>
          <w:tcPr>
            <w:tcW w:w="5552" w:type="dxa"/>
            <w:shd w:val="clear" w:color="auto" w:fill="F8FBFD"/>
            <w:tcMar>
              <w:top w:w="80" w:type="dxa"/>
              <w:left w:w="100" w:type="dxa"/>
              <w:bottom w:w="80" w:type="dxa"/>
              <w:right w:w="100" w:type="dxa"/>
            </w:tcMar>
            <w:vAlign w:val="center"/>
          </w:tcPr>
          <w:p w14:paraId="433B96B3" w14:textId="012020A1" w:rsidR="00E468C6" w:rsidRDefault="004760EB" w:rsidP="005070B8">
            <w:pPr>
              <w:spacing w:line="260" w:lineRule="exact"/>
              <w:rPr>
                <w:lang w:eastAsia="ja-JP"/>
              </w:rPr>
            </w:pPr>
            <w:r>
              <w:rPr>
                <w:lang w:eastAsia="ja-JP"/>
              </w:rPr>
              <w:t>日給・時給・所定時間等</w:t>
            </w:r>
          </w:p>
        </w:tc>
      </w:tr>
    </w:tbl>
    <w:p w14:paraId="0A9B5B5F" w14:textId="4C39CF54" w:rsidR="00E468C6" w:rsidRDefault="005A1916" w:rsidP="00841949">
      <w:pPr>
        <w:spacing w:after="0"/>
        <w:ind w:left="210" w:hangingChars="100" w:hanging="210"/>
        <w:rPr>
          <w:lang w:eastAsia="ja-JP"/>
        </w:rPr>
      </w:pPr>
      <w:r w:rsidRPr="005A1916">
        <w:rPr>
          <w:rFonts w:hint="eastAsia"/>
          <w:lang w:eastAsia="ja-JP"/>
        </w:rPr>
        <w:t>※補助業務従事日誌、健保等級証明書及び給与証明書の様式は、「人件費の計算に係る取扱い」を確認してください。</w:t>
      </w:r>
    </w:p>
    <w:p w14:paraId="65AD712A" w14:textId="77777777" w:rsidR="00A90CA2" w:rsidRPr="005A1916" w:rsidRDefault="00A90CA2" w:rsidP="00841949">
      <w:pPr>
        <w:spacing w:after="0"/>
        <w:ind w:left="210" w:hangingChars="100" w:hanging="210"/>
        <w:rPr>
          <w:lang w:eastAsia="ja-JP"/>
        </w:rPr>
      </w:pPr>
    </w:p>
    <w:p w14:paraId="050D02D0" w14:textId="77777777" w:rsidR="00E468C6" w:rsidRDefault="004760EB">
      <w:pPr>
        <w:pStyle w:val="21"/>
        <w:spacing w:before="120" w:after="60"/>
      </w:pPr>
      <w:r>
        <w:rPr>
          <w:sz w:val="21"/>
        </w:rPr>
        <w:lastRenderedPageBreak/>
        <w:t>5-4</w:t>
      </w:r>
      <w:r>
        <w:rPr>
          <w:sz w:val="21"/>
        </w:rPr>
        <w:t xml:space="preserve">　</w:t>
      </w:r>
      <w:proofErr w:type="spellStart"/>
      <w:r>
        <w:rPr>
          <w:sz w:val="21"/>
        </w:rPr>
        <w:t>従事日誌の書き方</w:t>
      </w:r>
      <w:proofErr w:type="spellEnd"/>
    </w:p>
    <w:tbl>
      <w:tblPr>
        <w:tblStyle w:val="afe"/>
        <w:tblW w:w="0" w:type="auto"/>
        <w:jc w:val="center"/>
        <w:tblLook w:val="04A0" w:firstRow="1" w:lastRow="0" w:firstColumn="1" w:lastColumn="0" w:noHBand="0" w:noVBand="1"/>
      </w:tblPr>
      <w:tblGrid>
        <w:gridCol w:w="4819"/>
        <w:gridCol w:w="4535"/>
      </w:tblGrid>
      <w:tr w:rsidR="00E468C6" w14:paraId="455ED8E2" w14:textId="77777777">
        <w:trPr>
          <w:tblHeader/>
          <w:jc w:val="center"/>
        </w:trPr>
        <w:tc>
          <w:tcPr>
            <w:tcW w:w="4819" w:type="dxa"/>
            <w:shd w:val="clear" w:color="auto" w:fill="595959"/>
            <w:tcMar>
              <w:top w:w="80" w:type="dxa"/>
              <w:left w:w="100" w:type="dxa"/>
              <w:bottom w:w="80" w:type="dxa"/>
              <w:right w:w="100" w:type="dxa"/>
            </w:tcMar>
            <w:vAlign w:val="center"/>
          </w:tcPr>
          <w:p w14:paraId="5F319AFC" w14:textId="77777777" w:rsidR="00E468C6" w:rsidRDefault="004760EB" w:rsidP="008A3D1A">
            <w:pPr>
              <w:spacing w:line="240" w:lineRule="exact"/>
              <w:jc w:val="center"/>
            </w:pPr>
            <w:proofErr w:type="spellStart"/>
            <w:r>
              <w:rPr>
                <w:b/>
                <w:color w:val="FFFFFF"/>
              </w:rPr>
              <w:t>良い記載例</w:t>
            </w:r>
            <w:proofErr w:type="spellEnd"/>
          </w:p>
        </w:tc>
        <w:tc>
          <w:tcPr>
            <w:tcW w:w="4535" w:type="dxa"/>
            <w:shd w:val="clear" w:color="auto" w:fill="595959"/>
            <w:tcMar>
              <w:top w:w="80" w:type="dxa"/>
              <w:left w:w="100" w:type="dxa"/>
              <w:bottom w:w="80" w:type="dxa"/>
              <w:right w:w="100" w:type="dxa"/>
            </w:tcMar>
            <w:vAlign w:val="center"/>
          </w:tcPr>
          <w:p w14:paraId="0D13A2F2" w14:textId="77777777" w:rsidR="00E468C6" w:rsidRDefault="004760EB" w:rsidP="008A3D1A">
            <w:pPr>
              <w:spacing w:line="240" w:lineRule="exact"/>
              <w:jc w:val="center"/>
            </w:pPr>
            <w:proofErr w:type="spellStart"/>
            <w:r>
              <w:rPr>
                <w:b/>
                <w:color w:val="FFFFFF"/>
              </w:rPr>
              <w:t>不十分な記載例</w:t>
            </w:r>
            <w:proofErr w:type="spellEnd"/>
          </w:p>
        </w:tc>
      </w:tr>
      <w:tr w:rsidR="00E468C6" w14:paraId="53D8C6D4" w14:textId="77777777">
        <w:trPr>
          <w:jc w:val="center"/>
        </w:trPr>
        <w:tc>
          <w:tcPr>
            <w:tcW w:w="4819" w:type="dxa"/>
            <w:tcMar>
              <w:top w:w="80" w:type="dxa"/>
              <w:left w:w="100" w:type="dxa"/>
              <w:bottom w:w="80" w:type="dxa"/>
              <w:right w:w="100" w:type="dxa"/>
            </w:tcMar>
            <w:vAlign w:val="center"/>
          </w:tcPr>
          <w:p w14:paraId="62B32E11" w14:textId="77777777" w:rsidR="00E468C6" w:rsidRDefault="004760EB" w:rsidP="008A3D1A">
            <w:pPr>
              <w:spacing w:line="240" w:lineRule="exact"/>
              <w:rPr>
                <w:lang w:eastAsia="ja-JP"/>
              </w:rPr>
            </w:pPr>
            <w:r>
              <w:rPr>
                <w:lang w:eastAsia="ja-JP"/>
              </w:rPr>
              <w:t>試作機Aの生体センサ回路設計及びノイズ測定</w:t>
            </w:r>
          </w:p>
        </w:tc>
        <w:tc>
          <w:tcPr>
            <w:tcW w:w="4535" w:type="dxa"/>
            <w:tcMar>
              <w:top w:w="80" w:type="dxa"/>
              <w:left w:w="100" w:type="dxa"/>
              <w:bottom w:w="80" w:type="dxa"/>
              <w:right w:w="100" w:type="dxa"/>
            </w:tcMar>
            <w:vAlign w:val="center"/>
          </w:tcPr>
          <w:p w14:paraId="0EFB2576" w14:textId="77777777" w:rsidR="00E468C6" w:rsidRDefault="004760EB" w:rsidP="008A3D1A">
            <w:pPr>
              <w:spacing w:line="240" w:lineRule="exact"/>
              <w:jc w:val="center"/>
            </w:pPr>
            <w:proofErr w:type="spellStart"/>
            <w:r>
              <w:t>開発業務</w:t>
            </w:r>
            <w:proofErr w:type="spellEnd"/>
          </w:p>
        </w:tc>
      </w:tr>
      <w:tr w:rsidR="00E468C6" w14:paraId="0945CA76" w14:textId="77777777">
        <w:trPr>
          <w:jc w:val="center"/>
        </w:trPr>
        <w:tc>
          <w:tcPr>
            <w:tcW w:w="4819" w:type="dxa"/>
            <w:shd w:val="clear" w:color="auto" w:fill="F8FBFD"/>
            <w:tcMar>
              <w:top w:w="80" w:type="dxa"/>
              <w:left w:w="100" w:type="dxa"/>
              <w:bottom w:w="80" w:type="dxa"/>
              <w:right w:w="100" w:type="dxa"/>
            </w:tcMar>
            <w:vAlign w:val="center"/>
          </w:tcPr>
          <w:p w14:paraId="3E509E3D" w14:textId="77777777" w:rsidR="00E468C6" w:rsidRDefault="004760EB" w:rsidP="008A3D1A">
            <w:pPr>
              <w:spacing w:line="240" w:lineRule="exact"/>
              <w:rPr>
                <w:lang w:eastAsia="ja-JP"/>
              </w:rPr>
            </w:pPr>
            <w:r>
              <w:rPr>
                <w:lang w:eastAsia="ja-JP"/>
              </w:rPr>
              <w:t>耐久評価試験の条件設定及び測定結果整理</w:t>
            </w:r>
          </w:p>
        </w:tc>
        <w:tc>
          <w:tcPr>
            <w:tcW w:w="4535" w:type="dxa"/>
            <w:shd w:val="clear" w:color="auto" w:fill="F8FBFD"/>
            <w:tcMar>
              <w:top w:w="80" w:type="dxa"/>
              <w:left w:w="100" w:type="dxa"/>
              <w:bottom w:w="80" w:type="dxa"/>
              <w:right w:w="100" w:type="dxa"/>
            </w:tcMar>
            <w:vAlign w:val="center"/>
          </w:tcPr>
          <w:p w14:paraId="35D3613A" w14:textId="77777777" w:rsidR="00E468C6" w:rsidRDefault="004760EB" w:rsidP="008A3D1A">
            <w:pPr>
              <w:spacing w:line="240" w:lineRule="exact"/>
              <w:jc w:val="center"/>
            </w:pPr>
            <w:proofErr w:type="spellStart"/>
            <w:r>
              <w:t>試験</w:t>
            </w:r>
            <w:proofErr w:type="spellEnd"/>
          </w:p>
        </w:tc>
      </w:tr>
      <w:tr w:rsidR="00E468C6" w14:paraId="29E5D20C" w14:textId="77777777">
        <w:trPr>
          <w:jc w:val="center"/>
        </w:trPr>
        <w:tc>
          <w:tcPr>
            <w:tcW w:w="4819" w:type="dxa"/>
            <w:tcMar>
              <w:top w:w="80" w:type="dxa"/>
              <w:left w:w="100" w:type="dxa"/>
              <w:bottom w:w="80" w:type="dxa"/>
              <w:right w:w="100" w:type="dxa"/>
            </w:tcMar>
            <w:vAlign w:val="center"/>
          </w:tcPr>
          <w:p w14:paraId="5574C2EB" w14:textId="77777777" w:rsidR="00E468C6" w:rsidRDefault="004760EB" w:rsidP="008A3D1A">
            <w:pPr>
              <w:spacing w:line="240" w:lineRule="exact"/>
              <w:rPr>
                <w:lang w:eastAsia="ja-JP"/>
              </w:rPr>
            </w:pPr>
            <w:r>
              <w:rPr>
                <w:lang w:eastAsia="ja-JP"/>
              </w:rPr>
              <w:t>外注予定の加工仕様及び公差条件の検討</w:t>
            </w:r>
          </w:p>
        </w:tc>
        <w:tc>
          <w:tcPr>
            <w:tcW w:w="4535" w:type="dxa"/>
            <w:tcMar>
              <w:top w:w="80" w:type="dxa"/>
              <w:left w:w="100" w:type="dxa"/>
              <w:bottom w:w="80" w:type="dxa"/>
              <w:right w:w="100" w:type="dxa"/>
            </w:tcMar>
            <w:vAlign w:val="center"/>
          </w:tcPr>
          <w:p w14:paraId="7B669818" w14:textId="77777777" w:rsidR="00E468C6" w:rsidRDefault="004760EB" w:rsidP="008A3D1A">
            <w:pPr>
              <w:spacing w:line="240" w:lineRule="exact"/>
              <w:jc w:val="center"/>
            </w:pPr>
            <w:proofErr w:type="spellStart"/>
            <w:r>
              <w:t>打合せ</w:t>
            </w:r>
            <w:proofErr w:type="spellEnd"/>
          </w:p>
        </w:tc>
      </w:tr>
      <w:tr w:rsidR="00E468C6" w14:paraId="036C3730" w14:textId="77777777">
        <w:trPr>
          <w:jc w:val="center"/>
        </w:trPr>
        <w:tc>
          <w:tcPr>
            <w:tcW w:w="4819" w:type="dxa"/>
            <w:shd w:val="clear" w:color="auto" w:fill="F8FBFD"/>
            <w:tcMar>
              <w:top w:w="80" w:type="dxa"/>
              <w:left w:w="100" w:type="dxa"/>
              <w:bottom w:w="80" w:type="dxa"/>
              <w:right w:w="100" w:type="dxa"/>
            </w:tcMar>
            <w:vAlign w:val="center"/>
          </w:tcPr>
          <w:p w14:paraId="70B7DD9D" w14:textId="77777777" w:rsidR="00E468C6" w:rsidRDefault="004760EB" w:rsidP="008A3D1A">
            <w:pPr>
              <w:spacing w:line="240" w:lineRule="exact"/>
              <w:rPr>
                <w:lang w:eastAsia="ja-JP"/>
              </w:rPr>
            </w:pPr>
            <w:r>
              <w:rPr>
                <w:lang w:eastAsia="ja-JP"/>
              </w:rPr>
              <w:t>試作部材Bの材料選定及び寸法測定</w:t>
            </w:r>
          </w:p>
        </w:tc>
        <w:tc>
          <w:tcPr>
            <w:tcW w:w="4535" w:type="dxa"/>
            <w:shd w:val="clear" w:color="auto" w:fill="F8FBFD"/>
            <w:tcMar>
              <w:top w:w="80" w:type="dxa"/>
              <w:left w:w="100" w:type="dxa"/>
              <w:bottom w:w="80" w:type="dxa"/>
              <w:right w:w="100" w:type="dxa"/>
            </w:tcMar>
            <w:vAlign w:val="center"/>
          </w:tcPr>
          <w:p w14:paraId="58BDC645" w14:textId="77777777" w:rsidR="00E468C6" w:rsidRDefault="004760EB" w:rsidP="008A3D1A">
            <w:pPr>
              <w:spacing w:line="240" w:lineRule="exact"/>
              <w:jc w:val="center"/>
            </w:pPr>
            <w:proofErr w:type="spellStart"/>
            <w:r>
              <w:t>事務処理</w:t>
            </w:r>
            <w:proofErr w:type="spellEnd"/>
          </w:p>
        </w:tc>
      </w:tr>
    </w:tbl>
    <w:p w14:paraId="00C01D9C" w14:textId="04E08B38" w:rsidR="00E468C6" w:rsidRDefault="00E468C6" w:rsidP="00455DE3">
      <w:pPr>
        <w:pStyle w:val="a0"/>
        <w:numPr>
          <w:ilvl w:val="0"/>
          <w:numId w:val="0"/>
        </w:numPr>
        <w:spacing w:after="40" w:line="259" w:lineRule="auto"/>
        <w:ind w:left="360"/>
        <w:rPr>
          <w:lang w:eastAsia="ja-JP"/>
        </w:rPr>
      </w:pPr>
    </w:p>
    <w:p w14:paraId="653C97D3" w14:textId="54A8C0D3" w:rsidR="00E468C6" w:rsidRDefault="004760EB">
      <w:pPr>
        <w:pStyle w:val="a0"/>
        <w:spacing w:after="40" w:line="259" w:lineRule="auto"/>
        <w:rPr>
          <w:lang w:eastAsia="ja-JP"/>
        </w:rPr>
      </w:pPr>
      <w:r>
        <w:rPr>
          <w:lang w:eastAsia="ja-JP"/>
        </w:rPr>
        <w:t>同日に通常業務も行った場合は、補助事業従事時間と他業務時間を区分する</w:t>
      </w:r>
      <w:r w:rsidR="0030286B">
        <w:rPr>
          <w:rFonts w:hint="eastAsia"/>
          <w:lang w:eastAsia="ja-JP"/>
        </w:rPr>
        <w:t>。</w:t>
      </w:r>
    </w:p>
    <w:p w14:paraId="609975A8" w14:textId="0B12B153" w:rsidR="00E468C6" w:rsidRDefault="004760EB">
      <w:pPr>
        <w:pStyle w:val="a0"/>
        <w:spacing w:after="40" w:line="259" w:lineRule="auto"/>
        <w:rPr>
          <w:lang w:eastAsia="ja-JP"/>
        </w:rPr>
      </w:pPr>
      <w:r>
        <w:rPr>
          <w:lang w:eastAsia="ja-JP"/>
        </w:rPr>
        <w:t>会議・出張は、補助事業に直接必要な内容と相手方を具体的に記録する</w:t>
      </w:r>
      <w:r w:rsidR="00455DE3">
        <w:rPr>
          <w:rFonts w:hint="eastAsia"/>
          <w:lang w:eastAsia="ja-JP"/>
        </w:rPr>
        <w:t>。</w:t>
      </w:r>
    </w:p>
    <w:p w14:paraId="7A43AAEF" w14:textId="4CE660FF" w:rsidR="00E468C6" w:rsidRDefault="004760EB">
      <w:pPr>
        <w:pStyle w:val="a0"/>
        <w:spacing w:after="40" w:line="259" w:lineRule="auto"/>
        <w:rPr>
          <w:lang w:eastAsia="ja-JP"/>
        </w:rPr>
      </w:pPr>
      <w:r>
        <w:rPr>
          <w:lang w:eastAsia="ja-JP"/>
        </w:rPr>
        <w:t>月ごと、従事者ごとに管理者</w:t>
      </w:r>
      <w:r w:rsidR="00455DE3">
        <w:rPr>
          <w:rFonts w:hint="eastAsia"/>
          <w:lang w:eastAsia="ja-JP"/>
        </w:rPr>
        <w:t>が</w:t>
      </w:r>
      <w:r>
        <w:rPr>
          <w:lang w:eastAsia="ja-JP"/>
        </w:rPr>
        <w:t>確認を行う</w:t>
      </w:r>
      <w:r w:rsidR="00455DE3">
        <w:rPr>
          <w:rFonts w:hint="eastAsia"/>
          <w:lang w:eastAsia="ja-JP"/>
        </w:rPr>
        <w:t>。</w:t>
      </w:r>
    </w:p>
    <w:tbl>
      <w:tblPr>
        <w:tblW w:w="0" w:type="auto"/>
        <w:jc w:val="center"/>
        <w:tblLook w:val="04A0" w:firstRow="1" w:lastRow="0" w:firstColumn="1" w:lastColumn="0" w:noHBand="0" w:noVBand="1"/>
      </w:tblPr>
      <w:tblGrid>
        <w:gridCol w:w="10166"/>
      </w:tblGrid>
      <w:tr w:rsidR="00E468C6" w14:paraId="73FA7997" w14:textId="77777777">
        <w:trPr>
          <w:jc w:val="center"/>
        </w:trPr>
        <w:tc>
          <w:tcPr>
            <w:tcW w:w="10200" w:type="dxa"/>
            <w:shd w:val="clear" w:color="auto" w:fill="FFF2CC"/>
            <w:tcMar>
              <w:top w:w="110" w:type="dxa"/>
              <w:left w:w="150" w:type="dxa"/>
              <w:bottom w:w="110" w:type="dxa"/>
              <w:right w:w="150" w:type="dxa"/>
            </w:tcMar>
          </w:tcPr>
          <w:p w14:paraId="11018B2A" w14:textId="77777777" w:rsidR="00E468C6" w:rsidRDefault="004760EB">
            <w:pPr>
              <w:spacing w:after="40"/>
              <w:rPr>
                <w:lang w:eastAsia="ja-JP"/>
              </w:rPr>
            </w:pPr>
            <w:r>
              <w:rPr>
                <w:b/>
                <w:color w:val="7F6000"/>
                <w:lang w:eastAsia="ja-JP"/>
              </w:rPr>
              <w:t>不一致は減額の原因</w:t>
            </w:r>
          </w:p>
          <w:p w14:paraId="034472F3" w14:textId="77777777" w:rsidR="00E468C6" w:rsidRDefault="004760EB">
            <w:pPr>
              <w:spacing w:after="0" w:line="259" w:lineRule="auto"/>
              <w:rPr>
                <w:lang w:eastAsia="ja-JP"/>
              </w:rPr>
            </w:pPr>
            <w:r>
              <w:rPr>
                <w:lang w:eastAsia="ja-JP"/>
              </w:rPr>
              <w:t>従事日誌、タイムカード、出勤簿、給与資料の時間や日付が一致しない場合、該当時間が対象外となることがあります。</w:t>
            </w:r>
          </w:p>
        </w:tc>
      </w:tr>
    </w:tbl>
    <w:p w14:paraId="6B17813A" w14:textId="77777777" w:rsidR="00E468C6" w:rsidRDefault="00E468C6">
      <w:pPr>
        <w:spacing w:after="0"/>
        <w:rPr>
          <w:lang w:eastAsia="ja-JP"/>
        </w:rPr>
      </w:pPr>
    </w:p>
    <w:p w14:paraId="7FC58A13" w14:textId="77777777" w:rsidR="00E468C6" w:rsidRDefault="004760EB">
      <w:pPr>
        <w:rPr>
          <w:lang w:eastAsia="ja-JP"/>
        </w:rPr>
      </w:pPr>
      <w:r>
        <w:rPr>
          <w:lang w:eastAsia="ja-JP"/>
        </w:rPr>
        <w:br w:type="page"/>
      </w:r>
    </w:p>
    <w:p w14:paraId="584EEC6B" w14:textId="77777777" w:rsidR="00E468C6" w:rsidRDefault="004760EB">
      <w:pPr>
        <w:pStyle w:val="1"/>
        <w:spacing w:before="0" w:after="140"/>
      </w:pPr>
      <w:r>
        <w:rPr>
          <w:sz w:val="21"/>
        </w:rPr>
        <w:lastRenderedPageBreak/>
        <w:t>第</w:t>
      </w:r>
      <w:r>
        <w:rPr>
          <w:sz w:val="21"/>
        </w:rPr>
        <w:t>6</w:t>
      </w:r>
      <w:r>
        <w:rPr>
          <w:sz w:val="21"/>
        </w:rPr>
        <w:t xml:space="preserve">章　</w:t>
      </w:r>
      <w:proofErr w:type="spellStart"/>
      <w:r>
        <w:rPr>
          <w:sz w:val="21"/>
        </w:rPr>
        <w:t>実績報告</w:t>
      </w:r>
      <w:proofErr w:type="spellEnd"/>
    </w:p>
    <w:p w14:paraId="66D0A5E7" w14:textId="77777777" w:rsidR="00E468C6" w:rsidRDefault="004760EB">
      <w:pPr>
        <w:pStyle w:val="21"/>
        <w:spacing w:before="120" w:after="60"/>
      </w:pPr>
      <w:r>
        <w:rPr>
          <w:sz w:val="21"/>
        </w:rPr>
        <w:t>6-1</w:t>
      </w:r>
      <w:r>
        <w:rPr>
          <w:sz w:val="21"/>
        </w:rPr>
        <w:t xml:space="preserve">　</w:t>
      </w:r>
      <w:proofErr w:type="spellStart"/>
      <w:r>
        <w:rPr>
          <w:sz w:val="21"/>
        </w:rPr>
        <w:t>提出書類</w:t>
      </w:r>
      <w:proofErr w:type="spellEnd"/>
    </w:p>
    <w:tbl>
      <w:tblPr>
        <w:tblStyle w:val="afe"/>
        <w:tblW w:w="0" w:type="auto"/>
        <w:jc w:val="center"/>
        <w:tblLook w:val="04A0" w:firstRow="1" w:lastRow="0" w:firstColumn="1" w:lastColumn="0" w:noHBand="0" w:noVBand="1"/>
      </w:tblPr>
      <w:tblGrid>
        <w:gridCol w:w="3061"/>
        <w:gridCol w:w="6350"/>
      </w:tblGrid>
      <w:tr w:rsidR="00E468C6" w14:paraId="68DE98B1" w14:textId="77777777">
        <w:trPr>
          <w:tblHeader/>
          <w:jc w:val="center"/>
        </w:trPr>
        <w:tc>
          <w:tcPr>
            <w:tcW w:w="3061" w:type="dxa"/>
            <w:shd w:val="clear" w:color="auto" w:fill="595959"/>
            <w:tcMar>
              <w:top w:w="80" w:type="dxa"/>
              <w:left w:w="100" w:type="dxa"/>
              <w:bottom w:w="80" w:type="dxa"/>
              <w:right w:w="100" w:type="dxa"/>
            </w:tcMar>
            <w:vAlign w:val="center"/>
          </w:tcPr>
          <w:p w14:paraId="6D79715F" w14:textId="77777777" w:rsidR="00E468C6" w:rsidRDefault="004760EB" w:rsidP="008A3D1A">
            <w:pPr>
              <w:spacing w:line="260" w:lineRule="exact"/>
              <w:jc w:val="center"/>
            </w:pPr>
            <w:proofErr w:type="spellStart"/>
            <w:r>
              <w:rPr>
                <w:b/>
                <w:color w:val="FFFFFF"/>
              </w:rPr>
              <w:t>書類</w:t>
            </w:r>
            <w:proofErr w:type="spellEnd"/>
          </w:p>
        </w:tc>
        <w:tc>
          <w:tcPr>
            <w:tcW w:w="6350" w:type="dxa"/>
            <w:shd w:val="clear" w:color="auto" w:fill="595959"/>
            <w:tcMar>
              <w:top w:w="80" w:type="dxa"/>
              <w:left w:w="100" w:type="dxa"/>
              <w:bottom w:w="80" w:type="dxa"/>
              <w:right w:w="100" w:type="dxa"/>
            </w:tcMar>
            <w:vAlign w:val="center"/>
          </w:tcPr>
          <w:p w14:paraId="66FF3D46" w14:textId="77777777" w:rsidR="00E468C6" w:rsidRDefault="004760EB" w:rsidP="008A3D1A">
            <w:pPr>
              <w:spacing w:line="260" w:lineRule="exact"/>
              <w:jc w:val="center"/>
            </w:pPr>
            <w:proofErr w:type="spellStart"/>
            <w:r>
              <w:rPr>
                <w:b/>
                <w:color w:val="FFFFFF"/>
              </w:rPr>
              <w:t>様式・内容</w:t>
            </w:r>
            <w:proofErr w:type="spellEnd"/>
          </w:p>
        </w:tc>
      </w:tr>
      <w:tr w:rsidR="00E468C6" w14:paraId="5EC8C70C" w14:textId="77777777">
        <w:trPr>
          <w:jc w:val="center"/>
        </w:trPr>
        <w:tc>
          <w:tcPr>
            <w:tcW w:w="3061" w:type="dxa"/>
            <w:tcMar>
              <w:top w:w="80" w:type="dxa"/>
              <w:left w:w="100" w:type="dxa"/>
              <w:bottom w:w="80" w:type="dxa"/>
              <w:right w:w="100" w:type="dxa"/>
            </w:tcMar>
            <w:vAlign w:val="center"/>
          </w:tcPr>
          <w:p w14:paraId="3E94BE94" w14:textId="77777777" w:rsidR="00E468C6" w:rsidRDefault="004760EB" w:rsidP="008A3D1A">
            <w:pPr>
              <w:spacing w:line="260" w:lineRule="exact"/>
              <w:jc w:val="center"/>
            </w:pPr>
            <w:proofErr w:type="spellStart"/>
            <w:r>
              <w:t>実績報告書</w:t>
            </w:r>
            <w:proofErr w:type="spellEnd"/>
          </w:p>
        </w:tc>
        <w:tc>
          <w:tcPr>
            <w:tcW w:w="6350" w:type="dxa"/>
            <w:tcMar>
              <w:top w:w="80" w:type="dxa"/>
              <w:left w:w="100" w:type="dxa"/>
              <w:bottom w:w="80" w:type="dxa"/>
              <w:right w:w="100" w:type="dxa"/>
            </w:tcMar>
            <w:vAlign w:val="center"/>
          </w:tcPr>
          <w:p w14:paraId="6B600C67" w14:textId="7E433F6F" w:rsidR="00E468C6" w:rsidRDefault="0073447D" w:rsidP="006F27E5">
            <w:pPr>
              <w:spacing w:line="260" w:lineRule="exact"/>
            </w:pPr>
            <w:r>
              <w:rPr>
                <w:rFonts w:hint="eastAsia"/>
                <w:lang w:eastAsia="ja-JP"/>
              </w:rPr>
              <w:t>要綱</w:t>
            </w:r>
            <w:r w:rsidR="004760EB">
              <w:t>様式第8号</w:t>
            </w:r>
          </w:p>
        </w:tc>
      </w:tr>
      <w:tr w:rsidR="00E468C6" w14:paraId="6A98251E" w14:textId="77777777">
        <w:trPr>
          <w:jc w:val="center"/>
        </w:trPr>
        <w:tc>
          <w:tcPr>
            <w:tcW w:w="3061" w:type="dxa"/>
            <w:shd w:val="clear" w:color="auto" w:fill="F8FBFD"/>
            <w:tcMar>
              <w:top w:w="80" w:type="dxa"/>
              <w:left w:w="100" w:type="dxa"/>
              <w:bottom w:w="80" w:type="dxa"/>
              <w:right w:w="100" w:type="dxa"/>
            </w:tcMar>
            <w:vAlign w:val="center"/>
          </w:tcPr>
          <w:p w14:paraId="57890C79" w14:textId="77777777" w:rsidR="00E468C6" w:rsidRDefault="004760EB" w:rsidP="008A3D1A">
            <w:pPr>
              <w:spacing w:line="260" w:lineRule="exact"/>
              <w:jc w:val="center"/>
            </w:pPr>
            <w:proofErr w:type="spellStart"/>
            <w:r>
              <w:t>実施結果報告書</w:t>
            </w:r>
            <w:proofErr w:type="spellEnd"/>
          </w:p>
        </w:tc>
        <w:tc>
          <w:tcPr>
            <w:tcW w:w="6350" w:type="dxa"/>
            <w:shd w:val="clear" w:color="auto" w:fill="F8FBFD"/>
            <w:tcMar>
              <w:top w:w="80" w:type="dxa"/>
              <w:left w:w="100" w:type="dxa"/>
              <w:bottom w:w="80" w:type="dxa"/>
              <w:right w:w="100" w:type="dxa"/>
            </w:tcMar>
            <w:vAlign w:val="center"/>
          </w:tcPr>
          <w:p w14:paraId="052286FB" w14:textId="77777777" w:rsidR="006F27E5" w:rsidRDefault="00750F4B" w:rsidP="006F27E5">
            <w:pPr>
              <w:spacing w:line="260" w:lineRule="exact"/>
              <w:rPr>
                <w:lang w:eastAsia="ja-JP"/>
              </w:rPr>
            </w:pPr>
            <w:r>
              <w:rPr>
                <w:rFonts w:hint="eastAsia"/>
                <w:lang w:eastAsia="ja-JP"/>
              </w:rPr>
              <w:t>要綱</w:t>
            </w:r>
            <w:r w:rsidR="004760EB">
              <w:rPr>
                <w:lang w:eastAsia="ja-JP"/>
              </w:rPr>
              <w:t>様式第9号</w:t>
            </w:r>
          </w:p>
          <w:p w14:paraId="3FB05420" w14:textId="6958FDA1" w:rsidR="00E468C6" w:rsidRDefault="00C96C6E" w:rsidP="006F27E5">
            <w:pPr>
              <w:spacing w:line="260" w:lineRule="exact"/>
              <w:rPr>
                <w:lang w:eastAsia="ja-JP"/>
              </w:rPr>
            </w:pPr>
            <w:r>
              <w:rPr>
                <w:rFonts w:hint="eastAsia"/>
                <w:lang w:eastAsia="ja-JP"/>
              </w:rPr>
              <w:t>（</w:t>
            </w:r>
            <w:r w:rsidR="004760EB">
              <w:rPr>
                <w:lang w:eastAsia="ja-JP"/>
              </w:rPr>
              <w:t>計画、実施内容、成果、今後の見込みを具体的に記載</w:t>
            </w:r>
            <w:r>
              <w:rPr>
                <w:rFonts w:hint="eastAsia"/>
                <w:lang w:eastAsia="ja-JP"/>
              </w:rPr>
              <w:t>）</w:t>
            </w:r>
          </w:p>
        </w:tc>
      </w:tr>
      <w:tr w:rsidR="00E468C6" w14:paraId="4D55D72A" w14:textId="77777777">
        <w:trPr>
          <w:jc w:val="center"/>
        </w:trPr>
        <w:tc>
          <w:tcPr>
            <w:tcW w:w="3061" w:type="dxa"/>
            <w:tcMar>
              <w:top w:w="80" w:type="dxa"/>
              <w:left w:w="100" w:type="dxa"/>
              <w:bottom w:w="80" w:type="dxa"/>
              <w:right w:w="100" w:type="dxa"/>
            </w:tcMar>
            <w:vAlign w:val="center"/>
          </w:tcPr>
          <w:p w14:paraId="69D4D367" w14:textId="77777777" w:rsidR="00E468C6" w:rsidRDefault="004760EB" w:rsidP="008A3D1A">
            <w:pPr>
              <w:spacing w:line="260" w:lineRule="exact"/>
              <w:jc w:val="center"/>
            </w:pPr>
            <w:proofErr w:type="spellStart"/>
            <w:r>
              <w:t>収支報告書</w:t>
            </w:r>
            <w:proofErr w:type="spellEnd"/>
          </w:p>
        </w:tc>
        <w:tc>
          <w:tcPr>
            <w:tcW w:w="6350" w:type="dxa"/>
            <w:tcMar>
              <w:top w:w="80" w:type="dxa"/>
              <w:left w:w="100" w:type="dxa"/>
              <w:bottom w:w="80" w:type="dxa"/>
              <w:right w:w="100" w:type="dxa"/>
            </w:tcMar>
            <w:vAlign w:val="center"/>
          </w:tcPr>
          <w:p w14:paraId="6F661992" w14:textId="77777777" w:rsidR="006F27E5" w:rsidRDefault="00750F4B" w:rsidP="006F27E5">
            <w:pPr>
              <w:spacing w:line="260" w:lineRule="exact"/>
              <w:rPr>
                <w:lang w:eastAsia="ja-JP"/>
              </w:rPr>
            </w:pPr>
            <w:r>
              <w:rPr>
                <w:rFonts w:hint="eastAsia"/>
                <w:lang w:eastAsia="ja-JP"/>
              </w:rPr>
              <w:t>要綱</w:t>
            </w:r>
            <w:r w:rsidR="004760EB">
              <w:rPr>
                <w:lang w:eastAsia="ja-JP"/>
              </w:rPr>
              <w:t>様式第10号</w:t>
            </w:r>
          </w:p>
          <w:p w14:paraId="24BEF8A7" w14:textId="32BDF5CE" w:rsidR="00E468C6" w:rsidRDefault="00C96C6E" w:rsidP="006F27E5">
            <w:pPr>
              <w:spacing w:line="260" w:lineRule="exact"/>
              <w:rPr>
                <w:lang w:eastAsia="ja-JP"/>
              </w:rPr>
            </w:pPr>
            <w:r>
              <w:rPr>
                <w:rFonts w:hint="eastAsia"/>
                <w:lang w:eastAsia="ja-JP"/>
              </w:rPr>
              <w:t>（</w:t>
            </w:r>
            <w:r w:rsidR="004760EB">
              <w:rPr>
                <w:lang w:eastAsia="ja-JP"/>
              </w:rPr>
              <w:t>経費区分別の税込額、税抜対象額を記載</w:t>
            </w:r>
            <w:r>
              <w:rPr>
                <w:rFonts w:hint="eastAsia"/>
                <w:lang w:eastAsia="ja-JP"/>
              </w:rPr>
              <w:t>）</w:t>
            </w:r>
          </w:p>
        </w:tc>
      </w:tr>
      <w:tr w:rsidR="00E468C6" w14:paraId="327F3BE9" w14:textId="77777777">
        <w:trPr>
          <w:jc w:val="center"/>
        </w:trPr>
        <w:tc>
          <w:tcPr>
            <w:tcW w:w="3061" w:type="dxa"/>
            <w:shd w:val="clear" w:color="auto" w:fill="F8FBFD"/>
            <w:tcMar>
              <w:top w:w="80" w:type="dxa"/>
              <w:left w:w="100" w:type="dxa"/>
              <w:bottom w:w="80" w:type="dxa"/>
              <w:right w:w="100" w:type="dxa"/>
            </w:tcMar>
            <w:vAlign w:val="center"/>
          </w:tcPr>
          <w:p w14:paraId="712C3E72" w14:textId="77777777" w:rsidR="00E468C6" w:rsidRDefault="004760EB" w:rsidP="008A3D1A">
            <w:pPr>
              <w:spacing w:line="260" w:lineRule="exact"/>
              <w:jc w:val="center"/>
            </w:pPr>
            <w:proofErr w:type="spellStart"/>
            <w:r>
              <w:t>その他資料</w:t>
            </w:r>
            <w:proofErr w:type="spellEnd"/>
          </w:p>
        </w:tc>
        <w:tc>
          <w:tcPr>
            <w:tcW w:w="6350" w:type="dxa"/>
            <w:shd w:val="clear" w:color="auto" w:fill="F8FBFD"/>
            <w:tcMar>
              <w:top w:w="80" w:type="dxa"/>
              <w:left w:w="100" w:type="dxa"/>
              <w:bottom w:w="80" w:type="dxa"/>
              <w:right w:w="100" w:type="dxa"/>
            </w:tcMar>
            <w:vAlign w:val="center"/>
          </w:tcPr>
          <w:p w14:paraId="49649399" w14:textId="7F4C1D35" w:rsidR="009740A6" w:rsidRPr="009740A6" w:rsidRDefault="004760EB" w:rsidP="006F27E5">
            <w:pPr>
              <w:spacing w:line="260" w:lineRule="exact"/>
              <w:rPr>
                <w:lang w:eastAsia="ja-JP"/>
              </w:rPr>
            </w:pPr>
            <w:r>
              <w:rPr>
                <w:lang w:eastAsia="ja-JP"/>
              </w:rPr>
              <w:t>県が必要と認める資料、証拠書類、写真、各種管理簿</w:t>
            </w:r>
            <w:r w:rsidR="00C125F1">
              <w:rPr>
                <w:rFonts w:hint="eastAsia"/>
                <w:lang w:eastAsia="ja-JP"/>
              </w:rPr>
              <w:t>、</w:t>
            </w:r>
            <w:r w:rsidR="009740A6">
              <w:rPr>
                <w:rFonts w:hint="eastAsia"/>
                <w:lang w:eastAsia="ja-JP"/>
              </w:rPr>
              <w:t>参考様式等</w:t>
            </w:r>
          </w:p>
        </w:tc>
      </w:tr>
    </w:tbl>
    <w:tbl>
      <w:tblPr>
        <w:tblpPr w:leftFromText="142" w:rightFromText="142" w:vertAnchor="text" w:horzAnchor="margin" w:tblpY="192"/>
        <w:tblW w:w="0" w:type="auto"/>
        <w:tblLook w:val="04A0" w:firstRow="1" w:lastRow="0" w:firstColumn="1" w:lastColumn="0" w:noHBand="0" w:noVBand="1"/>
      </w:tblPr>
      <w:tblGrid>
        <w:gridCol w:w="10166"/>
      </w:tblGrid>
      <w:tr w:rsidR="00630723" w14:paraId="5CD5C28B" w14:textId="77777777" w:rsidTr="00630723">
        <w:tc>
          <w:tcPr>
            <w:tcW w:w="10200" w:type="dxa"/>
            <w:shd w:val="clear" w:color="auto" w:fill="F4CCCC"/>
            <w:tcMar>
              <w:top w:w="110" w:type="dxa"/>
              <w:left w:w="150" w:type="dxa"/>
              <w:bottom w:w="110" w:type="dxa"/>
              <w:right w:w="150" w:type="dxa"/>
            </w:tcMar>
          </w:tcPr>
          <w:p w14:paraId="75DD8B87" w14:textId="77777777" w:rsidR="00630723" w:rsidRDefault="00630723" w:rsidP="00630723">
            <w:pPr>
              <w:spacing w:after="40"/>
              <w:rPr>
                <w:lang w:eastAsia="ja-JP"/>
              </w:rPr>
            </w:pPr>
            <w:r>
              <w:rPr>
                <w:b/>
                <w:color w:val="C00000"/>
                <w:lang w:eastAsia="ja-JP"/>
              </w:rPr>
              <w:t>提出期限</w:t>
            </w:r>
          </w:p>
          <w:p w14:paraId="31AD34F7" w14:textId="2F0F392B" w:rsidR="00630723" w:rsidRPr="00B43AD2" w:rsidRDefault="00630723" w:rsidP="00630723">
            <w:pPr>
              <w:spacing w:after="0" w:line="259" w:lineRule="auto"/>
              <w:rPr>
                <w:sz w:val="17"/>
                <w:lang w:eastAsia="ja-JP"/>
              </w:rPr>
            </w:pPr>
            <w:r w:rsidRPr="00DA2628">
              <w:rPr>
                <w:rFonts w:hint="eastAsia"/>
                <w:lang w:eastAsia="ja-JP"/>
              </w:rPr>
              <w:t>事業完了の日から起算して</w:t>
            </w:r>
            <w:r w:rsidRPr="00DA2628">
              <w:rPr>
                <w:lang w:eastAsia="ja-JP"/>
              </w:rPr>
              <w:t>15日を経過した日又は令和9年3月5日のいずれか早い日までに提出してください。（要綱第17条第3項）</w:t>
            </w:r>
          </w:p>
        </w:tc>
      </w:tr>
    </w:tbl>
    <w:p w14:paraId="144C4650" w14:textId="77777777" w:rsidR="00630723" w:rsidRDefault="00630723" w:rsidP="00183EB2">
      <w:pPr>
        <w:spacing w:after="0" w:line="120" w:lineRule="exact"/>
        <w:rPr>
          <w:lang w:eastAsia="ja-JP"/>
        </w:rPr>
      </w:pPr>
    </w:p>
    <w:p w14:paraId="28A96C99" w14:textId="3FD62CF4" w:rsidR="00E468C6" w:rsidRDefault="004760EB">
      <w:pPr>
        <w:pStyle w:val="21"/>
        <w:spacing w:before="120" w:after="60"/>
        <w:rPr>
          <w:lang w:eastAsia="ja-JP"/>
        </w:rPr>
      </w:pPr>
      <w:r>
        <w:rPr>
          <w:sz w:val="21"/>
          <w:lang w:eastAsia="ja-JP"/>
        </w:rPr>
        <w:t>6-2</w:t>
      </w:r>
      <w:r>
        <w:rPr>
          <w:sz w:val="21"/>
          <w:lang w:eastAsia="ja-JP"/>
        </w:rPr>
        <w:t xml:space="preserve">　実施結果報告書の書き方</w:t>
      </w:r>
    </w:p>
    <w:p w14:paraId="06B7E66D" w14:textId="098D5B86" w:rsidR="00E468C6" w:rsidRDefault="004760EB">
      <w:pPr>
        <w:pStyle w:val="a"/>
        <w:spacing w:after="40" w:line="259" w:lineRule="auto"/>
        <w:rPr>
          <w:lang w:eastAsia="ja-JP"/>
        </w:rPr>
      </w:pPr>
      <w:r>
        <w:rPr>
          <w:lang w:eastAsia="ja-JP"/>
        </w:rPr>
        <w:t>当初計画で予定していた技術検証・試作開発の内容を示す</w:t>
      </w:r>
      <w:r w:rsidR="006348AE">
        <w:rPr>
          <w:rFonts w:hint="eastAsia"/>
          <w:lang w:eastAsia="ja-JP"/>
        </w:rPr>
        <w:t>。</w:t>
      </w:r>
    </w:p>
    <w:p w14:paraId="580FA9F4" w14:textId="3BA84EF3" w:rsidR="00E468C6" w:rsidRDefault="004760EB">
      <w:pPr>
        <w:pStyle w:val="a"/>
        <w:spacing w:after="40" w:line="259" w:lineRule="auto"/>
        <w:rPr>
          <w:lang w:eastAsia="ja-JP"/>
        </w:rPr>
      </w:pPr>
      <w:r>
        <w:rPr>
          <w:lang w:eastAsia="ja-JP"/>
        </w:rPr>
        <w:t>実際に実施した内容、方法、条件、結果を具体的に記載する</w:t>
      </w:r>
      <w:r w:rsidR="006348AE">
        <w:rPr>
          <w:rFonts w:hint="eastAsia"/>
          <w:lang w:eastAsia="ja-JP"/>
        </w:rPr>
        <w:t>。</w:t>
      </w:r>
    </w:p>
    <w:p w14:paraId="6BF7E4FB" w14:textId="76B1D9BA" w:rsidR="00E468C6" w:rsidRDefault="004760EB">
      <w:pPr>
        <w:pStyle w:val="a"/>
        <w:spacing w:after="40" w:line="259" w:lineRule="auto"/>
        <w:rPr>
          <w:lang w:eastAsia="ja-JP"/>
        </w:rPr>
      </w:pPr>
      <w:r>
        <w:rPr>
          <w:lang w:eastAsia="ja-JP"/>
        </w:rPr>
        <w:t>計画との差異がある場合は、その理由と対応を説明する</w:t>
      </w:r>
      <w:r w:rsidR="006348AE">
        <w:rPr>
          <w:rFonts w:hint="eastAsia"/>
          <w:lang w:eastAsia="ja-JP"/>
        </w:rPr>
        <w:t>。</w:t>
      </w:r>
    </w:p>
    <w:p w14:paraId="20186E3E" w14:textId="70239FD9" w:rsidR="00E468C6" w:rsidRDefault="004760EB">
      <w:pPr>
        <w:pStyle w:val="a"/>
        <w:spacing w:after="40" w:line="259" w:lineRule="auto"/>
        <w:rPr>
          <w:lang w:eastAsia="ja-JP"/>
        </w:rPr>
      </w:pPr>
      <w:r>
        <w:rPr>
          <w:lang w:eastAsia="ja-JP"/>
        </w:rPr>
        <w:t>得られた成果・課題を、写真、図表、試験データ等で示す</w:t>
      </w:r>
      <w:r w:rsidR="006348AE">
        <w:rPr>
          <w:rFonts w:hint="eastAsia"/>
          <w:lang w:eastAsia="ja-JP"/>
        </w:rPr>
        <w:t>。</w:t>
      </w:r>
    </w:p>
    <w:p w14:paraId="6449FA24" w14:textId="2EBB2320" w:rsidR="00E468C6" w:rsidRPr="00630723" w:rsidRDefault="004760EB">
      <w:pPr>
        <w:pStyle w:val="a"/>
        <w:spacing w:after="40" w:line="259" w:lineRule="auto"/>
        <w:rPr>
          <w:lang w:eastAsia="ja-JP"/>
        </w:rPr>
      </w:pPr>
      <w:r>
        <w:rPr>
          <w:lang w:eastAsia="ja-JP"/>
        </w:rPr>
        <w:t>製品化・事業化に向けた今後の予定を記載する</w:t>
      </w:r>
      <w:r w:rsidR="006348AE">
        <w:rPr>
          <w:rFonts w:hint="eastAsia"/>
          <w:lang w:eastAsia="ja-JP"/>
        </w:rPr>
        <w:t>。</w:t>
      </w:r>
    </w:p>
    <w:tbl>
      <w:tblPr>
        <w:tblpPr w:leftFromText="142" w:rightFromText="142" w:vertAnchor="text" w:horzAnchor="margin" w:tblpY="54"/>
        <w:tblW w:w="0" w:type="auto"/>
        <w:tblLook w:val="04A0" w:firstRow="1" w:lastRow="0" w:firstColumn="1" w:lastColumn="0" w:noHBand="0" w:noVBand="1"/>
      </w:tblPr>
      <w:tblGrid>
        <w:gridCol w:w="10166"/>
      </w:tblGrid>
      <w:tr w:rsidR="00183EB2" w14:paraId="135B861C" w14:textId="77777777" w:rsidTr="00183EB2">
        <w:tc>
          <w:tcPr>
            <w:tcW w:w="10200" w:type="dxa"/>
            <w:shd w:val="clear" w:color="auto" w:fill="E7E6E6"/>
            <w:tcMar>
              <w:top w:w="110" w:type="dxa"/>
              <w:left w:w="150" w:type="dxa"/>
              <w:bottom w:w="110" w:type="dxa"/>
              <w:right w:w="150" w:type="dxa"/>
            </w:tcMar>
          </w:tcPr>
          <w:p w14:paraId="1319A720" w14:textId="77777777" w:rsidR="00183EB2" w:rsidRDefault="00183EB2" w:rsidP="00183EB2">
            <w:pPr>
              <w:spacing w:after="40"/>
              <w:rPr>
                <w:lang w:eastAsia="ja-JP"/>
              </w:rPr>
            </w:pPr>
            <w:r>
              <w:rPr>
                <w:b/>
                <w:lang w:eastAsia="ja-JP"/>
              </w:rPr>
              <w:t>公開情報への配慮</w:t>
            </w:r>
          </w:p>
          <w:p w14:paraId="5A2D351D" w14:textId="77777777" w:rsidR="00183EB2" w:rsidRDefault="00183EB2" w:rsidP="00183EB2">
            <w:pPr>
              <w:spacing w:after="0" w:line="259" w:lineRule="auto"/>
              <w:rPr>
                <w:lang w:eastAsia="ja-JP"/>
              </w:rPr>
            </w:pPr>
            <w:r>
              <w:rPr>
                <w:lang w:eastAsia="ja-JP"/>
              </w:rPr>
              <w:t>実施結果報告書に機密情報を含める場合は、県への提出資料と成果公表用資料を区別し、取扱いを事前に相談してください。</w:t>
            </w:r>
          </w:p>
        </w:tc>
      </w:tr>
    </w:tbl>
    <w:p w14:paraId="6D2404B0" w14:textId="77777777" w:rsidR="00630723" w:rsidRDefault="00630723" w:rsidP="00183EB2">
      <w:pPr>
        <w:pStyle w:val="a"/>
        <w:numPr>
          <w:ilvl w:val="0"/>
          <w:numId w:val="0"/>
        </w:numPr>
        <w:spacing w:after="40" w:line="120" w:lineRule="exact"/>
        <w:ind w:left="360"/>
        <w:rPr>
          <w:lang w:eastAsia="ja-JP"/>
        </w:rPr>
      </w:pPr>
    </w:p>
    <w:p w14:paraId="71529519" w14:textId="368FB1BF" w:rsidR="00E468C6" w:rsidRPr="006028FF" w:rsidRDefault="004760EB">
      <w:pPr>
        <w:pStyle w:val="21"/>
        <w:spacing w:before="120" w:after="60"/>
        <w:rPr>
          <w:lang w:eastAsia="ja-JP"/>
        </w:rPr>
      </w:pPr>
      <w:r>
        <w:rPr>
          <w:sz w:val="21"/>
          <w:lang w:eastAsia="ja-JP"/>
        </w:rPr>
        <w:t>6-3</w:t>
      </w:r>
      <w:r>
        <w:rPr>
          <w:sz w:val="21"/>
          <w:lang w:eastAsia="ja-JP"/>
        </w:rPr>
        <w:t xml:space="preserve">　</w:t>
      </w:r>
      <w:r w:rsidR="006028FF" w:rsidRPr="006028FF">
        <w:rPr>
          <w:rFonts w:hint="eastAsia"/>
          <w:sz w:val="21"/>
          <w:lang w:eastAsia="ja-JP"/>
        </w:rPr>
        <w:t>実績報告時に整理する証拠書類</w:t>
      </w:r>
    </w:p>
    <w:tbl>
      <w:tblPr>
        <w:tblStyle w:val="afe"/>
        <w:tblW w:w="0" w:type="auto"/>
        <w:jc w:val="center"/>
        <w:tblLook w:val="04A0" w:firstRow="1" w:lastRow="0" w:firstColumn="1" w:lastColumn="0" w:noHBand="0" w:noVBand="1"/>
      </w:tblPr>
      <w:tblGrid>
        <w:gridCol w:w="4491"/>
        <w:gridCol w:w="4989"/>
      </w:tblGrid>
      <w:tr w:rsidR="00DE020B" w14:paraId="31460D42" w14:textId="77777777" w:rsidTr="00DE020B">
        <w:trPr>
          <w:tblHeader/>
          <w:jc w:val="center"/>
        </w:trPr>
        <w:tc>
          <w:tcPr>
            <w:tcW w:w="4491" w:type="dxa"/>
            <w:shd w:val="clear" w:color="auto" w:fill="595959"/>
            <w:tcMar>
              <w:top w:w="80" w:type="dxa"/>
              <w:left w:w="100" w:type="dxa"/>
              <w:bottom w:w="80" w:type="dxa"/>
              <w:right w:w="100" w:type="dxa"/>
            </w:tcMar>
            <w:vAlign w:val="center"/>
          </w:tcPr>
          <w:p w14:paraId="0781F7BD" w14:textId="77777777" w:rsidR="00DE020B" w:rsidRDefault="00DE020B" w:rsidP="008A3D1A">
            <w:pPr>
              <w:spacing w:line="260" w:lineRule="exact"/>
              <w:jc w:val="center"/>
            </w:pPr>
            <w:proofErr w:type="spellStart"/>
            <w:r>
              <w:rPr>
                <w:b/>
                <w:color w:val="FFFFFF"/>
              </w:rPr>
              <w:t>書類</w:t>
            </w:r>
            <w:proofErr w:type="spellEnd"/>
          </w:p>
        </w:tc>
        <w:tc>
          <w:tcPr>
            <w:tcW w:w="4989" w:type="dxa"/>
            <w:shd w:val="clear" w:color="auto" w:fill="595959"/>
            <w:tcMar>
              <w:top w:w="80" w:type="dxa"/>
              <w:left w:w="100" w:type="dxa"/>
              <w:bottom w:w="80" w:type="dxa"/>
              <w:right w:w="100" w:type="dxa"/>
            </w:tcMar>
            <w:vAlign w:val="center"/>
          </w:tcPr>
          <w:p w14:paraId="2009C137" w14:textId="77777777" w:rsidR="00DE020B" w:rsidRDefault="00DE020B" w:rsidP="008A3D1A">
            <w:pPr>
              <w:spacing w:line="260" w:lineRule="exact"/>
              <w:jc w:val="center"/>
            </w:pPr>
            <w:proofErr w:type="spellStart"/>
            <w:r>
              <w:rPr>
                <w:b/>
                <w:color w:val="FFFFFF"/>
              </w:rPr>
              <w:t>確認する内容</w:t>
            </w:r>
            <w:proofErr w:type="spellEnd"/>
          </w:p>
        </w:tc>
      </w:tr>
      <w:tr w:rsidR="00DE020B" w14:paraId="2169B951" w14:textId="77777777" w:rsidTr="00DE020B">
        <w:trPr>
          <w:jc w:val="center"/>
        </w:trPr>
        <w:tc>
          <w:tcPr>
            <w:tcW w:w="4491" w:type="dxa"/>
            <w:tcMar>
              <w:top w:w="80" w:type="dxa"/>
              <w:left w:w="100" w:type="dxa"/>
              <w:bottom w:w="80" w:type="dxa"/>
              <w:right w:w="100" w:type="dxa"/>
            </w:tcMar>
            <w:vAlign w:val="center"/>
          </w:tcPr>
          <w:p w14:paraId="6C66A97C" w14:textId="77777777" w:rsidR="00DE020B" w:rsidRDefault="00DE020B" w:rsidP="008A3D1A">
            <w:pPr>
              <w:spacing w:line="260" w:lineRule="exact"/>
              <w:jc w:val="center"/>
              <w:rPr>
                <w:lang w:eastAsia="ja-JP"/>
              </w:rPr>
            </w:pPr>
            <w:r>
              <w:rPr>
                <w:lang w:eastAsia="ja-JP"/>
              </w:rPr>
              <w:t>見積書・相見積り・選定理由書</w:t>
            </w:r>
          </w:p>
        </w:tc>
        <w:tc>
          <w:tcPr>
            <w:tcW w:w="4989" w:type="dxa"/>
            <w:tcMar>
              <w:top w:w="80" w:type="dxa"/>
              <w:left w:w="100" w:type="dxa"/>
              <w:bottom w:w="80" w:type="dxa"/>
              <w:right w:w="100" w:type="dxa"/>
            </w:tcMar>
            <w:vAlign w:val="center"/>
          </w:tcPr>
          <w:p w14:paraId="3980E8A4" w14:textId="77777777" w:rsidR="00DE020B" w:rsidRDefault="00DE020B" w:rsidP="008A3D1A">
            <w:pPr>
              <w:spacing w:line="260" w:lineRule="exact"/>
              <w:jc w:val="center"/>
            </w:pPr>
            <w:proofErr w:type="spellStart"/>
            <w:r>
              <w:t>価格、仕様、選定過程</w:t>
            </w:r>
            <w:proofErr w:type="spellEnd"/>
          </w:p>
        </w:tc>
      </w:tr>
      <w:tr w:rsidR="00DE020B" w14:paraId="332E1730" w14:textId="77777777" w:rsidTr="00DE020B">
        <w:trPr>
          <w:jc w:val="center"/>
        </w:trPr>
        <w:tc>
          <w:tcPr>
            <w:tcW w:w="4491" w:type="dxa"/>
            <w:shd w:val="clear" w:color="auto" w:fill="F8FBFD"/>
            <w:tcMar>
              <w:top w:w="80" w:type="dxa"/>
              <w:left w:w="100" w:type="dxa"/>
              <w:bottom w:w="80" w:type="dxa"/>
              <w:right w:w="100" w:type="dxa"/>
            </w:tcMar>
            <w:vAlign w:val="center"/>
          </w:tcPr>
          <w:p w14:paraId="74E67F32" w14:textId="77777777" w:rsidR="00DE020B" w:rsidRDefault="00DE020B" w:rsidP="008A3D1A">
            <w:pPr>
              <w:spacing w:line="260" w:lineRule="exact"/>
              <w:jc w:val="center"/>
            </w:pPr>
            <w:proofErr w:type="spellStart"/>
            <w:r>
              <w:t>発注書・契約書</w:t>
            </w:r>
            <w:proofErr w:type="spellEnd"/>
          </w:p>
        </w:tc>
        <w:tc>
          <w:tcPr>
            <w:tcW w:w="4989" w:type="dxa"/>
            <w:shd w:val="clear" w:color="auto" w:fill="F8FBFD"/>
            <w:tcMar>
              <w:top w:w="80" w:type="dxa"/>
              <w:left w:w="100" w:type="dxa"/>
              <w:bottom w:w="80" w:type="dxa"/>
              <w:right w:w="100" w:type="dxa"/>
            </w:tcMar>
            <w:vAlign w:val="center"/>
          </w:tcPr>
          <w:p w14:paraId="49AAA94F" w14:textId="77777777" w:rsidR="00DE020B" w:rsidRDefault="00DE020B" w:rsidP="008A3D1A">
            <w:pPr>
              <w:spacing w:line="260" w:lineRule="exact"/>
              <w:jc w:val="center"/>
            </w:pPr>
            <w:proofErr w:type="spellStart"/>
            <w:r>
              <w:t>発注日、内容、金額、納期</w:t>
            </w:r>
            <w:proofErr w:type="spellEnd"/>
          </w:p>
        </w:tc>
      </w:tr>
      <w:tr w:rsidR="00DE020B" w14:paraId="6BB0EC7A" w14:textId="77777777" w:rsidTr="00DE020B">
        <w:trPr>
          <w:jc w:val="center"/>
        </w:trPr>
        <w:tc>
          <w:tcPr>
            <w:tcW w:w="4491" w:type="dxa"/>
            <w:tcMar>
              <w:top w:w="80" w:type="dxa"/>
              <w:left w:w="100" w:type="dxa"/>
              <w:bottom w:w="80" w:type="dxa"/>
              <w:right w:w="100" w:type="dxa"/>
            </w:tcMar>
            <w:vAlign w:val="center"/>
          </w:tcPr>
          <w:p w14:paraId="48ED71D2" w14:textId="77777777" w:rsidR="00DE020B" w:rsidRDefault="00DE020B" w:rsidP="008A3D1A">
            <w:pPr>
              <w:spacing w:line="260" w:lineRule="exact"/>
              <w:jc w:val="center"/>
              <w:rPr>
                <w:lang w:eastAsia="ja-JP"/>
              </w:rPr>
            </w:pPr>
            <w:r>
              <w:rPr>
                <w:lang w:eastAsia="ja-JP"/>
              </w:rPr>
              <w:t>納品書・完了報告・成果物</w:t>
            </w:r>
          </w:p>
        </w:tc>
        <w:tc>
          <w:tcPr>
            <w:tcW w:w="4989" w:type="dxa"/>
            <w:tcMar>
              <w:top w:w="80" w:type="dxa"/>
              <w:left w:w="100" w:type="dxa"/>
              <w:bottom w:w="80" w:type="dxa"/>
              <w:right w:w="100" w:type="dxa"/>
            </w:tcMar>
            <w:vAlign w:val="center"/>
          </w:tcPr>
          <w:p w14:paraId="58345BC1" w14:textId="77777777" w:rsidR="00DE020B" w:rsidRDefault="00DE020B" w:rsidP="008A3D1A">
            <w:pPr>
              <w:spacing w:line="260" w:lineRule="exact"/>
              <w:jc w:val="center"/>
              <w:rPr>
                <w:lang w:eastAsia="ja-JP"/>
              </w:rPr>
            </w:pPr>
            <w:r>
              <w:rPr>
                <w:lang w:eastAsia="ja-JP"/>
              </w:rPr>
              <w:t>納品・役務完了の事実</w:t>
            </w:r>
          </w:p>
        </w:tc>
      </w:tr>
      <w:tr w:rsidR="00DE020B" w14:paraId="4B2B5FA3" w14:textId="77777777" w:rsidTr="00DE020B">
        <w:trPr>
          <w:jc w:val="center"/>
        </w:trPr>
        <w:tc>
          <w:tcPr>
            <w:tcW w:w="4491" w:type="dxa"/>
            <w:shd w:val="clear" w:color="auto" w:fill="F8FBFD"/>
            <w:tcMar>
              <w:top w:w="80" w:type="dxa"/>
              <w:left w:w="100" w:type="dxa"/>
              <w:bottom w:w="80" w:type="dxa"/>
              <w:right w:w="100" w:type="dxa"/>
            </w:tcMar>
            <w:vAlign w:val="center"/>
          </w:tcPr>
          <w:p w14:paraId="594DC61E" w14:textId="77777777" w:rsidR="00DE020B" w:rsidRDefault="00DE020B" w:rsidP="008A3D1A">
            <w:pPr>
              <w:spacing w:line="260" w:lineRule="exact"/>
              <w:jc w:val="center"/>
            </w:pPr>
            <w:proofErr w:type="spellStart"/>
            <w:r>
              <w:t>検収記録</w:t>
            </w:r>
            <w:proofErr w:type="spellEnd"/>
          </w:p>
        </w:tc>
        <w:tc>
          <w:tcPr>
            <w:tcW w:w="4989" w:type="dxa"/>
            <w:shd w:val="clear" w:color="auto" w:fill="F8FBFD"/>
            <w:tcMar>
              <w:top w:w="80" w:type="dxa"/>
              <w:left w:w="100" w:type="dxa"/>
              <w:bottom w:w="80" w:type="dxa"/>
              <w:right w:w="100" w:type="dxa"/>
            </w:tcMar>
            <w:vAlign w:val="center"/>
          </w:tcPr>
          <w:p w14:paraId="17B6641D" w14:textId="77777777" w:rsidR="00DE020B" w:rsidRDefault="00DE020B" w:rsidP="008A3D1A">
            <w:pPr>
              <w:spacing w:line="260" w:lineRule="exact"/>
              <w:jc w:val="center"/>
            </w:pPr>
            <w:proofErr w:type="spellStart"/>
            <w:r>
              <w:t>検収日、確認者</w:t>
            </w:r>
            <w:proofErr w:type="spellEnd"/>
          </w:p>
        </w:tc>
      </w:tr>
      <w:tr w:rsidR="00DE020B" w14:paraId="1B1AB14E" w14:textId="77777777" w:rsidTr="00DE020B">
        <w:trPr>
          <w:jc w:val="center"/>
        </w:trPr>
        <w:tc>
          <w:tcPr>
            <w:tcW w:w="4491" w:type="dxa"/>
            <w:tcMar>
              <w:top w:w="80" w:type="dxa"/>
              <w:left w:w="100" w:type="dxa"/>
              <w:bottom w:w="80" w:type="dxa"/>
              <w:right w:w="100" w:type="dxa"/>
            </w:tcMar>
            <w:vAlign w:val="center"/>
          </w:tcPr>
          <w:p w14:paraId="6AA214C6" w14:textId="77777777" w:rsidR="00DE020B" w:rsidRDefault="00DE020B" w:rsidP="008A3D1A">
            <w:pPr>
              <w:spacing w:line="260" w:lineRule="exact"/>
              <w:jc w:val="center"/>
            </w:pPr>
            <w:proofErr w:type="spellStart"/>
            <w:r>
              <w:t>請求書</w:t>
            </w:r>
            <w:proofErr w:type="spellEnd"/>
          </w:p>
        </w:tc>
        <w:tc>
          <w:tcPr>
            <w:tcW w:w="4989" w:type="dxa"/>
            <w:tcMar>
              <w:top w:w="80" w:type="dxa"/>
              <w:left w:w="100" w:type="dxa"/>
              <w:bottom w:w="80" w:type="dxa"/>
              <w:right w:w="100" w:type="dxa"/>
            </w:tcMar>
            <w:vAlign w:val="center"/>
          </w:tcPr>
          <w:p w14:paraId="6703E2A5" w14:textId="77777777" w:rsidR="00DE020B" w:rsidRDefault="00DE020B" w:rsidP="008A3D1A">
            <w:pPr>
              <w:spacing w:line="260" w:lineRule="exact"/>
              <w:jc w:val="center"/>
            </w:pPr>
            <w:proofErr w:type="spellStart"/>
            <w:r>
              <w:t>請求内容、税額</w:t>
            </w:r>
            <w:proofErr w:type="spellEnd"/>
          </w:p>
        </w:tc>
      </w:tr>
      <w:tr w:rsidR="00DE020B" w14:paraId="118F3153" w14:textId="77777777" w:rsidTr="00DE020B">
        <w:trPr>
          <w:jc w:val="center"/>
        </w:trPr>
        <w:tc>
          <w:tcPr>
            <w:tcW w:w="4491" w:type="dxa"/>
            <w:shd w:val="clear" w:color="auto" w:fill="F8FBFD"/>
            <w:tcMar>
              <w:top w:w="80" w:type="dxa"/>
              <w:left w:w="100" w:type="dxa"/>
              <w:bottom w:w="80" w:type="dxa"/>
              <w:right w:w="100" w:type="dxa"/>
            </w:tcMar>
            <w:vAlign w:val="center"/>
          </w:tcPr>
          <w:p w14:paraId="1F3917C5" w14:textId="77777777" w:rsidR="00DE020B" w:rsidRDefault="00DE020B" w:rsidP="008A3D1A">
            <w:pPr>
              <w:spacing w:line="260" w:lineRule="exact"/>
              <w:jc w:val="center"/>
            </w:pPr>
            <w:proofErr w:type="spellStart"/>
            <w:r>
              <w:t>支払証憑・領収書</w:t>
            </w:r>
            <w:proofErr w:type="spellEnd"/>
          </w:p>
        </w:tc>
        <w:tc>
          <w:tcPr>
            <w:tcW w:w="4989" w:type="dxa"/>
            <w:shd w:val="clear" w:color="auto" w:fill="F8FBFD"/>
            <w:tcMar>
              <w:top w:w="80" w:type="dxa"/>
              <w:left w:w="100" w:type="dxa"/>
              <w:bottom w:w="80" w:type="dxa"/>
              <w:right w:w="100" w:type="dxa"/>
            </w:tcMar>
            <w:vAlign w:val="center"/>
          </w:tcPr>
          <w:p w14:paraId="6C519A09" w14:textId="77777777" w:rsidR="00DE020B" w:rsidRDefault="00DE020B" w:rsidP="008A3D1A">
            <w:pPr>
              <w:spacing w:line="260" w:lineRule="exact"/>
              <w:jc w:val="center"/>
            </w:pPr>
            <w:proofErr w:type="spellStart"/>
            <w:r>
              <w:t>支払日、相手先、金額</w:t>
            </w:r>
            <w:proofErr w:type="spellEnd"/>
          </w:p>
        </w:tc>
      </w:tr>
      <w:tr w:rsidR="00DE020B" w14:paraId="1EA1A01D" w14:textId="77777777" w:rsidTr="00DE020B">
        <w:trPr>
          <w:jc w:val="center"/>
        </w:trPr>
        <w:tc>
          <w:tcPr>
            <w:tcW w:w="4491" w:type="dxa"/>
            <w:tcMar>
              <w:top w:w="80" w:type="dxa"/>
              <w:left w:w="100" w:type="dxa"/>
              <w:bottom w:w="80" w:type="dxa"/>
              <w:right w:w="100" w:type="dxa"/>
            </w:tcMar>
            <w:vAlign w:val="center"/>
          </w:tcPr>
          <w:p w14:paraId="405D87C7" w14:textId="77777777" w:rsidR="00DE020B" w:rsidRDefault="00DE020B" w:rsidP="008A3D1A">
            <w:pPr>
              <w:spacing w:line="260" w:lineRule="exact"/>
              <w:jc w:val="center"/>
            </w:pPr>
            <w:proofErr w:type="spellStart"/>
            <w:r>
              <w:t>写真・管理簿・日誌</w:t>
            </w:r>
            <w:proofErr w:type="spellEnd"/>
          </w:p>
        </w:tc>
        <w:tc>
          <w:tcPr>
            <w:tcW w:w="4989" w:type="dxa"/>
            <w:tcMar>
              <w:top w:w="80" w:type="dxa"/>
              <w:left w:w="100" w:type="dxa"/>
              <w:bottom w:w="80" w:type="dxa"/>
              <w:right w:w="100" w:type="dxa"/>
            </w:tcMar>
            <w:vAlign w:val="center"/>
          </w:tcPr>
          <w:p w14:paraId="5F2EB9FA" w14:textId="77777777" w:rsidR="00DE020B" w:rsidRDefault="00DE020B" w:rsidP="008A3D1A">
            <w:pPr>
              <w:spacing w:line="260" w:lineRule="exact"/>
              <w:jc w:val="center"/>
            </w:pPr>
            <w:proofErr w:type="spellStart"/>
            <w:r>
              <w:t>取得物、使用実績、従事実績</w:t>
            </w:r>
            <w:proofErr w:type="spellEnd"/>
          </w:p>
        </w:tc>
      </w:tr>
    </w:tbl>
    <w:p w14:paraId="5ECC2512" w14:textId="026B5F16" w:rsidR="00DE020B" w:rsidRPr="00DE020B" w:rsidRDefault="00DE020B" w:rsidP="00DE020B">
      <w:pPr>
        <w:spacing w:after="0"/>
        <w:rPr>
          <w:lang w:eastAsia="ja-JP"/>
        </w:rPr>
      </w:pPr>
      <w:r>
        <w:rPr>
          <w:rFonts w:hint="eastAsia"/>
          <w:lang w:eastAsia="ja-JP"/>
        </w:rPr>
        <w:t xml:space="preserve">　 </w:t>
      </w:r>
      <w:r w:rsidRPr="00DE020B">
        <w:rPr>
          <w:lang w:eastAsia="ja-JP"/>
        </w:rPr>
        <w:t>※経費区分や取引内容により、必要となる書類は異なります。</w:t>
      </w:r>
    </w:p>
    <w:p w14:paraId="3988286A" w14:textId="77777777" w:rsidR="00E468C6" w:rsidRDefault="00E468C6">
      <w:pPr>
        <w:spacing w:after="0"/>
        <w:rPr>
          <w:lang w:eastAsia="ja-JP"/>
        </w:rPr>
      </w:pPr>
    </w:p>
    <w:p w14:paraId="378346F8" w14:textId="148722F5" w:rsidR="00E468C6" w:rsidRDefault="004760EB">
      <w:pPr>
        <w:pStyle w:val="21"/>
        <w:spacing w:before="120" w:after="60"/>
        <w:rPr>
          <w:lang w:eastAsia="ja-JP"/>
        </w:rPr>
      </w:pPr>
      <w:r>
        <w:rPr>
          <w:sz w:val="21"/>
          <w:lang w:eastAsia="ja-JP"/>
        </w:rPr>
        <w:lastRenderedPageBreak/>
        <w:t>6-4</w:t>
      </w:r>
      <w:r>
        <w:rPr>
          <w:sz w:val="21"/>
          <w:lang w:eastAsia="ja-JP"/>
        </w:rPr>
        <w:t xml:space="preserve">　推奨するファイル</w:t>
      </w:r>
      <w:r w:rsidR="00E83E27">
        <w:rPr>
          <w:rFonts w:hint="eastAsia"/>
          <w:sz w:val="21"/>
          <w:lang w:eastAsia="ja-JP"/>
        </w:rPr>
        <w:t>（フォルダ）</w:t>
      </w:r>
      <w:r>
        <w:rPr>
          <w:sz w:val="21"/>
          <w:lang w:eastAsia="ja-JP"/>
        </w:rPr>
        <w:t>整理</w:t>
      </w:r>
      <w:r w:rsidR="00487BBA">
        <w:rPr>
          <w:rFonts w:hint="eastAsia"/>
          <w:sz w:val="21"/>
          <w:lang w:eastAsia="ja-JP"/>
        </w:rPr>
        <w:t>の例</w:t>
      </w:r>
    </w:p>
    <w:p w14:paraId="4246777A" w14:textId="77777777" w:rsidR="00E468C6" w:rsidRDefault="004760EB">
      <w:pPr>
        <w:pStyle w:val="a0"/>
        <w:spacing w:after="40" w:line="259" w:lineRule="auto"/>
        <w:rPr>
          <w:lang w:eastAsia="ja-JP"/>
        </w:rPr>
      </w:pPr>
      <w:r>
        <w:rPr>
          <w:lang w:eastAsia="ja-JP"/>
        </w:rPr>
        <w:t>大フォルダー：事業者名_実績報告一式</w:t>
      </w:r>
    </w:p>
    <w:p w14:paraId="246265EE" w14:textId="77777777" w:rsidR="00E468C6" w:rsidRDefault="004760EB">
      <w:pPr>
        <w:pStyle w:val="a0"/>
        <w:spacing w:after="40" w:line="259" w:lineRule="auto"/>
        <w:rPr>
          <w:lang w:eastAsia="ja-JP"/>
        </w:rPr>
      </w:pPr>
      <w:r>
        <w:rPr>
          <w:lang w:eastAsia="ja-JP"/>
        </w:rPr>
        <w:t>中フォルダー：経費一覧番号_経費区分_品名</w:t>
      </w:r>
    </w:p>
    <w:p w14:paraId="3A9C5C46" w14:textId="78178ED9" w:rsidR="00E468C6" w:rsidRDefault="004760EB" w:rsidP="000057CF">
      <w:pPr>
        <w:pStyle w:val="a0"/>
        <w:spacing w:after="40" w:line="259" w:lineRule="auto"/>
        <w:rPr>
          <w:lang w:eastAsia="ja-JP"/>
        </w:rPr>
      </w:pPr>
      <w:r>
        <w:rPr>
          <w:lang w:eastAsia="ja-JP"/>
        </w:rPr>
        <w:t>ファイル名：01_見積書、02_発注書、03_納品書、04_請求書、05_支払証憑、06_写真</w:t>
      </w:r>
      <w:r w:rsidR="008A5512">
        <w:rPr>
          <w:rFonts w:hint="eastAsia"/>
          <w:lang w:eastAsia="ja-JP"/>
        </w:rPr>
        <w:t xml:space="preserve">　</w:t>
      </w:r>
      <w:r>
        <w:rPr>
          <w:lang w:eastAsia="ja-JP"/>
        </w:rPr>
        <w:t>等</w:t>
      </w:r>
    </w:p>
    <w:p w14:paraId="1B8CBD47" w14:textId="77777777" w:rsidR="00E468C6" w:rsidRDefault="004760EB">
      <w:pPr>
        <w:pStyle w:val="21"/>
        <w:spacing w:before="120" w:after="60"/>
        <w:rPr>
          <w:lang w:eastAsia="ja-JP"/>
        </w:rPr>
      </w:pPr>
      <w:r>
        <w:rPr>
          <w:sz w:val="21"/>
          <w:lang w:eastAsia="ja-JP"/>
        </w:rPr>
        <w:t>6-5</w:t>
      </w:r>
      <w:r>
        <w:rPr>
          <w:sz w:val="21"/>
          <w:lang w:eastAsia="ja-JP"/>
        </w:rPr>
        <w:t xml:space="preserve">　消費税等</w:t>
      </w:r>
    </w:p>
    <w:p w14:paraId="01460A17" w14:textId="5C7FC3AC" w:rsidR="00E468C6" w:rsidRDefault="004760EB">
      <w:pPr>
        <w:spacing w:after="80" w:line="269" w:lineRule="auto"/>
        <w:rPr>
          <w:lang w:eastAsia="ja-JP"/>
        </w:rPr>
      </w:pPr>
      <w:r>
        <w:rPr>
          <w:lang w:eastAsia="ja-JP"/>
        </w:rPr>
        <w:t>補助対象経費に含まれる消費税及び地方消費税のうち、仕入税額控除の対象となる額は補助対象外です。実績報告時に仕入控除税額が明らかな場合は減額して報告し、実績報告後に確定した場合は</w:t>
      </w:r>
      <w:r w:rsidR="00E479F4">
        <w:rPr>
          <w:rFonts w:hint="eastAsia"/>
          <w:lang w:eastAsia="ja-JP"/>
        </w:rPr>
        <w:t>要綱</w:t>
      </w:r>
      <w:r>
        <w:rPr>
          <w:lang w:eastAsia="ja-JP"/>
        </w:rPr>
        <w:t>様式第13号により速やかに報告してください。</w:t>
      </w:r>
      <w:r w:rsidRPr="001D285F">
        <w:rPr>
          <w:u w:val="single"/>
          <w:lang w:eastAsia="ja-JP"/>
        </w:rPr>
        <w:t>航空・宇宙機器関連分野の県内大学等には実施要領上の例外があるため、該当する場合は県へ確認してください。</w:t>
      </w:r>
    </w:p>
    <w:p w14:paraId="76FDB7CB" w14:textId="77777777" w:rsidR="00E468C6" w:rsidRDefault="004760EB">
      <w:pPr>
        <w:rPr>
          <w:lang w:eastAsia="ja-JP"/>
        </w:rPr>
      </w:pPr>
      <w:r>
        <w:rPr>
          <w:lang w:eastAsia="ja-JP"/>
        </w:rPr>
        <w:br w:type="page"/>
      </w:r>
    </w:p>
    <w:p w14:paraId="7E80E3B9" w14:textId="37565E8F" w:rsidR="00E468C6" w:rsidRDefault="004760EB">
      <w:pPr>
        <w:pStyle w:val="1"/>
        <w:spacing w:before="0" w:after="140"/>
        <w:rPr>
          <w:lang w:eastAsia="ja-JP"/>
        </w:rPr>
      </w:pPr>
      <w:r>
        <w:rPr>
          <w:sz w:val="21"/>
          <w:lang w:eastAsia="ja-JP"/>
        </w:rPr>
        <w:lastRenderedPageBreak/>
        <w:t>第</w:t>
      </w:r>
      <w:r>
        <w:rPr>
          <w:sz w:val="21"/>
          <w:lang w:eastAsia="ja-JP"/>
        </w:rPr>
        <w:t>7</w:t>
      </w:r>
      <w:r>
        <w:rPr>
          <w:sz w:val="21"/>
          <w:lang w:eastAsia="ja-JP"/>
        </w:rPr>
        <w:t>章　中間検査・</w:t>
      </w:r>
      <w:r w:rsidR="004E7219">
        <w:rPr>
          <w:rFonts w:hint="eastAsia"/>
          <w:sz w:val="21"/>
          <w:lang w:eastAsia="ja-JP"/>
        </w:rPr>
        <w:t>確定（</w:t>
      </w:r>
      <w:r w:rsidR="00B91D79">
        <w:rPr>
          <w:rFonts w:hint="eastAsia"/>
          <w:sz w:val="21"/>
          <w:lang w:eastAsia="ja-JP"/>
        </w:rPr>
        <w:t>完了</w:t>
      </w:r>
      <w:r w:rsidR="004E7219">
        <w:rPr>
          <w:rFonts w:hint="eastAsia"/>
          <w:sz w:val="21"/>
          <w:lang w:eastAsia="ja-JP"/>
        </w:rPr>
        <w:t>）</w:t>
      </w:r>
      <w:r>
        <w:rPr>
          <w:sz w:val="21"/>
          <w:lang w:eastAsia="ja-JP"/>
        </w:rPr>
        <w:t>検査</w:t>
      </w:r>
    </w:p>
    <w:p w14:paraId="31AD3B0D" w14:textId="77777777" w:rsidR="00E468C6" w:rsidRDefault="004760EB">
      <w:pPr>
        <w:pStyle w:val="21"/>
        <w:spacing w:before="120" w:after="60"/>
        <w:rPr>
          <w:lang w:eastAsia="ja-JP"/>
        </w:rPr>
      </w:pPr>
      <w:r>
        <w:rPr>
          <w:sz w:val="21"/>
          <w:lang w:eastAsia="ja-JP"/>
        </w:rPr>
        <w:t>7-1</w:t>
      </w:r>
      <w:r>
        <w:rPr>
          <w:sz w:val="21"/>
          <w:lang w:eastAsia="ja-JP"/>
        </w:rPr>
        <w:t xml:space="preserve">　検査の目的</w:t>
      </w:r>
    </w:p>
    <w:p w14:paraId="5DBF2B87" w14:textId="77777777" w:rsidR="00E468C6" w:rsidRDefault="004760EB">
      <w:pPr>
        <w:spacing w:after="80" w:line="269" w:lineRule="auto"/>
        <w:rPr>
          <w:lang w:eastAsia="ja-JP"/>
        </w:rPr>
      </w:pPr>
      <w:r>
        <w:rPr>
          <w:lang w:eastAsia="ja-JP"/>
        </w:rPr>
        <w:t>県は、補助事業が交付決定内容に従って実施され、経費が適正に支出されているかを確認します。書面確認に加え、必要に応じて現地調査を行います。</w:t>
      </w:r>
    </w:p>
    <w:tbl>
      <w:tblPr>
        <w:tblStyle w:val="afe"/>
        <w:tblW w:w="0" w:type="auto"/>
        <w:jc w:val="center"/>
        <w:tblLook w:val="04A0" w:firstRow="1" w:lastRow="0" w:firstColumn="1" w:lastColumn="0" w:noHBand="0" w:noVBand="1"/>
      </w:tblPr>
      <w:tblGrid>
        <w:gridCol w:w="2268"/>
        <w:gridCol w:w="7143"/>
      </w:tblGrid>
      <w:tr w:rsidR="00E468C6" w14:paraId="2756DA06" w14:textId="77777777">
        <w:trPr>
          <w:tblHeader/>
          <w:jc w:val="center"/>
        </w:trPr>
        <w:tc>
          <w:tcPr>
            <w:tcW w:w="2268" w:type="dxa"/>
            <w:shd w:val="clear" w:color="auto" w:fill="595959"/>
            <w:tcMar>
              <w:top w:w="80" w:type="dxa"/>
              <w:left w:w="100" w:type="dxa"/>
              <w:bottom w:w="80" w:type="dxa"/>
              <w:right w:w="100" w:type="dxa"/>
            </w:tcMar>
            <w:vAlign w:val="center"/>
          </w:tcPr>
          <w:p w14:paraId="09F5B0AA" w14:textId="77777777" w:rsidR="00E468C6" w:rsidRDefault="004760EB" w:rsidP="008A3D1A">
            <w:pPr>
              <w:spacing w:line="260" w:lineRule="exact"/>
              <w:jc w:val="center"/>
            </w:pPr>
            <w:proofErr w:type="spellStart"/>
            <w:r>
              <w:rPr>
                <w:b/>
                <w:color w:val="FFFFFF"/>
              </w:rPr>
              <w:t>確認分野</w:t>
            </w:r>
            <w:proofErr w:type="spellEnd"/>
          </w:p>
        </w:tc>
        <w:tc>
          <w:tcPr>
            <w:tcW w:w="7143" w:type="dxa"/>
            <w:shd w:val="clear" w:color="auto" w:fill="595959"/>
            <w:tcMar>
              <w:top w:w="80" w:type="dxa"/>
              <w:left w:w="100" w:type="dxa"/>
              <w:bottom w:w="80" w:type="dxa"/>
              <w:right w:w="100" w:type="dxa"/>
            </w:tcMar>
            <w:vAlign w:val="center"/>
          </w:tcPr>
          <w:p w14:paraId="31871C56" w14:textId="77777777" w:rsidR="00E468C6" w:rsidRDefault="004760EB" w:rsidP="008A3D1A">
            <w:pPr>
              <w:spacing w:line="260" w:lineRule="exact"/>
              <w:jc w:val="center"/>
            </w:pPr>
            <w:proofErr w:type="spellStart"/>
            <w:r>
              <w:rPr>
                <w:b/>
                <w:color w:val="FFFFFF"/>
              </w:rPr>
              <w:t>主な着眼点</w:t>
            </w:r>
            <w:proofErr w:type="spellEnd"/>
          </w:p>
        </w:tc>
      </w:tr>
      <w:tr w:rsidR="00E468C6" w14:paraId="025C3842" w14:textId="77777777">
        <w:trPr>
          <w:jc w:val="center"/>
        </w:trPr>
        <w:tc>
          <w:tcPr>
            <w:tcW w:w="2268" w:type="dxa"/>
            <w:tcMar>
              <w:top w:w="80" w:type="dxa"/>
              <w:left w:w="100" w:type="dxa"/>
              <w:bottom w:w="80" w:type="dxa"/>
              <w:right w:w="100" w:type="dxa"/>
            </w:tcMar>
            <w:vAlign w:val="center"/>
          </w:tcPr>
          <w:p w14:paraId="49F6D64C" w14:textId="46E6F9E9" w:rsidR="00E468C6" w:rsidRDefault="004760EB" w:rsidP="008A3D1A">
            <w:pPr>
              <w:spacing w:line="260" w:lineRule="exact"/>
              <w:jc w:val="center"/>
            </w:pPr>
            <w:proofErr w:type="spellStart"/>
            <w:r>
              <w:t>事業実施</w:t>
            </w:r>
            <w:proofErr w:type="spellEnd"/>
            <w:r w:rsidR="00056E45">
              <w:rPr>
                <w:rFonts w:hint="eastAsia"/>
                <w:lang w:eastAsia="ja-JP"/>
              </w:rPr>
              <w:t>状況</w:t>
            </w:r>
          </w:p>
        </w:tc>
        <w:tc>
          <w:tcPr>
            <w:tcW w:w="7143" w:type="dxa"/>
            <w:tcMar>
              <w:top w:w="80" w:type="dxa"/>
              <w:left w:w="100" w:type="dxa"/>
              <w:bottom w:w="80" w:type="dxa"/>
              <w:right w:w="100" w:type="dxa"/>
            </w:tcMar>
            <w:vAlign w:val="center"/>
          </w:tcPr>
          <w:p w14:paraId="1D87EB57" w14:textId="77777777" w:rsidR="00E468C6" w:rsidRDefault="004760EB" w:rsidP="008A3D1A">
            <w:pPr>
              <w:spacing w:line="260" w:lineRule="exact"/>
              <w:rPr>
                <w:lang w:eastAsia="ja-JP"/>
              </w:rPr>
            </w:pPr>
            <w:r>
              <w:rPr>
                <w:lang w:eastAsia="ja-JP"/>
              </w:rPr>
              <w:t>計画との整合、進捗、成果、変更手続</w:t>
            </w:r>
          </w:p>
        </w:tc>
      </w:tr>
      <w:tr w:rsidR="00E468C6" w14:paraId="514F1341" w14:textId="77777777">
        <w:trPr>
          <w:jc w:val="center"/>
        </w:trPr>
        <w:tc>
          <w:tcPr>
            <w:tcW w:w="2268" w:type="dxa"/>
            <w:shd w:val="clear" w:color="auto" w:fill="F8FBFD"/>
            <w:tcMar>
              <w:top w:w="80" w:type="dxa"/>
              <w:left w:w="100" w:type="dxa"/>
              <w:bottom w:w="80" w:type="dxa"/>
              <w:right w:w="100" w:type="dxa"/>
            </w:tcMar>
            <w:vAlign w:val="center"/>
          </w:tcPr>
          <w:p w14:paraId="26E6F2AD" w14:textId="77777777" w:rsidR="00E468C6" w:rsidRDefault="004760EB" w:rsidP="008A3D1A">
            <w:pPr>
              <w:spacing w:line="260" w:lineRule="exact"/>
              <w:jc w:val="center"/>
            </w:pPr>
            <w:proofErr w:type="spellStart"/>
            <w:r>
              <w:t>対象期間</w:t>
            </w:r>
            <w:proofErr w:type="spellEnd"/>
          </w:p>
        </w:tc>
        <w:tc>
          <w:tcPr>
            <w:tcW w:w="7143" w:type="dxa"/>
            <w:shd w:val="clear" w:color="auto" w:fill="F8FBFD"/>
            <w:tcMar>
              <w:top w:w="80" w:type="dxa"/>
              <w:left w:w="100" w:type="dxa"/>
              <w:bottom w:w="80" w:type="dxa"/>
              <w:right w:w="100" w:type="dxa"/>
            </w:tcMar>
            <w:vAlign w:val="center"/>
          </w:tcPr>
          <w:p w14:paraId="04F8A142" w14:textId="77777777" w:rsidR="00E468C6" w:rsidRDefault="004760EB" w:rsidP="008A3D1A">
            <w:pPr>
              <w:spacing w:line="260" w:lineRule="exact"/>
              <w:rPr>
                <w:lang w:eastAsia="ja-JP"/>
              </w:rPr>
            </w:pPr>
            <w:r>
              <w:rPr>
                <w:lang w:eastAsia="ja-JP"/>
              </w:rPr>
              <w:t>発注・契約、納品・完了、支払の日付</w:t>
            </w:r>
          </w:p>
        </w:tc>
      </w:tr>
      <w:tr w:rsidR="00E468C6" w14:paraId="4B8A3E9F" w14:textId="77777777">
        <w:trPr>
          <w:jc w:val="center"/>
        </w:trPr>
        <w:tc>
          <w:tcPr>
            <w:tcW w:w="2268" w:type="dxa"/>
            <w:tcMar>
              <w:top w:w="80" w:type="dxa"/>
              <w:left w:w="100" w:type="dxa"/>
              <w:bottom w:w="80" w:type="dxa"/>
              <w:right w:w="100" w:type="dxa"/>
            </w:tcMar>
            <w:vAlign w:val="center"/>
          </w:tcPr>
          <w:p w14:paraId="61A279E1" w14:textId="77777777" w:rsidR="00E468C6" w:rsidRDefault="004760EB" w:rsidP="008A3D1A">
            <w:pPr>
              <w:spacing w:line="260" w:lineRule="exact"/>
              <w:jc w:val="center"/>
            </w:pPr>
            <w:proofErr w:type="spellStart"/>
            <w:r>
              <w:t>経済性</w:t>
            </w:r>
            <w:proofErr w:type="spellEnd"/>
          </w:p>
        </w:tc>
        <w:tc>
          <w:tcPr>
            <w:tcW w:w="7143" w:type="dxa"/>
            <w:tcMar>
              <w:top w:w="80" w:type="dxa"/>
              <w:left w:w="100" w:type="dxa"/>
              <w:bottom w:w="80" w:type="dxa"/>
              <w:right w:w="100" w:type="dxa"/>
            </w:tcMar>
            <w:vAlign w:val="center"/>
          </w:tcPr>
          <w:p w14:paraId="312AA1B4" w14:textId="77777777" w:rsidR="00E468C6" w:rsidRDefault="004760EB" w:rsidP="008A3D1A">
            <w:pPr>
              <w:spacing w:line="260" w:lineRule="exact"/>
              <w:rPr>
                <w:lang w:eastAsia="ja-JP"/>
              </w:rPr>
            </w:pPr>
            <w:r>
              <w:rPr>
                <w:lang w:eastAsia="ja-JP"/>
              </w:rPr>
              <w:t>相見積り、選定理由、価格妥当性</w:t>
            </w:r>
          </w:p>
        </w:tc>
      </w:tr>
      <w:tr w:rsidR="00E468C6" w14:paraId="3C22451A" w14:textId="77777777">
        <w:trPr>
          <w:jc w:val="center"/>
        </w:trPr>
        <w:tc>
          <w:tcPr>
            <w:tcW w:w="2268" w:type="dxa"/>
            <w:shd w:val="clear" w:color="auto" w:fill="F8FBFD"/>
            <w:tcMar>
              <w:top w:w="80" w:type="dxa"/>
              <w:left w:w="100" w:type="dxa"/>
              <w:bottom w:w="80" w:type="dxa"/>
              <w:right w:w="100" w:type="dxa"/>
            </w:tcMar>
            <w:vAlign w:val="center"/>
          </w:tcPr>
          <w:p w14:paraId="11913780" w14:textId="77777777" w:rsidR="00E468C6" w:rsidRDefault="004760EB" w:rsidP="008A3D1A">
            <w:pPr>
              <w:spacing w:line="260" w:lineRule="exact"/>
              <w:jc w:val="center"/>
            </w:pPr>
            <w:proofErr w:type="spellStart"/>
            <w:r>
              <w:t>証拠書類</w:t>
            </w:r>
            <w:proofErr w:type="spellEnd"/>
          </w:p>
        </w:tc>
        <w:tc>
          <w:tcPr>
            <w:tcW w:w="7143" w:type="dxa"/>
            <w:shd w:val="clear" w:color="auto" w:fill="F8FBFD"/>
            <w:tcMar>
              <w:top w:w="80" w:type="dxa"/>
              <w:left w:w="100" w:type="dxa"/>
              <w:bottom w:w="80" w:type="dxa"/>
              <w:right w:w="100" w:type="dxa"/>
            </w:tcMar>
            <w:vAlign w:val="center"/>
          </w:tcPr>
          <w:p w14:paraId="0B0AE5E5" w14:textId="77777777" w:rsidR="00E468C6" w:rsidRDefault="004760EB" w:rsidP="008A3D1A">
            <w:pPr>
              <w:spacing w:line="260" w:lineRule="exact"/>
              <w:rPr>
                <w:lang w:eastAsia="ja-JP"/>
              </w:rPr>
            </w:pPr>
            <w:r>
              <w:rPr>
                <w:lang w:eastAsia="ja-JP"/>
              </w:rPr>
              <w:t>一連の取引を追跡できるか、金額・宛名が一致するか</w:t>
            </w:r>
          </w:p>
        </w:tc>
      </w:tr>
      <w:tr w:rsidR="00E468C6" w14:paraId="241F69B6" w14:textId="77777777">
        <w:trPr>
          <w:jc w:val="center"/>
        </w:trPr>
        <w:tc>
          <w:tcPr>
            <w:tcW w:w="2268" w:type="dxa"/>
            <w:tcMar>
              <w:top w:w="80" w:type="dxa"/>
              <w:left w:w="100" w:type="dxa"/>
              <w:bottom w:w="80" w:type="dxa"/>
              <w:right w:w="100" w:type="dxa"/>
            </w:tcMar>
            <w:vAlign w:val="center"/>
          </w:tcPr>
          <w:p w14:paraId="09C1D828" w14:textId="77777777" w:rsidR="00E468C6" w:rsidRDefault="004760EB" w:rsidP="008A3D1A">
            <w:pPr>
              <w:spacing w:line="260" w:lineRule="exact"/>
              <w:jc w:val="center"/>
            </w:pPr>
            <w:proofErr w:type="spellStart"/>
            <w:r>
              <w:t>人件費</w:t>
            </w:r>
            <w:proofErr w:type="spellEnd"/>
          </w:p>
        </w:tc>
        <w:tc>
          <w:tcPr>
            <w:tcW w:w="7143" w:type="dxa"/>
            <w:tcMar>
              <w:top w:w="80" w:type="dxa"/>
              <w:left w:w="100" w:type="dxa"/>
              <w:bottom w:w="80" w:type="dxa"/>
              <w:right w:w="100" w:type="dxa"/>
            </w:tcMar>
            <w:vAlign w:val="center"/>
          </w:tcPr>
          <w:p w14:paraId="6C8E249C" w14:textId="77777777" w:rsidR="00E468C6" w:rsidRDefault="004760EB" w:rsidP="008A3D1A">
            <w:pPr>
              <w:spacing w:line="260" w:lineRule="exact"/>
              <w:rPr>
                <w:lang w:eastAsia="ja-JP"/>
              </w:rPr>
            </w:pPr>
            <w:r>
              <w:rPr>
                <w:lang w:eastAsia="ja-JP"/>
              </w:rPr>
              <w:t>単価根拠、従事日誌、勤怠・給与資料との整合</w:t>
            </w:r>
          </w:p>
        </w:tc>
      </w:tr>
      <w:tr w:rsidR="00E468C6" w14:paraId="63DBA98B" w14:textId="77777777">
        <w:trPr>
          <w:jc w:val="center"/>
        </w:trPr>
        <w:tc>
          <w:tcPr>
            <w:tcW w:w="2268" w:type="dxa"/>
            <w:shd w:val="clear" w:color="auto" w:fill="F8FBFD"/>
            <w:tcMar>
              <w:top w:w="80" w:type="dxa"/>
              <w:left w:w="100" w:type="dxa"/>
              <w:bottom w:w="80" w:type="dxa"/>
              <w:right w:w="100" w:type="dxa"/>
            </w:tcMar>
            <w:vAlign w:val="center"/>
          </w:tcPr>
          <w:p w14:paraId="64273A77" w14:textId="77777777" w:rsidR="00E468C6" w:rsidRDefault="004760EB" w:rsidP="008A3D1A">
            <w:pPr>
              <w:spacing w:line="260" w:lineRule="exact"/>
              <w:jc w:val="center"/>
            </w:pPr>
            <w:proofErr w:type="spellStart"/>
            <w:r>
              <w:t>原材料</w:t>
            </w:r>
            <w:proofErr w:type="spellEnd"/>
          </w:p>
        </w:tc>
        <w:tc>
          <w:tcPr>
            <w:tcW w:w="7143" w:type="dxa"/>
            <w:shd w:val="clear" w:color="auto" w:fill="F8FBFD"/>
            <w:tcMar>
              <w:top w:w="80" w:type="dxa"/>
              <w:left w:w="100" w:type="dxa"/>
              <w:bottom w:w="80" w:type="dxa"/>
              <w:right w:w="100" w:type="dxa"/>
            </w:tcMar>
            <w:vAlign w:val="center"/>
          </w:tcPr>
          <w:p w14:paraId="4FFACEC8" w14:textId="77777777" w:rsidR="00E468C6" w:rsidRDefault="004760EB" w:rsidP="008A3D1A">
            <w:pPr>
              <w:spacing w:line="260" w:lineRule="exact"/>
              <w:rPr>
                <w:lang w:eastAsia="ja-JP"/>
              </w:rPr>
            </w:pPr>
            <w:r>
              <w:rPr>
                <w:lang w:eastAsia="ja-JP"/>
              </w:rPr>
              <w:t>受払簿、使用実績、残存品除外、仕損品・テストピース</w:t>
            </w:r>
          </w:p>
        </w:tc>
      </w:tr>
      <w:tr w:rsidR="00E468C6" w14:paraId="67F420FE" w14:textId="77777777">
        <w:trPr>
          <w:jc w:val="center"/>
        </w:trPr>
        <w:tc>
          <w:tcPr>
            <w:tcW w:w="2268" w:type="dxa"/>
            <w:tcMar>
              <w:top w:w="80" w:type="dxa"/>
              <w:left w:w="100" w:type="dxa"/>
              <w:bottom w:w="80" w:type="dxa"/>
              <w:right w:w="100" w:type="dxa"/>
            </w:tcMar>
            <w:vAlign w:val="center"/>
          </w:tcPr>
          <w:p w14:paraId="7D041FFF" w14:textId="77777777" w:rsidR="00E468C6" w:rsidRDefault="004760EB" w:rsidP="008A3D1A">
            <w:pPr>
              <w:spacing w:line="260" w:lineRule="exact"/>
              <w:jc w:val="center"/>
            </w:pPr>
            <w:proofErr w:type="spellStart"/>
            <w:r>
              <w:t>設備・成果物</w:t>
            </w:r>
            <w:proofErr w:type="spellEnd"/>
          </w:p>
        </w:tc>
        <w:tc>
          <w:tcPr>
            <w:tcW w:w="7143" w:type="dxa"/>
            <w:tcMar>
              <w:top w:w="80" w:type="dxa"/>
              <w:left w:w="100" w:type="dxa"/>
              <w:bottom w:w="80" w:type="dxa"/>
              <w:right w:w="100" w:type="dxa"/>
            </w:tcMar>
            <w:vAlign w:val="center"/>
          </w:tcPr>
          <w:p w14:paraId="224C660F" w14:textId="77777777" w:rsidR="00E468C6" w:rsidRDefault="004760EB" w:rsidP="008A3D1A">
            <w:pPr>
              <w:spacing w:line="260" w:lineRule="exact"/>
              <w:rPr>
                <w:lang w:eastAsia="ja-JP"/>
              </w:rPr>
            </w:pPr>
            <w:r>
              <w:rPr>
                <w:lang w:eastAsia="ja-JP"/>
              </w:rPr>
              <w:t>現物、型式・製造番号、設置場所、成果物、写真</w:t>
            </w:r>
          </w:p>
        </w:tc>
      </w:tr>
      <w:tr w:rsidR="00E468C6" w14:paraId="61977F03" w14:textId="77777777">
        <w:trPr>
          <w:jc w:val="center"/>
        </w:trPr>
        <w:tc>
          <w:tcPr>
            <w:tcW w:w="2268" w:type="dxa"/>
            <w:shd w:val="clear" w:color="auto" w:fill="F8FBFD"/>
            <w:tcMar>
              <w:top w:w="80" w:type="dxa"/>
              <w:left w:w="100" w:type="dxa"/>
              <w:bottom w:w="80" w:type="dxa"/>
              <w:right w:w="100" w:type="dxa"/>
            </w:tcMar>
            <w:vAlign w:val="center"/>
          </w:tcPr>
          <w:p w14:paraId="1BA29E6C" w14:textId="77777777" w:rsidR="00E468C6" w:rsidRDefault="004760EB" w:rsidP="008A3D1A">
            <w:pPr>
              <w:spacing w:line="260" w:lineRule="exact"/>
              <w:jc w:val="center"/>
            </w:pPr>
            <w:proofErr w:type="spellStart"/>
            <w:r>
              <w:t>経理</w:t>
            </w:r>
            <w:proofErr w:type="spellEnd"/>
          </w:p>
        </w:tc>
        <w:tc>
          <w:tcPr>
            <w:tcW w:w="7143" w:type="dxa"/>
            <w:shd w:val="clear" w:color="auto" w:fill="F8FBFD"/>
            <w:tcMar>
              <w:top w:w="80" w:type="dxa"/>
              <w:left w:w="100" w:type="dxa"/>
              <w:bottom w:w="80" w:type="dxa"/>
              <w:right w:w="100" w:type="dxa"/>
            </w:tcMar>
            <w:vAlign w:val="center"/>
          </w:tcPr>
          <w:p w14:paraId="48A44929" w14:textId="77777777" w:rsidR="00E468C6" w:rsidRDefault="004760EB" w:rsidP="008A3D1A">
            <w:pPr>
              <w:spacing w:line="260" w:lineRule="exact"/>
            </w:pPr>
            <w:proofErr w:type="spellStart"/>
            <w:r>
              <w:t>区分経理、帳簿、支払事実、消費税処理</w:t>
            </w:r>
            <w:proofErr w:type="spellEnd"/>
          </w:p>
        </w:tc>
      </w:tr>
    </w:tbl>
    <w:p w14:paraId="0BF07D1F" w14:textId="77777777" w:rsidR="00E468C6" w:rsidRDefault="00E468C6">
      <w:pPr>
        <w:spacing w:after="0"/>
      </w:pPr>
    </w:p>
    <w:p w14:paraId="23FCB860" w14:textId="77777777" w:rsidR="00E468C6" w:rsidRDefault="004760EB">
      <w:pPr>
        <w:pStyle w:val="21"/>
        <w:spacing w:before="120" w:after="60"/>
      </w:pPr>
      <w:r>
        <w:rPr>
          <w:sz w:val="21"/>
        </w:rPr>
        <w:t>7-2</w:t>
      </w:r>
      <w:r>
        <w:rPr>
          <w:sz w:val="21"/>
        </w:rPr>
        <w:t xml:space="preserve">　</w:t>
      </w:r>
      <w:proofErr w:type="spellStart"/>
      <w:r>
        <w:rPr>
          <w:sz w:val="21"/>
        </w:rPr>
        <w:t>よくある指摘事項</w:t>
      </w:r>
      <w:proofErr w:type="spellEnd"/>
    </w:p>
    <w:p w14:paraId="3139F180" w14:textId="7DF69B2A" w:rsidR="00E468C6" w:rsidRDefault="004760EB">
      <w:pPr>
        <w:pStyle w:val="a0"/>
        <w:spacing w:after="40" w:line="259" w:lineRule="auto"/>
        <w:rPr>
          <w:lang w:eastAsia="ja-JP"/>
        </w:rPr>
      </w:pPr>
      <w:r>
        <w:rPr>
          <w:lang w:eastAsia="ja-JP"/>
        </w:rPr>
        <w:t>相見積り又は選定理由書がない</w:t>
      </w:r>
      <w:r w:rsidR="0088641C">
        <w:rPr>
          <w:rFonts w:hint="eastAsia"/>
          <w:lang w:eastAsia="ja-JP"/>
        </w:rPr>
        <w:t>。</w:t>
      </w:r>
    </w:p>
    <w:p w14:paraId="16F27EF0" w14:textId="51A6D178" w:rsidR="00E468C6" w:rsidRDefault="004760EB">
      <w:pPr>
        <w:pStyle w:val="a0"/>
        <w:spacing w:after="40" w:line="259" w:lineRule="auto"/>
        <w:rPr>
          <w:lang w:eastAsia="ja-JP"/>
        </w:rPr>
      </w:pPr>
      <w:r>
        <w:rPr>
          <w:lang w:eastAsia="ja-JP"/>
        </w:rPr>
        <w:t>発注日が交付決定前、又は支払日が事業完了後</w:t>
      </w:r>
      <w:r w:rsidR="0088641C">
        <w:rPr>
          <w:rFonts w:hint="eastAsia"/>
          <w:lang w:eastAsia="ja-JP"/>
        </w:rPr>
        <w:t>。</w:t>
      </w:r>
    </w:p>
    <w:p w14:paraId="6FFC82F1" w14:textId="4C1A4389" w:rsidR="00E468C6" w:rsidRDefault="004760EB">
      <w:pPr>
        <w:pStyle w:val="a0"/>
        <w:spacing w:after="40" w:line="259" w:lineRule="auto"/>
        <w:rPr>
          <w:lang w:eastAsia="ja-JP"/>
        </w:rPr>
      </w:pPr>
      <w:r>
        <w:rPr>
          <w:lang w:eastAsia="ja-JP"/>
        </w:rPr>
        <w:t>請求書と振込額が一致しないが内訳がない</w:t>
      </w:r>
      <w:r w:rsidR="00E229FF">
        <w:rPr>
          <w:rFonts w:hint="eastAsia"/>
          <w:lang w:eastAsia="ja-JP"/>
        </w:rPr>
        <w:t>。</w:t>
      </w:r>
    </w:p>
    <w:p w14:paraId="45385BE0" w14:textId="7ACDEED4" w:rsidR="00E468C6" w:rsidRDefault="004760EB">
      <w:pPr>
        <w:pStyle w:val="a0"/>
        <w:spacing w:after="40" w:line="259" w:lineRule="auto"/>
        <w:rPr>
          <w:lang w:eastAsia="ja-JP"/>
        </w:rPr>
      </w:pPr>
      <w:r>
        <w:rPr>
          <w:lang w:eastAsia="ja-JP"/>
        </w:rPr>
        <w:t>日誌の業務内容が抽象的、又は勤怠記録と不一致</w:t>
      </w:r>
      <w:r w:rsidR="00E229FF">
        <w:rPr>
          <w:rFonts w:hint="eastAsia"/>
          <w:lang w:eastAsia="ja-JP"/>
        </w:rPr>
        <w:t>。</w:t>
      </w:r>
    </w:p>
    <w:p w14:paraId="1E2971D3" w14:textId="16288FE0" w:rsidR="00E468C6" w:rsidRDefault="004760EB">
      <w:pPr>
        <w:pStyle w:val="a0"/>
        <w:spacing w:after="40" w:line="259" w:lineRule="auto"/>
        <w:rPr>
          <w:lang w:eastAsia="ja-JP"/>
        </w:rPr>
      </w:pPr>
      <w:r>
        <w:rPr>
          <w:lang w:eastAsia="ja-JP"/>
        </w:rPr>
        <w:t>未使用原材料が補助対象経費に含まれている</w:t>
      </w:r>
      <w:r w:rsidR="00E229FF">
        <w:rPr>
          <w:rFonts w:hint="eastAsia"/>
          <w:lang w:eastAsia="ja-JP"/>
        </w:rPr>
        <w:t>。</w:t>
      </w:r>
    </w:p>
    <w:p w14:paraId="37007023" w14:textId="56CB3180" w:rsidR="00E468C6" w:rsidRDefault="004760EB">
      <w:pPr>
        <w:pStyle w:val="a0"/>
        <w:spacing w:after="40" w:line="259" w:lineRule="auto"/>
        <w:rPr>
          <w:lang w:eastAsia="ja-JP"/>
        </w:rPr>
      </w:pPr>
      <w:r>
        <w:rPr>
          <w:lang w:eastAsia="ja-JP"/>
        </w:rPr>
        <w:t>取得物・成果物・検収を確認できる資料がない</w:t>
      </w:r>
      <w:r w:rsidR="00E229FF">
        <w:rPr>
          <w:rFonts w:hint="eastAsia"/>
          <w:lang w:eastAsia="ja-JP"/>
        </w:rPr>
        <w:t>。</w:t>
      </w:r>
    </w:p>
    <w:tbl>
      <w:tblPr>
        <w:tblW w:w="0" w:type="auto"/>
        <w:jc w:val="center"/>
        <w:tblLook w:val="04A0" w:firstRow="1" w:lastRow="0" w:firstColumn="1" w:lastColumn="0" w:noHBand="0" w:noVBand="1"/>
      </w:tblPr>
      <w:tblGrid>
        <w:gridCol w:w="10166"/>
      </w:tblGrid>
      <w:tr w:rsidR="00E468C6" w14:paraId="145EFD47" w14:textId="77777777">
        <w:trPr>
          <w:jc w:val="center"/>
        </w:trPr>
        <w:tc>
          <w:tcPr>
            <w:tcW w:w="10200" w:type="dxa"/>
            <w:shd w:val="clear" w:color="auto" w:fill="E2F0D9"/>
            <w:tcMar>
              <w:top w:w="110" w:type="dxa"/>
              <w:left w:w="150" w:type="dxa"/>
              <w:bottom w:w="110" w:type="dxa"/>
              <w:right w:w="150" w:type="dxa"/>
            </w:tcMar>
          </w:tcPr>
          <w:p w14:paraId="26DAC94E" w14:textId="77777777" w:rsidR="00E468C6" w:rsidRDefault="004760EB">
            <w:pPr>
              <w:spacing w:after="40"/>
              <w:rPr>
                <w:lang w:eastAsia="ja-JP"/>
              </w:rPr>
            </w:pPr>
            <w:r>
              <w:rPr>
                <w:b/>
                <w:color w:val="375623"/>
                <w:lang w:eastAsia="ja-JP"/>
              </w:rPr>
              <w:t>検査まで待たない</w:t>
            </w:r>
          </w:p>
          <w:p w14:paraId="32697FF7" w14:textId="77777777" w:rsidR="00E468C6" w:rsidRDefault="004760EB">
            <w:pPr>
              <w:spacing w:after="0" w:line="259" w:lineRule="auto"/>
              <w:rPr>
                <w:lang w:eastAsia="ja-JP"/>
              </w:rPr>
            </w:pPr>
            <w:r>
              <w:rPr>
                <w:lang w:eastAsia="ja-JP"/>
              </w:rPr>
              <w:t>証拠書類は取引の都度整理し、中間検査前又は事業完了予定日の1か月前を目安に社内点検してください。</w:t>
            </w:r>
          </w:p>
        </w:tc>
      </w:tr>
    </w:tbl>
    <w:p w14:paraId="239D364B" w14:textId="77777777" w:rsidR="00A57D33" w:rsidRDefault="00A57D33" w:rsidP="00A57D33">
      <w:pPr>
        <w:spacing w:after="0"/>
        <w:rPr>
          <w:lang w:eastAsia="ja-JP"/>
        </w:rPr>
      </w:pPr>
    </w:p>
    <w:p w14:paraId="6138A952" w14:textId="1F6B74B7" w:rsidR="00A57D33" w:rsidRDefault="00A57D33" w:rsidP="00A57D33">
      <w:pPr>
        <w:pStyle w:val="21"/>
        <w:spacing w:before="120" w:after="60"/>
        <w:rPr>
          <w:lang w:eastAsia="ja-JP"/>
        </w:rPr>
      </w:pPr>
      <w:r>
        <w:rPr>
          <w:sz w:val="21"/>
          <w:lang w:eastAsia="ja-JP"/>
        </w:rPr>
        <w:t>7-</w:t>
      </w:r>
      <w:r>
        <w:rPr>
          <w:rFonts w:hint="eastAsia"/>
          <w:sz w:val="21"/>
          <w:lang w:eastAsia="ja-JP"/>
        </w:rPr>
        <w:t>3</w:t>
      </w:r>
      <w:r>
        <w:rPr>
          <w:sz w:val="21"/>
          <w:lang w:eastAsia="ja-JP"/>
        </w:rPr>
        <w:t xml:space="preserve">　</w:t>
      </w:r>
      <w:r w:rsidR="00EA7933">
        <w:rPr>
          <w:rFonts w:hint="eastAsia"/>
          <w:sz w:val="21"/>
          <w:lang w:eastAsia="ja-JP"/>
        </w:rPr>
        <w:t>国の会計検査</w:t>
      </w:r>
    </w:p>
    <w:p w14:paraId="4AAB9651" w14:textId="711BA9E7" w:rsidR="00E468C6" w:rsidRDefault="007F6A34">
      <w:pPr>
        <w:rPr>
          <w:lang w:eastAsia="ja-JP"/>
        </w:rPr>
      </w:pPr>
      <w:r w:rsidRPr="007F6A34">
        <w:rPr>
          <w:rFonts w:hint="eastAsia"/>
          <w:lang w:eastAsia="ja-JP"/>
        </w:rPr>
        <w:t>本補助金は国の交付金を活用しているため、県が行う中間検査</w:t>
      </w:r>
      <w:r>
        <w:rPr>
          <w:rFonts w:hint="eastAsia"/>
          <w:lang w:eastAsia="ja-JP"/>
        </w:rPr>
        <w:t>や</w:t>
      </w:r>
      <w:r w:rsidR="004E7219">
        <w:rPr>
          <w:rFonts w:hint="eastAsia"/>
          <w:lang w:eastAsia="ja-JP"/>
        </w:rPr>
        <w:t>確定（</w:t>
      </w:r>
      <w:r>
        <w:rPr>
          <w:rFonts w:hint="eastAsia"/>
          <w:lang w:eastAsia="ja-JP"/>
        </w:rPr>
        <w:t>完了</w:t>
      </w:r>
      <w:r w:rsidR="004E7219">
        <w:rPr>
          <w:rFonts w:hint="eastAsia"/>
          <w:lang w:eastAsia="ja-JP"/>
        </w:rPr>
        <w:t>）</w:t>
      </w:r>
      <w:r w:rsidRPr="007F6A34">
        <w:rPr>
          <w:rFonts w:hint="eastAsia"/>
          <w:lang w:eastAsia="ja-JP"/>
        </w:rPr>
        <w:t>検査とは別に、会計検査院による検査の対象となる場合があります。補助事業の実施及び経理処理に当たっては、経費の必要性や支出内容を説明できるよう、帳簿及び証拠書類を適切に整理・保存してください。</w:t>
      </w:r>
      <w:r w:rsidR="004760EB">
        <w:rPr>
          <w:lang w:eastAsia="ja-JP"/>
        </w:rPr>
        <w:br w:type="page"/>
      </w:r>
    </w:p>
    <w:p w14:paraId="33B28588" w14:textId="31A522A1" w:rsidR="00E468C6" w:rsidRDefault="004760EB">
      <w:pPr>
        <w:pStyle w:val="1"/>
        <w:spacing w:before="0" w:after="140"/>
        <w:rPr>
          <w:lang w:eastAsia="ja-JP"/>
        </w:rPr>
      </w:pPr>
      <w:r>
        <w:rPr>
          <w:sz w:val="21"/>
          <w:lang w:eastAsia="ja-JP"/>
        </w:rPr>
        <w:lastRenderedPageBreak/>
        <w:t>第</w:t>
      </w:r>
      <w:r>
        <w:rPr>
          <w:sz w:val="21"/>
          <w:lang w:eastAsia="ja-JP"/>
        </w:rPr>
        <w:t>8</w:t>
      </w:r>
      <w:r>
        <w:rPr>
          <w:sz w:val="21"/>
          <w:lang w:eastAsia="ja-JP"/>
        </w:rPr>
        <w:t>章　事業終了後の手続</w:t>
      </w:r>
      <w:r w:rsidR="003768E0">
        <w:rPr>
          <w:rFonts w:hint="eastAsia"/>
          <w:sz w:val="21"/>
          <w:lang w:eastAsia="ja-JP"/>
        </w:rPr>
        <w:t>き</w:t>
      </w:r>
    </w:p>
    <w:tbl>
      <w:tblPr>
        <w:tblStyle w:val="afe"/>
        <w:tblW w:w="0" w:type="auto"/>
        <w:jc w:val="center"/>
        <w:tblLook w:val="04A0" w:firstRow="1" w:lastRow="0" w:firstColumn="1" w:lastColumn="0" w:noHBand="0" w:noVBand="1"/>
      </w:tblPr>
      <w:tblGrid>
        <w:gridCol w:w="2441"/>
        <w:gridCol w:w="6970"/>
      </w:tblGrid>
      <w:tr w:rsidR="00E468C6" w14:paraId="55D9AFB5" w14:textId="77777777" w:rsidTr="00A614B3">
        <w:trPr>
          <w:tblHeader/>
          <w:jc w:val="center"/>
        </w:trPr>
        <w:tc>
          <w:tcPr>
            <w:tcW w:w="2441" w:type="dxa"/>
            <w:shd w:val="clear" w:color="auto" w:fill="595959"/>
            <w:tcMar>
              <w:top w:w="80" w:type="dxa"/>
              <w:left w:w="100" w:type="dxa"/>
              <w:bottom w:w="80" w:type="dxa"/>
              <w:right w:w="100" w:type="dxa"/>
            </w:tcMar>
            <w:vAlign w:val="center"/>
          </w:tcPr>
          <w:p w14:paraId="62B97FA8" w14:textId="36A80844" w:rsidR="00E468C6" w:rsidRDefault="004760EB" w:rsidP="008A3D1A">
            <w:pPr>
              <w:spacing w:line="260" w:lineRule="exact"/>
              <w:jc w:val="center"/>
            </w:pPr>
            <w:proofErr w:type="spellStart"/>
            <w:r>
              <w:rPr>
                <w:b/>
                <w:color w:val="FFFFFF"/>
              </w:rPr>
              <w:t>手続</w:t>
            </w:r>
            <w:proofErr w:type="spellEnd"/>
            <w:r w:rsidR="00502DAE">
              <w:rPr>
                <w:rFonts w:hint="eastAsia"/>
                <w:b/>
                <w:color w:val="FFFFFF"/>
                <w:lang w:eastAsia="ja-JP"/>
              </w:rPr>
              <w:t>き</w:t>
            </w:r>
          </w:p>
        </w:tc>
        <w:tc>
          <w:tcPr>
            <w:tcW w:w="6970" w:type="dxa"/>
            <w:shd w:val="clear" w:color="auto" w:fill="595959"/>
            <w:tcMar>
              <w:top w:w="80" w:type="dxa"/>
              <w:left w:w="100" w:type="dxa"/>
              <w:bottom w:w="80" w:type="dxa"/>
              <w:right w:w="100" w:type="dxa"/>
            </w:tcMar>
            <w:vAlign w:val="center"/>
          </w:tcPr>
          <w:p w14:paraId="0163344A" w14:textId="77777777" w:rsidR="00E468C6" w:rsidRDefault="004760EB" w:rsidP="008A3D1A">
            <w:pPr>
              <w:spacing w:line="260" w:lineRule="exact"/>
              <w:jc w:val="center"/>
            </w:pPr>
            <w:proofErr w:type="spellStart"/>
            <w:r>
              <w:rPr>
                <w:b/>
                <w:color w:val="FFFFFF"/>
              </w:rPr>
              <w:t>内容・期限</w:t>
            </w:r>
            <w:proofErr w:type="spellEnd"/>
          </w:p>
        </w:tc>
      </w:tr>
      <w:tr w:rsidR="00E468C6" w14:paraId="568EF342" w14:textId="77777777" w:rsidTr="00A614B3">
        <w:trPr>
          <w:jc w:val="center"/>
        </w:trPr>
        <w:tc>
          <w:tcPr>
            <w:tcW w:w="2441" w:type="dxa"/>
            <w:tcMar>
              <w:top w:w="80" w:type="dxa"/>
              <w:left w:w="100" w:type="dxa"/>
              <w:bottom w:w="80" w:type="dxa"/>
              <w:right w:w="100" w:type="dxa"/>
            </w:tcMar>
            <w:vAlign w:val="center"/>
          </w:tcPr>
          <w:p w14:paraId="1B368EC5" w14:textId="77777777" w:rsidR="00E468C6" w:rsidRDefault="004760EB" w:rsidP="008A3D1A">
            <w:pPr>
              <w:spacing w:line="260" w:lineRule="exact"/>
              <w:jc w:val="center"/>
            </w:pPr>
            <w:proofErr w:type="spellStart"/>
            <w:r>
              <w:t>精算払請求</w:t>
            </w:r>
            <w:proofErr w:type="spellEnd"/>
          </w:p>
        </w:tc>
        <w:tc>
          <w:tcPr>
            <w:tcW w:w="6970" w:type="dxa"/>
            <w:tcMar>
              <w:top w:w="80" w:type="dxa"/>
              <w:left w:w="100" w:type="dxa"/>
              <w:bottom w:w="80" w:type="dxa"/>
              <w:right w:w="100" w:type="dxa"/>
            </w:tcMar>
            <w:vAlign w:val="center"/>
          </w:tcPr>
          <w:p w14:paraId="170FDC9B" w14:textId="0DD0AEED" w:rsidR="00E468C6" w:rsidRDefault="004760EB" w:rsidP="008A3D1A">
            <w:pPr>
              <w:spacing w:line="260" w:lineRule="exact"/>
              <w:rPr>
                <w:lang w:eastAsia="ja-JP"/>
              </w:rPr>
            </w:pPr>
            <w:r>
              <w:rPr>
                <w:lang w:eastAsia="ja-JP"/>
              </w:rPr>
              <w:t>額の確定通知後、</w:t>
            </w:r>
            <w:r w:rsidR="000E7EA1">
              <w:rPr>
                <w:rFonts w:hint="eastAsia"/>
                <w:lang w:eastAsia="ja-JP"/>
              </w:rPr>
              <w:t>要綱</w:t>
            </w:r>
            <w:r>
              <w:rPr>
                <w:lang w:eastAsia="ja-JP"/>
              </w:rPr>
              <w:t>様式第12号を提出</w:t>
            </w:r>
          </w:p>
        </w:tc>
      </w:tr>
      <w:tr w:rsidR="00E468C6" w14:paraId="6F220977" w14:textId="77777777" w:rsidTr="00A614B3">
        <w:trPr>
          <w:jc w:val="center"/>
        </w:trPr>
        <w:tc>
          <w:tcPr>
            <w:tcW w:w="2441" w:type="dxa"/>
            <w:shd w:val="clear" w:color="auto" w:fill="F8FBFD"/>
            <w:tcMar>
              <w:top w:w="80" w:type="dxa"/>
              <w:left w:w="100" w:type="dxa"/>
              <w:bottom w:w="80" w:type="dxa"/>
              <w:right w:w="100" w:type="dxa"/>
            </w:tcMar>
            <w:vAlign w:val="center"/>
          </w:tcPr>
          <w:p w14:paraId="451719B8" w14:textId="77777777" w:rsidR="00E468C6" w:rsidRDefault="004760EB" w:rsidP="008A3D1A">
            <w:pPr>
              <w:spacing w:line="260" w:lineRule="exact"/>
              <w:jc w:val="center"/>
            </w:pPr>
            <w:proofErr w:type="spellStart"/>
            <w:r>
              <w:t>消費税等報告</w:t>
            </w:r>
            <w:proofErr w:type="spellEnd"/>
          </w:p>
        </w:tc>
        <w:tc>
          <w:tcPr>
            <w:tcW w:w="6970" w:type="dxa"/>
            <w:shd w:val="clear" w:color="auto" w:fill="F8FBFD"/>
            <w:tcMar>
              <w:top w:w="80" w:type="dxa"/>
              <w:left w:w="100" w:type="dxa"/>
              <w:bottom w:w="80" w:type="dxa"/>
              <w:right w:w="100" w:type="dxa"/>
            </w:tcMar>
            <w:vAlign w:val="center"/>
          </w:tcPr>
          <w:p w14:paraId="22429385" w14:textId="19D36E1A" w:rsidR="00E468C6" w:rsidRDefault="004760EB" w:rsidP="008A3D1A">
            <w:pPr>
              <w:spacing w:line="260" w:lineRule="exact"/>
              <w:rPr>
                <w:lang w:eastAsia="ja-JP"/>
              </w:rPr>
            </w:pPr>
            <w:r>
              <w:rPr>
                <w:lang w:eastAsia="ja-JP"/>
              </w:rPr>
              <w:t>実績報告後に仕入控除税額が確定した場合、</w:t>
            </w:r>
            <w:r w:rsidR="000E7EA1">
              <w:rPr>
                <w:rFonts w:hint="eastAsia"/>
                <w:lang w:eastAsia="ja-JP"/>
              </w:rPr>
              <w:t>要綱</w:t>
            </w:r>
            <w:r>
              <w:rPr>
                <w:lang w:eastAsia="ja-JP"/>
              </w:rPr>
              <w:t>様式第13号で速やかに報告</w:t>
            </w:r>
          </w:p>
        </w:tc>
      </w:tr>
      <w:tr w:rsidR="00E468C6" w14:paraId="79B8B142" w14:textId="77777777" w:rsidTr="00A614B3">
        <w:trPr>
          <w:jc w:val="center"/>
        </w:trPr>
        <w:tc>
          <w:tcPr>
            <w:tcW w:w="2441" w:type="dxa"/>
            <w:tcMar>
              <w:top w:w="80" w:type="dxa"/>
              <w:left w:w="100" w:type="dxa"/>
              <w:bottom w:w="80" w:type="dxa"/>
              <w:right w:w="100" w:type="dxa"/>
            </w:tcMar>
            <w:vAlign w:val="center"/>
          </w:tcPr>
          <w:p w14:paraId="07D20442" w14:textId="77777777" w:rsidR="00E468C6" w:rsidRDefault="004760EB" w:rsidP="008A3D1A">
            <w:pPr>
              <w:spacing w:line="260" w:lineRule="exact"/>
              <w:jc w:val="center"/>
            </w:pPr>
            <w:proofErr w:type="spellStart"/>
            <w:r>
              <w:t>帳簿・証拠書類保存</w:t>
            </w:r>
            <w:proofErr w:type="spellEnd"/>
          </w:p>
        </w:tc>
        <w:tc>
          <w:tcPr>
            <w:tcW w:w="6970" w:type="dxa"/>
            <w:tcMar>
              <w:top w:w="80" w:type="dxa"/>
              <w:left w:w="100" w:type="dxa"/>
              <w:bottom w:w="80" w:type="dxa"/>
              <w:right w:w="100" w:type="dxa"/>
            </w:tcMar>
            <w:vAlign w:val="center"/>
          </w:tcPr>
          <w:p w14:paraId="1EFA0C5B" w14:textId="5F33912B" w:rsidR="00E468C6" w:rsidRDefault="004760EB" w:rsidP="008A3D1A">
            <w:pPr>
              <w:spacing w:line="260" w:lineRule="exact"/>
              <w:rPr>
                <w:lang w:eastAsia="ja-JP"/>
              </w:rPr>
            </w:pPr>
            <w:r>
              <w:rPr>
                <w:lang w:eastAsia="ja-JP"/>
              </w:rPr>
              <w:t>事業完了日の属する年度終了後5年間保存</w:t>
            </w:r>
          </w:p>
        </w:tc>
      </w:tr>
      <w:tr w:rsidR="00E468C6" w14:paraId="5D204CB3" w14:textId="77777777" w:rsidTr="00A614B3">
        <w:trPr>
          <w:jc w:val="center"/>
        </w:trPr>
        <w:tc>
          <w:tcPr>
            <w:tcW w:w="2441" w:type="dxa"/>
            <w:shd w:val="clear" w:color="auto" w:fill="F8FBFD"/>
            <w:tcMar>
              <w:top w:w="80" w:type="dxa"/>
              <w:left w:w="100" w:type="dxa"/>
              <w:bottom w:w="80" w:type="dxa"/>
              <w:right w:w="100" w:type="dxa"/>
            </w:tcMar>
            <w:vAlign w:val="center"/>
          </w:tcPr>
          <w:p w14:paraId="3D7525A4" w14:textId="77777777" w:rsidR="00E468C6" w:rsidRDefault="004760EB" w:rsidP="008A3D1A">
            <w:pPr>
              <w:spacing w:line="260" w:lineRule="exact"/>
              <w:jc w:val="center"/>
            </w:pPr>
            <w:proofErr w:type="spellStart"/>
            <w:r>
              <w:t>事業化状況報告</w:t>
            </w:r>
            <w:proofErr w:type="spellEnd"/>
          </w:p>
        </w:tc>
        <w:tc>
          <w:tcPr>
            <w:tcW w:w="6970" w:type="dxa"/>
            <w:shd w:val="clear" w:color="auto" w:fill="F8FBFD"/>
            <w:tcMar>
              <w:top w:w="80" w:type="dxa"/>
              <w:left w:w="100" w:type="dxa"/>
              <w:bottom w:w="80" w:type="dxa"/>
              <w:right w:w="100" w:type="dxa"/>
            </w:tcMar>
            <w:vAlign w:val="center"/>
          </w:tcPr>
          <w:p w14:paraId="57E640DC" w14:textId="58550186" w:rsidR="00E468C6" w:rsidRDefault="004760EB" w:rsidP="008A3D1A">
            <w:pPr>
              <w:spacing w:line="260" w:lineRule="exact"/>
              <w:rPr>
                <w:sz w:val="15"/>
                <w:lang w:eastAsia="ja-JP"/>
              </w:rPr>
            </w:pPr>
            <w:r>
              <w:rPr>
                <w:lang w:eastAsia="ja-JP"/>
              </w:rPr>
              <w:t>補助事業年度終了後5年間、毎年度終了後20日以内に</w:t>
            </w:r>
            <w:r w:rsidR="000E7EA1">
              <w:rPr>
                <w:rFonts w:hint="eastAsia"/>
                <w:lang w:eastAsia="ja-JP"/>
              </w:rPr>
              <w:t>要綱</w:t>
            </w:r>
            <w:r>
              <w:rPr>
                <w:lang w:eastAsia="ja-JP"/>
              </w:rPr>
              <w:t>様式第16号を提出</w:t>
            </w:r>
          </w:p>
          <w:p w14:paraId="1A15B29F" w14:textId="77777777" w:rsidR="00875B8A" w:rsidRDefault="008475C5" w:rsidP="008A3D1A">
            <w:pPr>
              <w:spacing w:line="260" w:lineRule="exact"/>
              <w:rPr>
                <w:lang w:eastAsia="ja-JP"/>
              </w:rPr>
            </w:pPr>
            <w:r>
              <w:rPr>
                <w:rFonts w:hint="eastAsia"/>
                <w:noProof/>
                <w:lang w:eastAsia="ja-JP"/>
              </w:rPr>
              <mc:AlternateContent>
                <mc:Choice Requires="wps">
                  <w:drawing>
                    <wp:anchor distT="0" distB="0" distL="114300" distR="114300" simplePos="0" relativeHeight="251658240" behindDoc="0" locked="0" layoutInCell="1" allowOverlap="1" wp14:anchorId="62D47467" wp14:editId="199BCA72">
                      <wp:simplePos x="0" y="0"/>
                      <wp:positionH relativeFrom="column">
                        <wp:posOffset>6350</wp:posOffset>
                      </wp:positionH>
                      <wp:positionV relativeFrom="paragraph">
                        <wp:posOffset>3810</wp:posOffset>
                      </wp:positionV>
                      <wp:extent cx="4133850" cy="847725"/>
                      <wp:effectExtent l="0" t="0" r="19050" b="28575"/>
                      <wp:wrapNone/>
                      <wp:docPr id="216231819" name="大かっこ 1"/>
                      <wp:cNvGraphicFramePr/>
                      <a:graphic xmlns:a="http://schemas.openxmlformats.org/drawingml/2006/main">
                        <a:graphicData uri="http://schemas.microsoft.com/office/word/2010/wordprocessingShape">
                          <wps:wsp>
                            <wps:cNvSpPr/>
                            <wps:spPr>
                              <a:xfrm>
                                <a:off x="0" y="0"/>
                                <a:ext cx="4133850" cy="847725"/>
                              </a:xfrm>
                              <a:prstGeom prst="bracketPair">
                                <a:avLst>
                                  <a:gd name="adj" fmla="val 10929"/>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C7D96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5pt;margin-top:.3pt;width:325.5pt;height:6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" adj="2361" strokecolor="black [3213]" strokeweight="1pt"/>
                  </w:pict>
                </mc:Fallback>
              </mc:AlternateContent>
            </w:r>
            <w:r w:rsidR="00574086">
              <w:rPr>
                <w:rFonts w:hint="eastAsia"/>
                <w:lang w:eastAsia="ja-JP"/>
              </w:rPr>
              <w:t xml:space="preserve">　</w:t>
            </w:r>
            <w:r w:rsidR="00574086" w:rsidRPr="00574086">
              <w:rPr>
                <w:lang w:eastAsia="ja-JP"/>
              </w:rPr>
              <w:t>令和8年度に補助事業を実施した場合、令和9年度から</w:t>
            </w:r>
          </w:p>
          <w:p w14:paraId="25911716" w14:textId="77777777" w:rsidR="00875B8A" w:rsidRDefault="00875B8A" w:rsidP="008A3D1A">
            <w:pPr>
              <w:spacing w:line="260" w:lineRule="exact"/>
              <w:rPr>
                <w:lang w:eastAsia="ja-JP"/>
              </w:rPr>
            </w:pPr>
            <w:r>
              <w:rPr>
                <w:rFonts w:hint="eastAsia"/>
                <w:lang w:eastAsia="ja-JP"/>
              </w:rPr>
              <w:t xml:space="preserve">　</w:t>
            </w:r>
            <w:r w:rsidR="00574086" w:rsidRPr="00574086">
              <w:rPr>
                <w:lang w:eastAsia="ja-JP"/>
              </w:rPr>
              <w:t>令和13年度までの5年間が報告対象です。</w:t>
            </w:r>
          </w:p>
          <w:p w14:paraId="12861311" w14:textId="4A2F79B6" w:rsidR="00574086" w:rsidRDefault="00875B8A" w:rsidP="008A3D1A">
            <w:pPr>
              <w:spacing w:line="260" w:lineRule="exact"/>
              <w:rPr>
                <w:sz w:val="15"/>
                <w:lang w:eastAsia="ja-JP"/>
              </w:rPr>
            </w:pPr>
            <w:r>
              <w:rPr>
                <w:rFonts w:hint="eastAsia"/>
                <w:lang w:eastAsia="ja-JP"/>
              </w:rPr>
              <w:t xml:space="preserve">　</w:t>
            </w:r>
            <w:r w:rsidR="00574086" w:rsidRPr="00574086">
              <w:rPr>
                <w:lang w:eastAsia="ja-JP"/>
              </w:rPr>
              <w:t>各年度の状況を、翌年度の4月20日までに報告してください。</w:t>
            </w:r>
          </w:p>
          <w:p w14:paraId="0307A981" w14:textId="77777777" w:rsidR="00875B8A" w:rsidRDefault="00574086" w:rsidP="008A3D1A">
            <w:pPr>
              <w:spacing w:line="260" w:lineRule="exact"/>
              <w:rPr>
                <w:lang w:eastAsia="ja-JP"/>
              </w:rPr>
            </w:pPr>
            <w:r>
              <w:rPr>
                <w:rFonts w:hint="eastAsia"/>
                <w:lang w:eastAsia="ja-JP"/>
              </w:rPr>
              <w:t xml:space="preserve">　</w:t>
            </w:r>
            <w:r w:rsidRPr="00574086">
              <w:rPr>
                <w:lang w:eastAsia="ja-JP"/>
              </w:rPr>
              <w:t>例：令和9年度分は令和10年4月20日まで、令和13年度分は</w:t>
            </w:r>
          </w:p>
          <w:p w14:paraId="5231D760" w14:textId="57FE647F" w:rsidR="00CB67F8" w:rsidRPr="00574086" w:rsidRDefault="00875B8A" w:rsidP="008A3D1A">
            <w:pPr>
              <w:spacing w:line="260" w:lineRule="exact"/>
              <w:rPr>
                <w:sz w:val="15"/>
                <w:lang w:eastAsia="ja-JP"/>
              </w:rPr>
            </w:pPr>
            <w:r>
              <w:rPr>
                <w:rFonts w:hint="eastAsia"/>
                <w:lang w:eastAsia="ja-JP"/>
              </w:rPr>
              <w:t xml:space="preserve">　</w:t>
            </w:r>
            <w:r w:rsidR="00574086" w:rsidRPr="00574086">
              <w:rPr>
                <w:lang w:eastAsia="ja-JP"/>
              </w:rPr>
              <w:t>令和14年4月20日まで。</w:t>
            </w:r>
          </w:p>
        </w:tc>
      </w:tr>
      <w:tr w:rsidR="00E468C6" w14:paraId="6758DC5E" w14:textId="77777777" w:rsidTr="00A614B3">
        <w:trPr>
          <w:jc w:val="center"/>
        </w:trPr>
        <w:tc>
          <w:tcPr>
            <w:tcW w:w="2441" w:type="dxa"/>
            <w:tcMar>
              <w:top w:w="80" w:type="dxa"/>
              <w:left w:w="100" w:type="dxa"/>
              <w:bottom w:w="80" w:type="dxa"/>
              <w:right w:w="100" w:type="dxa"/>
            </w:tcMar>
            <w:vAlign w:val="center"/>
          </w:tcPr>
          <w:p w14:paraId="3B2B4C2A" w14:textId="77777777" w:rsidR="00E468C6" w:rsidRDefault="004760EB" w:rsidP="008A3D1A">
            <w:pPr>
              <w:spacing w:line="260" w:lineRule="exact"/>
              <w:jc w:val="center"/>
            </w:pPr>
            <w:proofErr w:type="spellStart"/>
            <w:r>
              <w:t>産業財産権届出</w:t>
            </w:r>
            <w:proofErr w:type="spellEnd"/>
          </w:p>
        </w:tc>
        <w:tc>
          <w:tcPr>
            <w:tcW w:w="6970" w:type="dxa"/>
            <w:tcMar>
              <w:top w:w="80" w:type="dxa"/>
              <w:left w:w="100" w:type="dxa"/>
              <w:bottom w:w="80" w:type="dxa"/>
              <w:right w:w="100" w:type="dxa"/>
            </w:tcMar>
            <w:vAlign w:val="center"/>
          </w:tcPr>
          <w:p w14:paraId="0715B8A2" w14:textId="502868E4" w:rsidR="00E468C6" w:rsidRDefault="004760EB" w:rsidP="008A3D1A">
            <w:pPr>
              <w:spacing w:line="260" w:lineRule="exact"/>
              <w:rPr>
                <w:lang w:eastAsia="ja-JP"/>
              </w:rPr>
            </w:pPr>
            <w:r>
              <w:rPr>
                <w:lang w:eastAsia="ja-JP"/>
              </w:rPr>
              <w:t>補助事業年度又は終了後5年以内に出願・取得・譲渡等をした場合、当該年度終了後20日以内に</w:t>
            </w:r>
            <w:r w:rsidR="00170C9C">
              <w:rPr>
                <w:rFonts w:hint="eastAsia"/>
                <w:lang w:eastAsia="ja-JP"/>
              </w:rPr>
              <w:t>要綱</w:t>
            </w:r>
            <w:r>
              <w:rPr>
                <w:lang w:eastAsia="ja-JP"/>
              </w:rPr>
              <w:t>様式第15号を提出</w:t>
            </w:r>
          </w:p>
        </w:tc>
      </w:tr>
      <w:tr w:rsidR="00E468C6" w:rsidRPr="006E5298" w14:paraId="4468F269" w14:textId="77777777" w:rsidTr="00A614B3">
        <w:trPr>
          <w:jc w:val="center"/>
        </w:trPr>
        <w:tc>
          <w:tcPr>
            <w:tcW w:w="2441" w:type="dxa"/>
            <w:shd w:val="clear" w:color="auto" w:fill="F8FBFD"/>
            <w:tcMar>
              <w:top w:w="80" w:type="dxa"/>
              <w:left w:w="100" w:type="dxa"/>
              <w:bottom w:w="80" w:type="dxa"/>
              <w:right w:w="100" w:type="dxa"/>
            </w:tcMar>
            <w:vAlign w:val="center"/>
          </w:tcPr>
          <w:p w14:paraId="570AE0DB" w14:textId="79111A80" w:rsidR="00E468C6" w:rsidRDefault="004760EB" w:rsidP="008A3D1A">
            <w:pPr>
              <w:spacing w:line="260" w:lineRule="exact"/>
              <w:jc w:val="center"/>
            </w:pPr>
            <w:proofErr w:type="spellStart"/>
            <w:r>
              <w:t>財産処分</w:t>
            </w:r>
            <w:proofErr w:type="spellEnd"/>
            <w:r w:rsidR="00F01D81" w:rsidRPr="00F01D81">
              <w:rPr>
                <w:rFonts w:hint="eastAsia"/>
                <w:vertAlign w:val="superscript"/>
                <w:lang w:eastAsia="ja-JP"/>
              </w:rPr>
              <w:t>※</w:t>
            </w:r>
          </w:p>
        </w:tc>
        <w:tc>
          <w:tcPr>
            <w:tcW w:w="6970" w:type="dxa"/>
            <w:shd w:val="clear" w:color="auto" w:fill="F8FBFD"/>
            <w:tcMar>
              <w:top w:w="80" w:type="dxa"/>
              <w:left w:w="100" w:type="dxa"/>
              <w:bottom w:w="80" w:type="dxa"/>
              <w:right w:w="100" w:type="dxa"/>
            </w:tcMar>
            <w:vAlign w:val="center"/>
          </w:tcPr>
          <w:p w14:paraId="5761222D" w14:textId="394CCC4B" w:rsidR="00E468C6" w:rsidRDefault="006E5298" w:rsidP="008A3D1A">
            <w:pPr>
              <w:spacing w:line="260" w:lineRule="exact"/>
              <w:rPr>
                <w:lang w:eastAsia="ja-JP"/>
              </w:rPr>
            </w:pPr>
            <w:r w:rsidRPr="006E5298">
              <w:rPr>
                <w:lang w:eastAsia="ja-JP"/>
              </w:rPr>
              <w:t>1件当たりの取得価格が</w:t>
            </w:r>
            <w:r w:rsidR="004760EB">
              <w:rPr>
                <w:lang w:eastAsia="ja-JP"/>
              </w:rPr>
              <w:t>50万円以上の財産を処分する場合、事前に</w:t>
            </w:r>
            <w:r w:rsidR="00FF2C3C">
              <w:rPr>
                <w:rFonts w:hint="eastAsia"/>
                <w:lang w:eastAsia="ja-JP"/>
              </w:rPr>
              <w:t>要綱</w:t>
            </w:r>
            <w:r w:rsidR="004760EB">
              <w:rPr>
                <w:lang w:eastAsia="ja-JP"/>
              </w:rPr>
              <w:t>様式第14号で承認申請</w:t>
            </w:r>
            <w:r w:rsidR="00FF2C3C">
              <w:rPr>
                <w:rFonts w:hint="eastAsia"/>
                <w:lang w:eastAsia="ja-JP"/>
              </w:rPr>
              <w:t>する</w:t>
            </w:r>
          </w:p>
        </w:tc>
      </w:tr>
      <w:tr w:rsidR="00E468C6" w14:paraId="10E46726" w14:textId="77777777" w:rsidTr="00A614B3">
        <w:trPr>
          <w:jc w:val="center"/>
        </w:trPr>
        <w:tc>
          <w:tcPr>
            <w:tcW w:w="2441" w:type="dxa"/>
            <w:tcMar>
              <w:top w:w="80" w:type="dxa"/>
              <w:left w:w="100" w:type="dxa"/>
              <w:bottom w:w="80" w:type="dxa"/>
              <w:right w:w="100" w:type="dxa"/>
            </w:tcMar>
            <w:vAlign w:val="center"/>
          </w:tcPr>
          <w:p w14:paraId="09288CBA" w14:textId="77777777" w:rsidR="00E468C6" w:rsidRDefault="004760EB" w:rsidP="008A3D1A">
            <w:pPr>
              <w:spacing w:line="260" w:lineRule="exact"/>
              <w:jc w:val="center"/>
            </w:pPr>
            <w:proofErr w:type="spellStart"/>
            <w:r>
              <w:t>成果公表</w:t>
            </w:r>
            <w:proofErr w:type="spellEnd"/>
          </w:p>
        </w:tc>
        <w:tc>
          <w:tcPr>
            <w:tcW w:w="6970" w:type="dxa"/>
            <w:tcMar>
              <w:top w:w="80" w:type="dxa"/>
              <w:left w:w="100" w:type="dxa"/>
              <w:bottom w:w="80" w:type="dxa"/>
              <w:right w:w="100" w:type="dxa"/>
            </w:tcMar>
            <w:vAlign w:val="center"/>
          </w:tcPr>
          <w:p w14:paraId="73AB623B" w14:textId="52462E70" w:rsidR="00E468C6" w:rsidRDefault="004760EB" w:rsidP="008A3D1A">
            <w:pPr>
              <w:spacing w:line="260" w:lineRule="exact"/>
              <w:rPr>
                <w:lang w:eastAsia="ja-JP"/>
              </w:rPr>
            </w:pPr>
            <w:r>
              <w:rPr>
                <w:lang w:eastAsia="ja-JP"/>
              </w:rPr>
              <w:t>知事の求めに応じて成果を公表</w:t>
            </w:r>
          </w:p>
        </w:tc>
      </w:tr>
      <w:tr w:rsidR="00E468C6" w14:paraId="114E594A" w14:textId="77777777" w:rsidTr="00A614B3">
        <w:trPr>
          <w:jc w:val="center"/>
        </w:trPr>
        <w:tc>
          <w:tcPr>
            <w:tcW w:w="2441" w:type="dxa"/>
            <w:shd w:val="clear" w:color="auto" w:fill="F8FBFD"/>
            <w:tcMar>
              <w:top w:w="80" w:type="dxa"/>
              <w:left w:w="100" w:type="dxa"/>
              <w:bottom w:w="80" w:type="dxa"/>
              <w:right w:w="100" w:type="dxa"/>
            </w:tcMar>
            <w:vAlign w:val="center"/>
          </w:tcPr>
          <w:p w14:paraId="2555DE12" w14:textId="77777777" w:rsidR="00E468C6" w:rsidRDefault="004760EB" w:rsidP="008A3D1A">
            <w:pPr>
              <w:spacing w:line="260" w:lineRule="exact"/>
              <w:jc w:val="center"/>
            </w:pPr>
            <w:proofErr w:type="spellStart"/>
            <w:r>
              <w:t>収益納付</w:t>
            </w:r>
            <w:proofErr w:type="spellEnd"/>
          </w:p>
        </w:tc>
        <w:tc>
          <w:tcPr>
            <w:tcW w:w="6970" w:type="dxa"/>
            <w:shd w:val="clear" w:color="auto" w:fill="F8FBFD"/>
            <w:tcMar>
              <w:top w:w="80" w:type="dxa"/>
              <w:left w:w="100" w:type="dxa"/>
              <w:bottom w:w="80" w:type="dxa"/>
              <w:right w:w="100" w:type="dxa"/>
            </w:tcMar>
            <w:vAlign w:val="center"/>
          </w:tcPr>
          <w:p w14:paraId="6A351408" w14:textId="69706CAE" w:rsidR="00E468C6" w:rsidRDefault="004760EB" w:rsidP="008A3D1A">
            <w:pPr>
              <w:spacing w:line="260" w:lineRule="exact"/>
              <w:rPr>
                <w:lang w:eastAsia="ja-JP"/>
              </w:rPr>
            </w:pPr>
            <w:r>
              <w:rPr>
                <w:lang w:eastAsia="ja-JP"/>
              </w:rPr>
              <w:t>事業化、知財譲渡等により収益が生じた場合、補助金の全部又は一部の納付を求められる</w:t>
            </w:r>
          </w:p>
        </w:tc>
      </w:tr>
    </w:tbl>
    <w:p w14:paraId="05C43252" w14:textId="77777777" w:rsidR="00E468C6" w:rsidRDefault="00E468C6">
      <w:pPr>
        <w:spacing w:after="0"/>
        <w:rPr>
          <w:lang w:eastAsia="ja-JP"/>
        </w:rPr>
      </w:pPr>
    </w:p>
    <w:tbl>
      <w:tblPr>
        <w:tblW w:w="0" w:type="auto"/>
        <w:jc w:val="center"/>
        <w:tblLook w:val="04A0" w:firstRow="1" w:lastRow="0" w:firstColumn="1" w:lastColumn="0" w:noHBand="0" w:noVBand="1"/>
      </w:tblPr>
      <w:tblGrid>
        <w:gridCol w:w="10166"/>
      </w:tblGrid>
      <w:tr w:rsidR="00E468C6" w14:paraId="16C0FBB3" w14:textId="77777777">
        <w:trPr>
          <w:jc w:val="center"/>
        </w:trPr>
        <w:tc>
          <w:tcPr>
            <w:tcW w:w="10200" w:type="dxa"/>
            <w:shd w:val="clear" w:color="auto" w:fill="FFF2CC"/>
            <w:tcMar>
              <w:top w:w="110" w:type="dxa"/>
              <w:left w:w="150" w:type="dxa"/>
              <w:bottom w:w="110" w:type="dxa"/>
              <w:right w:w="150" w:type="dxa"/>
            </w:tcMar>
          </w:tcPr>
          <w:p w14:paraId="52CB1D60" w14:textId="4E844956" w:rsidR="00E468C6" w:rsidRDefault="00F01D81">
            <w:pPr>
              <w:spacing w:after="40"/>
              <w:rPr>
                <w:lang w:eastAsia="ja-JP"/>
              </w:rPr>
            </w:pPr>
            <w:r>
              <w:rPr>
                <w:rFonts w:hint="eastAsia"/>
                <w:b/>
                <w:color w:val="7F6000"/>
                <w:lang w:eastAsia="ja-JP"/>
              </w:rPr>
              <w:t>※</w:t>
            </w:r>
            <w:r w:rsidR="004760EB">
              <w:rPr>
                <w:b/>
                <w:color w:val="7F6000"/>
                <w:lang w:eastAsia="ja-JP"/>
              </w:rPr>
              <w:t>財産の処分とは</w:t>
            </w:r>
          </w:p>
          <w:p w14:paraId="5532BE72" w14:textId="77777777" w:rsidR="00E468C6" w:rsidRDefault="004760EB">
            <w:pPr>
              <w:spacing w:after="0" w:line="259" w:lineRule="auto"/>
              <w:rPr>
                <w:lang w:eastAsia="ja-JP"/>
              </w:rPr>
            </w:pPr>
            <w:r>
              <w:rPr>
                <w:lang w:eastAsia="ja-JP"/>
              </w:rPr>
              <w:t>売却、譲渡、貸付け、交換、担保設定、廃棄、目的外使用等を含みます。該当する可能性がある場合は、実施前に県へ相談してください。</w:t>
            </w:r>
          </w:p>
        </w:tc>
      </w:tr>
    </w:tbl>
    <w:p w14:paraId="0484C52B" w14:textId="77777777" w:rsidR="00E468C6" w:rsidRDefault="00E468C6">
      <w:pPr>
        <w:spacing w:after="0"/>
        <w:rPr>
          <w:lang w:eastAsia="ja-JP"/>
        </w:rPr>
      </w:pPr>
    </w:p>
    <w:p w14:paraId="748CAC81" w14:textId="77777777" w:rsidR="00E468C6" w:rsidRDefault="004760EB">
      <w:pPr>
        <w:pStyle w:val="21"/>
        <w:spacing w:before="120" w:after="60"/>
        <w:rPr>
          <w:lang w:eastAsia="ja-JP"/>
        </w:rPr>
      </w:pPr>
      <w:r>
        <w:rPr>
          <w:sz w:val="21"/>
          <w:lang w:eastAsia="ja-JP"/>
        </w:rPr>
        <w:t>概算払を受けている場合</w:t>
      </w:r>
    </w:p>
    <w:p w14:paraId="53C2BF4F" w14:textId="77777777" w:rsidR="00E468C6" w:rsidRDefault="004760EB">
      <w:pPr>
        <w:spacing w:after="80" w:line="269" w:lineRule="auto"/>
        <w:rPr>
          <w:lang w:eastAsia="ja-JP"/>
        </w:rPr>
      </w:pPr>
      <w:r>
        <w:rPr>
          <w:lang w:eastAsia="ja-JP"/>
        </w:rPr>
        <w:t>概算払は2回まで、合計額は交付決定額の7割以内です。確定額が既交付額を下回った場合は、超過額を返還する必要があります。</w:t>
      </w:r>
    </w:p>
    <w:p w14:paraId="713209A5" w14:textId="77777777" w:rsidR="00E468C6" w:rsidRDefault="004760EB">
      <w:pPr>
        <w:rPr>
          <w:lang w:eastAsia="ja-JP"/>
        </w:rPr>
      </w:pPr>
      <w:r>
        <w:rPr>
          <w:lang w:eastAsia="ja-JP"/>
        </w:rPr>
        <w:br w:type="page"/>
      </w:r>
    </w:p>
    <w:p w14:paraId="27A8F7E1" w14:textId="44463522" w:rsidR="00E468C6" w:rsidRDefault="00E93A24">
      <w:pPr>
        <w:pStyle w:val="1"/>
        <w:spacing w:before="0" w:after="140"/>
        <w:rPr>
          <w:lang w:eastAsia="ja-JP"/>
        </w:rPr>
      </w:pPr>
      <w:r>
        <w:rPr>
          <w:rFonts w:hint="eastAsia"/>
          <w:sz w:val="21"/>
          <w:lang w:eastAsia="ja-JP"/>
        </w:rPr>
        <w:lastRenderedPageBreak/>
        <w:t>実績報告</w:t>
      </w:r>
      <w:r w:rsidR="004760EB">
        <w:rPr>
          <w:sz w:val="21"/>
          <w:lang w:eastAsia="ja-JP"/>
        </w:rPr>
        <w:t>前セルフチェック</w:t>
      </w:r>
    </w:p>
    <w:tbl>
      <w:tblPr>
        <w:tblStyle w:val="afe"/>
        <w:tblW w:w="0" w:type="auto"/>
        <w:jc w:val="center"/>
        <w:tblLook w:val="04A0" w:firstRow="1" w:lastRow="0" w:firstColumn="1" w:lastColumn="0" w:noHBand="0" w:noVBand="1"/>
      </w:tblPr>
      <w:tblGrid>
        <w:gridCol w:w="1684"/>
        <w:gridCol w:w="6847"/>
        <w:gridCol w:w="1535"/>
      </w:tblGrid>
      <w:tr w:rsidR="00E468C6" w14:paraId="72BB8484" w14:textId="77777777" w:rsidTr="00A432E4">
        <w:trPr>
          <w:tblHeader/>
          <w:jc w:val="center"/>
        </w:trPr>
        <w:tc>
          <w:tcPr>
            <w:tcW w:w="1684" w:type="dxa"/>
            <w:shd w:val="clear" w:color="auto" w:fill="595959"/>
            <w:tcMar>
              <w:top w:w="80" w:type="dxa"/>
              <w:left w:w="100" w:type="dxa"/>
              <w:bottom w:w="80" w:type="dxa"/>
              <w:right w:w="100" w:type="dxa"/>
            </w:tcMar>
            <w:vAlign w:val="center"/>
          </w:tcPr>
          <w:p w14:paraId="183A2CCF" w14:textId="77777777" w:rsidR="00E468C6" w:rsidRDefault="004760EB" w:rsidP="00D974EA">
            <w:pPr>
              <w:spacing w:line="300" w:lineRule="exact"/>
              <w:jc w:val="center"/>
            </w:pPr>
            <w:proofErr w:type="spellStart"/>
            <w:r>
              <w:rPr>
                <w:b/>
                <w:color w:val="FFFFFF"/>
              </w:rPr>
              <w:t>区分</w:t>
            </w:r>
            <w:proofErr w:type="spellEnd"/>
          </w:p>
        </w:tc>
        <w:tc>
          <w:tcPr>
            <w:tcW w:w="6847" w:type="dxa"/>
            <w:shd w:val="clear" w:color="auto" w:fill="595959"/>
            <w:tcMar>
              <w:top w:w="80" w:type="dxa"/>
              <w:left w:w="100" w:type="dxa"/>
              <w:bottom w:w="80" w:type="dxa"/>
              <w:right w:w="100" w:type="dxa"/>
            </w:tcMar>
            <w:vAlign w:val="center"/>
          </w:tcPr>
          <w:p w14:paraId="0AD5D246" w14:textId="77777777" w:rsidR="00E468C6" w:rsidRDefault="004760EB" w:rsidP="00D974EA">
            <w:pPr>
              <w:spacing w:line="300" w:lineRule="exact"/>
              <w:jc w:val="center"/>
            </w:pPr>
            <w:proofErr w:type="spellStart"/>
            <w:r>
              <w:rPr>
                <w:b/>
                <w:color w:val="FFFFFF"/>
              </w:rPr>
              <w:t>確認内容</w:t>
            </w:r>
            <w:proofErr w:type="spellEnd"/>
          </w:p>
        </w:tc>
        <w:tc>
          <w:tcPr>
            <w:tcW w:w="1535" w:type="dxa"/>
            <w:shd w:val="clear" w:color="auto" w:fill="595959"/>
            <w:tcMar>
              <w:top w:w="80" w:type="dxa"/>
              <w:left w:w="100" w:type="dxa"/>
              <w:bottom w:w="80" w:type="dxa"/>
              <w:right w:w="100" w:type="dxa"/>
            </w:tcMar>
            <w:vAlign w:val="center"/>
          </w:tcPr>
          <w:p w14:paraId="47F08F70" w14:textId="77777777" w:rsidR="00E468C6" w:rsidRDefault="004760EB" w:rsidP="00D974EA">
            <w:pPr>
              <w:spacing w:line="300" w:lineRule="exact"/>
              <w:jc w:val="center"/>
            </w:pPr>
            <w:proofErr w:type="spellStart"/>
            <w:r>
              <w:rPr>
                <w:b/>
                <w:color w:val="FFFFFF"/>
              </w:rPr>
              <w:t>確認</w:t>
            </w:r>
            <w:proofErr w:type="spellEnd"/>
          </w:p>
        </w:tc>
      </w:tr>
      <w:tr w:rsidR="00E468C6" w14:paraId="6EAA240A" w14:textId="77777777" w:rsidTr="00A432E4">
        <w:trPr>
          <w:jc w:val="center"/>
        </w:trPr>
        <w:tc>
          <w:tcPr>
            <w:tcW w:w="1684" w:type="dxa"/>
            <w:tcMar>
              <w:top w:w="80" w:type="dxa"/>
              <w:left w:w="100" w:type="dxa"/>
              <w:bottom w:w="80" w:type="dxa"/>
              <w:right w:w="100" w:type="dxa"/>
            </w:tcMar>
            <w:vAlign w:val="center"/>
          </w:tcPr>
          <w:p w14:paraId="1ED7AB13" w14:textId="77777777" w:rsidR="00E468C6" w:rsidRDefault="004760EB" w:rsidP="00D974EA">
            <w:pPr>
              <w:spacing w:line="300" w:lineRule="exact"/>
            </w:pPr>
            <w:proofErr w:type="spellStart"/>
            <w:r>
              <w:rPr>
                <w:b/>
              </w:rPr>
              <w:t>期限</w:t>
            </w:r>
            <w:proofErr w:type="spellEnd"/>
          </w:p>
        </w:tc>
        <w:tc>
          <w:tcPr>
            <w:tcW w:w="6847" w:type="dxa"/>
            <w:tcMar>
              <w:top w:w="80" w:type="dxa"/>
              <w:left w:w="100" w:type="dxa"/>
              <w:bottom w:w="80" w:type="dxa"/>
              <w:right w:w="100" w:type="dxa"/>
            </w:tcMar>
            <w:vAlign w:val="center"/>
          </w:tcPr>
          <w:p w14:paraId="52CAB9C3" w14:textId="218B9182" w:rsidR="00E468C6" w:rsidRDefault="001F6E6A" w:rsidP="00D974EA">
            <w:pPr>
              <w:spacing w:line="300" w:lineRule="exact"/>
              <w:rPr>
                <w:lang w:eastAsia="ja-JP"/>
              </w:rPr>
            </w:pPr>
            <w:r w:rsidRPr="001F6E6A">
              <w:rPr>
                <w:rFonts w:hint="eastAsia"/>
                <w:lang w:eastAsia="ja-JP"/>
              </w:rPr>
              <w:t>交付要綱、交付決定通知及び県の案内に基づく提出期限を確認した。</w:t>
            </w:r>
          </w:p>
        </w:tc>
        <w:tc>
          <w:tcPr>
            <w:tcW w:w="1535" w:type="dxa"/>
            <w:tcMar>
              <w:top w:w="80" w:type="dxa"/>
              <w:left w:w="100" w:type="dxa"/>
              <w:bottom w:w="80" w:type="dxa"/>
              <w:right w:w="100" w:type="dxa"/>
            </w:tcMar>
            <w:vAlign w:val="center"/>
          </w:tcPr>
          <w:p w14:paraId="46456114" w14:textId="77777777" w:rsidR="00E468C6" w:rsidRDefault="004760EB" w:rsidP="00D974EA">
            <w:pPr>
              <w:spacing w:line="300" w:lineRule="exact"/>
              <w:jc w:val="center"/>
            </w:pPr>
            <w:r>
              <w:rPr>
                <w:sz w:val="22"/>
              </w:rPr>
              <w:t>□</w:t>
            </w:r>
          </w:p>
        </w:tc>
      </w:tr>
      <w:tr w:rsidR="00E468C6" w14:paraId="11D1B287" w14:textId="77777777" w:rsidTr="00A432E4">
        <w:trPr>
          <w:jc w:val="center"/>
        </w:trPr>
        <w:tc>
          <w:tcPr>
            <w:tcW w:w="1684" w:type="dxa"/>
            <w:shd w:val="clear" w:color="auto" w:fill="F8FBFD"/>
            <w:tcMar>
              <w:top w:w="80" w:type="dxa"/>
              <w:left w:w="100" w:type="dxa"/>
              <w:bottom w:w="80" w:type="dxa"/>
              <w:right w:w="100" w:type="dxa"/>
            </w:tcMar>
            <w:vAlign w:val="center"/>
          </w:tcPr>
          <w:p w14:paraId="1035836E" w14:textId="77777777" w:rsidR="00E468C6" w:rsidRDefault="004760EB" w:rsidP="00D974EA">
            <w:pPr>
              <w:spacing w:line="300" w:lineRule="exact"/>
            </w:pPr>
            <w:proofErr w:type="spellStart"/>
            <w:r>
              <w:rPr>
                <w:b/>
              </w:rPr>
              <w:t>対象期間</w:t>
            </w:r>
            <w:proofErr w:type="spellEnd"/>
          </w:p>
        </w:tc>
        <w:tc>
          <w:tcPr>
            <w:tcW w:w="6847" w:type="dxa"/>
            <w:shd w:val="clear" w:color="auto" w:fill="F8FBFD"/>
            <w:tcMar>
              <w:top w:w="80" w:type="dxa"/>
              <w:left w:w="100" w:type="dxa"/>
              <w:bottom w:w="80" w:type="dxa"/>
              <w:right w:w="100" w:type="dxa"/>
            </w:tcMar>
            <w:vAlign w:val="center"/>
          </w:tcPr>
          <w:p w14:paraId="6FFFC6BC" w14:textId="579FA9AD" w:rsidR="00E468C6" w:rsidRDefault="00882815" w:rsidP="00D974EA">
            <w:pPr>
              <w:spacing w:line="300" w:lineRule="exact"/>
              <w:rPr>
                <w:lang w:eastAsia="ja-JP"/>
              </w:rPr>
            </w:pPr>
            <w:r w:rsidRPr="00882815">
              <w:rPr>
                <w:rFonts w:hint="eastAsia"/>
                <w:lang w:eastAsia="ja-JP"/>
              </w:rPr>
              <w:t>契約、発注、納品、役務提供及び支払が対象期間内である。事前着手又は人件費の例外は根拠を確認した。</w:t>
            </w:r>
          </w:p>
        </w:tc>
        <w:tc>
          <w:tcPr>
            <w:tcW w:w="1535" w:type="dxa"/>
            <w:shd w:val="clear" w:color="auto" w:fill="F8FBFD"/>
            <w:tcMar>
              <w:top w:w="80" w:type="dxa"/>
              <w:left w:w="100" w:type="dxa"/>
              <w:bottom w:w="80" w:type="dxa"/>
              <w:right w:w="100" w:type="dxa"/>
            </w:tcMar>
            <w:vAlign w:val="center"/>
          </w:tcPr>
          <w:p w14:paraId="427807D8" w14:textId="77777777" w:rsidR="00E468C6" w:rsidRDefault="004760EB" w:rsidP="00D974EA">
            <w:pPr>
              <w:spacing w:line="300" w:lineRule="exact"/>
              <w:jc w:val="center"/>
            </w:pPr>
            <w:r>
              <w:rPr>
                <w:sz w:val="22"/>
              </w:rPr>
              <w:t>□</w:t>
            </w:r>
          </w:p>
        </w:tc>
      </w:tr>
      <w:tr w:rsidR="00E468C6" w14:paraId="3ECD188A" w14:textId="77777777" w:rsidTr="00A432E4">
        <w:trPr>
          <w:jc w:val="center"/>
        </w:trPr>
        <w:tc>
          <w:tcPr>
            <w:tcW w:w="1684" w:type="dxa"/>
            <w:tcMar>
              <w:top w:w="80" w:type="dxa"/>
              <w:left w:w="100" w:type="dxa"/>
              <w:bottom w:w="80" w:type="dxa"/>
              <w:right w:w="100" w:type="dxa"/>
            </w:tcMar>
            <w:vAlign w:val="center"/>
          </w:tcPr>
          <w:p w14:paraId="34BA9C57" w14:textId="77777777" w:rsidR="00E468C6" w:rsidRDefault="004760EB" w:rsidP="00D974EA">
            <w:pPr>
              <w:spacing w:line="300" w:lineRule="exact"/>
            </w:pPr>
            <w:proofErr w:type="spellStart"/>
            <w:r>
              <w:rPr>
                <w:b/>
              </w:rPr>
              <w:t>計画変更</w:t>
            </w:r>
            <w:proofErr w:type="spellEnd"/>
          </w:p>
        </w:tc>
        <w:tc>
          <w:tcPr>
            <w:tcW w:w="6847" w:type="dxa"/>
            <w:tcMar>
              <w:top w:w="80" w:type="dxa"/>
              <w:left w:w="100" w:type="dxa"/>
              <w:bottom w:w="80" w:type="dxa"/>
              <w:right w:w="100" w:type="dxa"/>
            </w:tcMar>
            <w:vAlign w:val="center"/>
          </w:tcPr>
          <w:p w14:paraId="760C9164" w14:textId="4C8B3A1C" w:rsidR="00E468C6" w:rsidRDefault="00432E61" w:rsidP="00D974EA">
            <w:pPr>
              <w:spacing w:line="300" w:lineRule="exact"/>
              <w:rPr>
                <w:lang w:eastAsia="ja-JP"/>
              </w:rPr>
            </w:pPr>
            <w:r w:rsidRPr="00432E61">
              <w:rPr>
                <w:rFonts w:hint="eastAsia"/>
                <w:lang w:eastAsia="ja-JP"/>
              </w:rPr>
              <w:t>事業内容又は経費配分の変更について、必要な事前相談・承認を行った。</w:t>
            </w:r>
          </w:p>
        </w:tc>
        <w:tc>
          <w:tcPr>
            <w:tcW w:w="1535" w:type="dxa"/>
            <w:tcMar>
              <w:top w:w="80" w:type="dxa"/>
              <w:left w:w="100" w:type="dxa"/>
              <w:bottom w:w="80" w:type="dxa"/>
              <w:right w:w="100" w:type="dxa"/>
            </w:tcMar>
            <w:vAlign w:val="center"/>
          </w:tcPr>
          <w:p w14:paraId="5B3296B9" w14:textId="77777777" w:rsidR="00E468C6" w:rsidRDefault="004760EB" w:rsidP="00D974EA">
            <w:pPr>
              <w:spacing w:line="300" w:lineRule="exact"/>
              <w:jc w:val="center"/>
            </w:pPr>
            <w:r>
              <w:rPr>
                <w:sz w:val="22"/>
              </w:rPr>
              <w:t>□</w:t>
            </w:r>
          </w:p>
        </w:tc>
      </w:tr>
      <w:tr w:rsidR="00E468C6" w14:paraId="45EF2E65" w14:textId="77777777" w:rsidTr="00A432E4">
        <w:trPr>
          <w:jc w:val="center"/>
        </w:trPr>
        <w:tc>
          <w:tcPr>
            <w:tcW w:w="1684" w:type="dxa"/>
            <w:shd w:val="clear" w:color="auto" w:fill="F8FBFD"/>
            <w:tcMar>
              <w:top w:w="80" w:type="dxa"/>
              <w:left w:w="100" w:type="dxa"/>
              <w:bottom w:w="80" w:type="dxa"/>
              <w:right w:w="100" w:type="dxa"/>
            </w:tcMar>
            <w:vAlign w:val="center"/>
          </w:tcPr>
          <w:p w14:paraId="5D333E19" w14:textId="77777777" w:rsidR="00E468C6" w:rsidRDefault="004760EB" w:rsidP="00D974EA">
            <w:pPr>
              <w:spacing w:line="300" w:lineRule="exact"/>
            </w:pPr>
            <w:proofErr w:type="spellStart"/>
            <w:r>
              <w:rPr>
                <w:b/>
              </w:rPr>
              <w:t>相見積り</w:t>
            </w:r>
            <w:proofErr w:type="spellEnd"/>
          </w:p>
        </w:tc>
        <w:tc>
          <w:tcPr>
            <w:tcW w:w="6847" w:type="dxa"/>
            <w:shd w:val="clear" w:color="auto" w:fill="F8FBFD"/>
            <w:tcMar>
              <w:top w:w="80" w:type="dxa"/>
              <w:left w:w="100" w:type="dxa"/>
              <w:bottom w:w="80" w:type="dxa"/>
              <w:right w:w="100" w:type="dxa"/>
            </w:tcMar>
            <w:vAlign w:val="center"/>
          </w:tcPr>
          <w:p w14:paraId="11E2285D" w14:textId="084016F6" w:rsidR="00E468C6" w:rsidRDefault="00931505" w:rsidP="00D974EA">
            <w:pPr>
              <w:spacing w:line="300" w:lineRule="exact"/>
              <w:rPr>
                <w:lang w:eastAsia="ja-JP"/>
              </w:rPr>
            </w:pPr>
            <w:r w:rsidRPr="00931505">
              <w:rPr>
                <w:lang w:eastAsia="ja-JP"/>
              </w:rPr>
              <w:t>原則2者以上の見積りがあり、例外の場合は客観的な選定理由を整備した。</w:t>
            </w:r>
          </w:p>
        </w:tc>
        <w:tc>
          <w:tcPr>
            <w:tcW w:w="1535" w:type="dxa"/>
            <w:shd w:val="clear" w:color="auto" w:fill="F8FBFD"/>
            <w:tcMar>
              <w:top w:w="80" w:type="dxa"/>
              <w:left w:w="100" w:type="dxa"/>
              <w:bottom w:w="80" w:type="dxa"/>
              <w:right w:w="100" w:type="dxa"/>
            </w:tcMar>
            <w:vAlign w:val="center"/>
          </w:tcPr>
          <w:p w14:paraId="2C33451D" w14:textId="77777777" w:rsidR="00E468C6" w:rsidRDefault="004760EB" w:rsidP="00D974EA">
            <w:pPr>
              <w:spacing w:line="300" w:lineRule="exact"/>
              <w:jc w:val="center"/>
            </w:pPr>
            <w:r>
              <w:rPr>
                <w:sz w:val="22"/>
              </w:rPr>
              <w:t>□</w:t>
            </w:r>
          </w:p>
        </w:tc>
      </w:tr>
      <w:tr w:rsidR="00E468C6" w14:paraId="58DA60C1" w14:textId="77777777" w:rsidTr="00A432E4">
        <w:trPr>
          <w:jc w:val="center"/>
        </w:trPr>
        <w:tc>
          <w:tcPr>
            <w:tcW w:w="1684" w:type="dxa"/>
            <w:tcMar>
              <w:top w:w="80" w:type="dxa"/>
              <w:left w:w="100" w:type="dxa"/>
              <w:bottom w:w="80" w:type="dxa"/>
              <w:right w:w="100" w:type="dxa"/>
            </w:tcMar>
            <w:vAlign w:val="center"/>
          </w:tcPr>
          <w:p w14:paraId="03D3AFC3" w14:textId="77777777" w:rsidR="00E468C6" w:rsidRDefault="004760EB" w:rsidP="00D974EA">
            <w:pPr>
              <w:spacing w:line="300" w:lineRule="exact"/>
            </w:pPr>
            <w:proofErr w:type="spellStart"/>
            <w:r>
              <w:rPr>
                <w:b/>
              </w:rPr>
              <w:t>区分経理</w:t>
            </w:r>
            <w:proofErr w:type="spellEnd"/>
          </w:p>
        </w:tc>
        <w:tc>
          <w:tcPr>
            <w:tcW w:w="6847" w:type="dxa"/>
            <w:tcMar>
              <w:top w:w="80" w:type="dxa"/>
              <w:left w:w="100" w:type="dxa"/>
              <w:bottom w:w="80" w:type="dxa"/>
              <w:right w:w="100" w:type="dxa"/>
            </w:tcMar>
            <w:vAlign w:val="center"/>
          </w:tcPr>
          <w:p w14:paraId="6B0A81DC" w14:textId="01FB35F2" w:rsidR="00E468C6" w:rsidRDefault="00167A5A" w:rsidP="00D974EA">
            <w:pPr>
              <w:spacing w:line="300" w:lineRule="exact"/>
              <w:rPr>
                <w:lang w:eastAsia="ja-JP"/>
              </w:rPr>
            </w:pPr>
            <w:r>
              <w:rPr>
                <w:lang w:eastAsia="ja-JP"/>
              </w:rPr>
              <w:t>補助事業の収入・支出を他の経理と明確に区分した。</w:t>
            </w:r>
          </w:p>
        </w:tc>
        <w:tc>
          <w:tcPr>
            <w:tcW w:w="1535" w:type="dxa"/>
            <w:tcMar>
              <w:top w:w="80" w:type="dxa"/>
              <w:left w:w="100" w:type="dxa"/>
              <w:bottom w:w="80" w:type="dxa"/>
              <w:right w:w="100" w:type="dxa"/>
            </w:tcMar>
            <w:vAlign w:val="center"/>
          </w:tcPr>
          <w:p w14:paraId="0D24D3B4" w14:textId="77777777" w:rsidR="00E468C6" w:rsidRDefault="004760EB" w:rsidP="00D974EA">
            <w:pPr>
              <w:spacing w:line="300" w:lineRule="exact"/>
              <w:jc w:val="center"/>
            </w:pPr>
            <w:r>
              <w:rPr>
                <w:sz w:val="22"/>
              </w:rPr>
              <w:t>□</w:t>
            </w:r>
          </w:p>
        </w:tc>
      </w:tr>
      <w:tr w:rsidR="00E468C6" w14:paraId="3121CC69" w14:textId="77777777" w:rsidTr="00A432E4">
        <w:trPr>
          <w:jc w:val="center"/>
        </w:trPr>
        <w:tc>
          <w:tcPr>
            <w:tcW w:w="1684" w:type="dxa"/>
            <w:shd w:val="clear" w:color="auto" w:fill="F8FBFD"/>
            <w:tcMar>
              <w:top w:w="80" w:type="dxa"/>
              <w:left w:w="100" w:type="dxa"/>
              <w:bottom w:w="80" w:type="dxa"/>
              <w:right w:w="100" w:type="dxa"/>
            </w:tcMar>
            <w:vAlign w:val="center"/>
          </w:tcPr>
          <w:p w14:paraId="4CBEA713" w14:textId="77777777" w:rsidR="00E468C6" w:rsidRDefault="004760EB" w:rsidP="00D974EA">
            <w:pPr>
              <w:spacing w:line="300" w:lineRule="exact"/>
            </w:pPr>
            <w:proofErr w:type="spellStart"/>
            <w:r>
              <w:rPr>
                <w:b/>
              </w:rPr>
              <w:t>証拠書類</w:t>
            </w:r>
            <w:proofErr w:type="spellEnd"/>
          </w:p>
        </w:tc>
        <w:tc>
          <w:tcPr>
            <w:tcW w:w="6847" w:type="dxa"/>
            <w:shd w:val="clear" w:color="auto" w:fill="F8FBFD"/>
            <w:tcMar>
              <w:top w:w="80" w:type="dxa"/>
              <w:left w:w="100" w:type="dxa"/>
              <w:bottom w:w="80" w:type="dxa"/>
              <w:right w:w="100" w:type="dxa"/>
            </w:tcMar>
            <w:vAlign w:val="center"/>
          </w:tcPr>
          <w:p w14:paraId="491C715F" w14:textId="398BEF9C" w:rsidR="00E468C6" w:rsidRDefault="00A744E2" w:rsidP="00D974EA">
            <w:pPr>
              <w:spacing w:line="300" w:lineRule="exact"/>
              <w:rPr>
                <w:lang w:eastAsia="ja-JP"/>
              </w:rPr>
            </w:pPr>
            <w:r w:rsidRPr="00A744E2">
              <w:rPr>
                <w:rFonts w:hint="eastAsia"/>
                <w:lang w:eastAsia="ja-JP"/>
              </w:rPr>
              <w:t>見積りから支払までを追跡でき、県からの提出・提示依頼に対応できる。</w:t>
            </w:r>
          </w:p>
        </w:tc>
        <w:tc>
          <w:tcPr>
            <w:tcW w:w="1535" w:type="dxa"/>
            <w:shd w:val="clear" w:color="auto" w:fill="F8FBFD"/>
            <w:tcMar>
              <w:top w:w="80" w:type="dxa"/>
              <w:left w:w="100" w:type="dxa"/>
              <w:bottom w:w="80" w:type="dxa"/>
              <w:right w:w="100" w:type="dxa"/>
            </w:tcMar>
            <w:vAlign w:val="center"/>
          </w:tcPr>
          <w:p w14:paraId="633631CF" w14:textId="77777777" w:rsidR="00E468C6" w:rsidRDefault="004760EB" w:rsidP="00D974EA">
            <w:pPr>
              <w:spacing w:line="300" w:lineRule="exact"/>
              <w:jc w:val="center"/>
            </w:pPr>
            <w:r>
              <w:rPr>
                <w:sz w:val="22"/>
              </w:rPr>
              <w:t>□</w:t>
            </w:r>
          </w:p>
        </w:tc>
      </w:tr>
      <w:tr w:rsidR="00E468C6" w14:paraId="6EB81823" w14:textId="77777777" w:rsidTr="00A432E4">
        <w:trPr>
          <w:jc w:val="center"/>
        </w:trPr>
        <w:tc>
          <w:tcPr>
            <w:tcW w:w="1684" w:type="dxa"/>
            <w:tcMar>
              <w:top w:w="80" w:type="dxa"/>
              <w:left w:w="100" w:type="dxa"/>
              <w:bottom w:w="80" w:type="dxa"/>
              <w:right w:w="100" w:type="dxa"/>
            </w:tcMar>
            <w:vAlign w:val="center"/>
          </w:tcPr>
          <w:p w14:paraId="78AB956F" w14:textId="77777777" w:rsidR="00E468C6" w:rsidRDefault="004760EB" w:rsidP="00D974EA">
            <w:pPr>
              <w:spacing w:line="300" w:lineRule="exact"/>
            </w:pPr>
            <w:proofErr w:type="spellStart"/>
            <w:r>
              <w:rPr>
                <w:b/>
              </w:rPr>
              <w:t>人件費</w:t>
            </w:r>
            <w:proofErr w:type="spellEnd"/>
          </w:p>
        </w:tc>
        <w:tc>
          <w:tcPr>
            <w:tcW w:w="6847" w:type="dxa"/>
            <w:tcMar>
              <w:top w:w="80" w:type="dxa"/>
              <w:left w:w="100" w:type="dxa"/>
              <w:bottom w:w="80" w:type="dxa"/>
              <w:right w:w="100" w:type="dxa"/>
            </w:tcMar>
            <w:vAlign w:val="center"/>
          </w:tcPr>
          <w:p w14:paraId="6990B37D" w14:textId="1489AB5F" w:rsidR="00E468C6" w:rsidRDefault="00A3768D" w:rsidP="00D974EA">
            <w:pPr>
              <w:spacing w:line="300" w:lineRule="exact"/>
              <w:rPr>
                <w:lang w:eastAsia="ja-JP"/>
              </w:rPr>
            </w:pPr>
            <w:r>
              <w:rPr>
                <w:lang w:eastAsia="ja-JP"/>
              </w:rPr>
              <w:t>人件費取扱いに従い、</w:t>
            </w:r>
            <w:r w:rsidR="004760EB">
              <w:rPr>
                <w:lang w:eastAsia="ja-JP"/>
              </w:rPr>
              <w:t>単価根拠、従事日誌、勤怠・給与資料が整合している</w:t>
            </w:r>
            <w:r w:rsidR="00A744E2">
              <w:rPr>
                <w:rFonts w:hint="eastAsia"/>
                <w:lang w:eastAsia="ja-JP"/>
              </w:rPr>
              <w:t>。</w:t>
            </w:r>
          </w:p>
        </w:tc>
        <w:tc>
          <w:tcPr>
            <w:tcW w:w="1535" w:type="dxa"/>
            <w:tcMar>
              <w:top w:w="80" w:type="dxa"/>
              <w:left w:w="100" w:type="dxa"/>
              <w:bottom w:w="80" w:type="dxa"/>
              <w:right w:w="100" w:type="dxa"/>
            </w:tcMar>
            <w:vAlign w:val="center"/>
          </w:tcPr>
          <w:p w14:paraId="6F42BF77" w14:textId="77777777" w:rsidR="00E468C6" w:rsidRDefault="004760EB" w:rsidP="00D974EA">
            <w:pPr>
              <w:spacing w:line="300" w:lineRule="exact"/>
              <w:jc w:val="center"/>
            </w:pPr>
            <w:r>
              <w:rPr>
                <w:sz w:val="22"/>
              </w:rPr>
              <w:t>□</w:t>
            </w:r>
          </w:p>
        </w:tc>
      </w:tr>
      <w:tr w:rsidR="00E468C6" w14:paraId="164ADC2D" w14:textId="77777777" w:rsidTr="00A432E4">
        <w:trPr>
          <w:jc w:val="center"/>
        </w:trPr>
        <w:tc>
          <w:tcPr>
            <w:tcW w:w="1684" w:type="dxa"/>
            <w:shd w:val="clear" w:color="auto" w:fill="F8FBFD"/>
            <w:tcMar>
              <w:top w:w="80" w:type="dxa"/>
              <w:left w:w="100" w:type="dxa"/>
              <w:bottom w:w="80" w:type="dxa"/>
              <w:right w:w="100" w:type="dxa"/>
            </w:tcMar>
            <w:vAlign w:val="center"/>
          </w:tcPr>
          <w:p w14:paraId="2782E3BD" w14:textId="77777777" w:rsidR="00E468C6" w:rsidRDefault="004760EB" w:rsidP="00D974EA">
            <w:pPr>
              <w:spacing w:line="300" w:lineRule="exact"/>
            </w:pPr>
            <w:proofErr w:type="spellStart"/>
            <w:r>
              <w:rPr>
                <w:b/>
              </w:rPr>
              <w:t>原材料</w:t>
            </w:r>
            <w:proofErr w:type="spellEnd"/>
          </w:p>
        </w:tc>
        <w:tc>
          <w:tcPr>
            <w:tcW w:w="6847" w:type="dxa"/>
            <w:shd w:val="clear" w:color="auto" w:fill="F8FBFD"/>
            <w:tcMar>
              <w:top w:w="80" w:type="dxa"/>
              <w:left w:w="100" w:type="dxa"/>
              <w:bottom w:w="80" w:type="dxa"/>
              <w:right w:w="100" w:type="dxa"/>
            </w:tcMar>
            <w:vAlign w:val="center"/>
          </w:tcPr>
          <w:p w14:paraId="63678839" w14:textId="59D8A7F1" w:rsidR="00E468C6" w:rsidRDefault="001B41A9" w:rsidP="00D974EA">
            <w:pPr>
              <w:spacing w:line="300" w:lineRule="exact"/>
              <w:rPr>
                <w:lang w:eastAsia="ja-JP"/>
              </w:rPr>
            </w:pPr>
            <w:r>
              <w:rPr>
                <w:lang w:eastAsia="ja-JP"/>
              </w:rPr>
              <w:t>受払簿を作成し、未使用残存品を対象経費から除外した。</w:t>
            </w:r>
          </w:p>
        </w:tc>
        <w:tc>
          <w:tcPr>
            <w:tcW w:w="1535" w:type="dxa"/>
            <w:shd w:val="clear" w:color="auto" w:fill="F8FBFD"/>
            <w:tcMar>
              <w:top w:w="80" w:type="dxa"/>
              <w:left w:w="100" w:type="dxa"/>
              <w:bottom w:w="80" w:type="dxa"/>
              <w:right w:w="100" w:type="dxa"/>
            </w:tcMar>
            <w:vAlign w:val="center"/>
          </w:tcPr>
          <w:p w14:paraId="15E1E640" w14:textId="77777777" w:rsidR="00E468C6" w:rsidRDefault="004760EB" w:rsidP="00D974EA">
            <w:pPr>
              <w:spacing w:line="300" w:lineRule="exact"/>
              <w:jc w:val="center"/>
            </w:pPr>
            <w:r>
              <w:rPr>
                <w:sz w:val="22"/>
              </w:rPr>
              <w:t>□</w:t>
            </w:r>
          </w:p>
        </w:tc>
      </w:tr>
      <w:tr w:rsidR="00E468C6" w14:paraId="05C8C787" w14:textId="77777777" w:rsidTr="00A432E4">
        <w:trPr>
          <w:jc w:val="center"/>
        </w:trPr>
        <w:tc>
          <w:tcPr>
            <w:tcW w:w="1684" w:type="dxa"/>
            <w:tcMar>
              <w:top w:w="80" w:type="dxa"/>
              <w:left w:w="100" w:type="dxa"/>
              <w:bottom w:w="80" w:type="dxa"/>
              <w:right w:w="100" w:type="dxa"/>
            </w:tcMar>
            <w:vAlign w:val="center"/>
          </w:tcPr>
          <w:p w14:paraId="50ED634B" w14:textId="77777777" w:rsidR="00E468C6" w:rsidRDefault="004760EB" w:rsidP="00D974EA">
            <w:pPr>
              <w:spacing w:line="300" w:lineRule="exact"/>
            </w:pPr>
            <w:proofErr w:type="spellStart"/>
            <w:r>
              <w:rPr>
                <w:b/>
              </w:rPr>
              <w:t>設備・成果物</w:t>
            </w:r>
            <w:proofErr w:type="spellEnd"/>
          </w:p>
        </w:tc>
        <w:tc>
          <w:tcPr>
            <w:tcW w:w="6847" w:type="dxa"/>
            <w:tcMar>
              <w:top w:w="80" w:type="dxa"/>
              <w:left w:w="100" w:type="dxa"/>
              <w:bottom w:w="80" w:type="dxa"/>
              <w:right w:w="100" w:type="dxa"/>
            </w:tcMar>
            <w:vAlign w:val="center"/>
          </w:tcPr>
          <w:p w14:paraId="3E070FE2" w14:textId="66D144AB" w:rsidR="00E468C6" w:rsidRPr="004A6411" w:rsidRDefault="004760EB" w:rsidP="00D974EA">
            <w:pPr>
              <w:spacing w:line="300" w:lineRule="exact"/>
              <w:rPr>
                <w:lang w:eastAsia="ja-JP"/>
              </w:rPr>
            </w:pPr>
            <w:r>
              <w:rPr>
                <w:lang w:eastAsia="ja-JP"/>
              </w:rPr>
              <w:t>現物、型式、設置場所、成果物、検収を確認できる</w:t>
            </w:r>
            <w:r w:rsidR="004A6411" w:rsidRPr="004A6411">
              <w:rPr>
                <w:rFonts w:hint="eastAsia"/>
                <w:lang w:eastAsia="ja-JP"/>
              </w:rPr>
              <w:t>資料を整理した。</w:t>
            </w:r>
          </w:p>
        </w:tc>
        <w:tc>
          <w:tcPr>
            <w:tcW w:w="1535" w:type="dxa"/>
            <w:tcMar>
              <w:top w:w="80" w:type="dxa"/>
              <w:left w:w="100" w:type="dxa"/>
              <w:bottom w:w="80" w:type="dxa"/>
              <w:right w:w="100" w:type="dxa"/>
            </w:tcMar>
            <w:vAlign w:val="center"/>
          </w:tcPr>
          <w:p w14:paraId="2FF93090" w14:textId="77777777" w:rsidR="00E468C6" w:rsidRDefault="004760EB" w:rsidP="00D974EA">
            <w:pPr>
              <w:spacing w:line="300" w:lineRule="exact"/>
              <w:jc w:val="center"/>
            </w:pPr>
            <w:r>
              <w:rPr>
                <w:sz w:val="22"/>
              </w:rPr>
              <w:t>□</w:t>
            </w:r>
          </w:p>
        </w:tc>
      </w:tr>
      <w:tr w:rsidR="00E468C6" w14:paraId="5955631A" w14:textId="77777777" w:rsidTr="00A432E4">
        <w:trPr>
          <w:jc w:val="center"/>
        </w:trPr>
        <w:tc>
          <w:tcPr>
            <w:tcW w:w="1684" w:type="dxa"/>
            <w:shd w:val="clear" w:color="auto" w:fill="F8FBFD"/>
            <w:tcMar>
              <w:top w:w="80" w:type="dxa"/>
              <w:left w:w="100" w:type="dxa"/>
              <w:bottom w:w="80" w:type="dxa"/>
              <w:right w:w="100" w:type="dxa"/>
            </w:tcMar>
            <w:vAlign w:val="center"/>
          </w:tcPr>
          <w:p w14:paraId="029B36E6" w14:textId="77777777" w:rsidR="00E468C6" w:rsidRDefault="004760EB" w:rsidP="00D974EA">
            <w:pPr>
              <w:spacing w:line="300" w:lineRule="exact"/>
            </w:pPr>
            <w:proofErr w:type="spellStart"/>
            <w:r>
              <w:rPr>
                <w:b/>
              </w:rPr>
              <w:t>消費税</w:t>
            </w:r>
            <w:proofErr w:type="spellEnd"/>
          </w:p>
        </w:tc>
        <w:tc>
          <w:tcPr>
            <w:tcW w:w="6847" w:type="dxa"/>
            <w:shd w:val="clear" w:color="auto" w:fill="F8FBFD"/>
            <w:tcMar>
              <w:top w:w="80" w:type="dxa"/>
              <w:left w:w="100" w:type="dxa"/>
              <w:bottom w:w="80" w:type="dxa"/>
              <w:right w:w="100" w:type="dxa"/>
            </w:tcMar>
            <w:vAlign w:val="center"/>
          </w:tcPr>
          <w:p w14:paraId="1795D984" w14:textId="32E5C7A0" w:rsidR="00E468C6" w:rsidRDefault="006E39C3" w:rsidP="00D974EA">
            <w:pPr>
              <w:spacing w:line="300" w:lineRule="exact"/>
              <w:rPr>
                <w:lang w:eastAsia="ja-JP"/>
              </w:rPr>
            </w:pPr>
            <w:r>
              <w:rPr>
                <w:lang w:eastAsia="ja-JP"/>
              </w:rPr>
              <w:t>仕入控除税額を適切に除外し、取扱いを確認した。</w:t>
            </w:r>
          </w:p>
        </w:tc>
        <w:tc>
          <w:tcPr>
            <w:tcW w:w="1535" w:type="dxa"/>
            <w:shd w:val="clear" w:color="auto" w:fill="F8FBFD"/>
            <w:tcMar>
              <w:top w:w="80" w:type="dxa"/>
              <w:left w:w="100" w:type="dxa"/>
              <w:bottom w:w="80" w:type="dxa"/>
              <w:right w:w="100" w:type="dxa"/>
            </w:tcMar>
            <w:vAlign w:val="center"/>
          </w:tcPr>
          <w:p w14:paraId="6AC66D20" w14:textId="77777777" w:rsidR="00E468C6" w:rsidRDefault="004760EB" w:rsidP="00D974EA">
            <w:pPr>
              <w:spacing w:line="300" w:lineRule="exact"/>
              <w:jc w:val="center"/>
            </w:pPr>
            <w:r>
              <w:rPr>
                <w:sz w:val="22"/>
              </w:rPr>
              <w:t>□</w:t>
            </w:r>
          </w:p>
        </w:tc>
      </w:tr>
      <w:tr w:rsidR="00E468C6" w14:paraId="36A9925D" w14:textId="77777777" w:rsidTr="00A432E4">
        <w:trPr>
          <w:jc w:val="center"/>
        </w:trPr>
        <w:tc>
          <w:tcPr>
            <w:tcW w:w="1684" w:type="dxa"/>
            <w:tcMar>
              <w:top w:w="80" w:type="dxa"/>
              <w:left w:w="100" w:type="dxa"/>
              <w:bottom w:w="80" w:type="dxa"/>
              <w:right w:w="100" w:type="dxa"/>
            </w:tcMar>
            <w:vAlign w:val="center"/>
          </w:tcPr>
          <w:p w14:paraId="3BC7CDAA" w14:textId="77777777" w:rsidR="00E468C6" w:rsidRDefault="004760EB" w:rsidP="00D974EA">
            <w:pPr>
              <w:spacing w:line="300" w:lineRule="exact"/>
            </w:pPr>
            <w:proofErr w:type="spellStart"/>
            <w:r>
              <w:rPr>
                <w:b/>
              </w:rPr>
              <w:t>様式間整合</w:t>
            </w:r>
            <w:proofErr w:type="spellEnd"/>
          </w:p>
        </w:tc>
        <w:tc>
          <w:tcPr>
            <w:tcW w:w="6847" w:type="dxa"/>
            <w:tcMar>
              <w:top w:w="80" w:type="dxa"/>
              <w:left w:w="100" w:type="dxa"/>
              <w:bottom w:w="80" w:type="dxa"/>
              <w:right w:w="100" w:type="dxa"/>
            </w:tcMar>
            <w:vAlign w:val="center"/>
          </w:tcPr>
          <w:p w14:paraId="7B29B7D7" w14:textId="25C55C95" w:rsidR="00E468C6" w:rsidRDefault="00A82C2B" w:rsidP="00D974EA">
            <w:pPr>
              <w:spacing w:line="300" w:lineRule="exact"/>
              <w:rPr>
                <w:lang w:eastAsia="ja-JP"/>
              </w:rPr>
            </w:pPr>
            <w:r>
              <w:rPr>
                <w:rFonts w:hint="eastAsia"/>
                <w:lang w:eastAsia="ja-JP"/>
              </w:rPr>
              <w:t>要綱</w:t>
            </w:r>
            <w:r w:rsidR="004760EB">
              <w:rPr>
                <w:lang w:eastAsia="ja-JP"/>
              </w:rPr>
              <w:t>様式</w:t>
            </w:r>
            <w:r w:rsidR="008E0E52">
              <w:rPr>
                <w:rFonts w:hint="eastAsia"/>
                <w:lang w:eastAsia="ja-JP"/>
              </w:rPr>
              <w:t>第</w:t>
            </w:r>
            <w:r w:rsidR="004760EB">
              <w:rPr>
                <w:lang w:eastAsia="ja-JP"/>
              </w:rPr>
              <w:t>8</w:t>
            </w:r>
            <w:r w:rsidR="003B2827">
              <w:rPr>
                <w:rFonts w:hint="eastAsia"/>
                <w:lang w:eastAsia="ja-JP"/>
              </w:rPr>
              <w:t>号</w:t>
            </w:r>
            <w:r w:rsidR="004760EB">
              <w:rPr>
                <w:lang w:eastAsia="ja-JP"/>
              </w:rPr>
              <w:t>・</w:t>
            </w:r>
            <w:r w:rsidR="003B2827">
              <w:rPr>
                <w:rFonts w:hint="eastAsia"/>
                <w:lang w:eastAsia="ja-JP"/>
              </w:rPr>
              <w:t>第</w:t>
            </w:r>
            <w:r w:rsidR="004760EB">
              <w:rPr>
                <w:lang w:eastAsia="ja-JP"/>
              </w:rPr>
              <w:t>9</w:t>
            </w:r>
            <w:r w:rsidR="003B2827">
              <w:rPr>
                <w:rFonts w:hint="eastAsia"/>
                <w:lang w:eastAsia="ja-JP"/>
              </w:rPr>
              <w:t>号</w:t>
            </w:r>
            <w:r w:rsidR="004760EB">
              <w:rPr>
                <w:lang w:eastAsia="ja-JP"/>
              </w:rPr>
              <w:t>・</w:t>
            </w:r>
            <w:r w:rsidR="003B2827">
              <w:rPr>
                <w:rFonts w:hint="eastAsia"/>
                <w:lang w:eastAsia="ja-JP"/>
              </w:rPr>
              <w:t>第</w:t>
            </w:r>
            <w:r w:rsidR="004760EB">
              <w:rPr>
                <w:lang w:eastAsia="ja-JP"/>
              </w:rPr>
              <w:t>10</w:t>
            </w:r>
            <w:r w:rsidR="008E0E52">
              <w:rPr>
                <w:rFonts w:hint="eastAsia"/>
                <w:lang w:eastAsia="ja-JP"/>
              </w:rPr>
              <w:t>号</w:t>
            </w:r>
            <w:r w:rsidR="004760EB">
              <w:rPr>
                <w:lang w:eastAsia="ja-JP"/>
              </w:rPr>
              <w:t>と経費一覧、証拠書類の金額が一致する</w:t>
            </w:r>
            <w:r>
              <w:rPr>
                <w:rFonts w:hint="eastAsia"/>
                <w:lang w:eastAsia="ja-JP"/>
              </w:rPr>
              <w:t>。</w:t>
            </w:r>
          </w:p>
        </w:tc>
        <w:tc>
          <w:tcPr>
            <w:tcW w:w="1535" w:type="dxa"/>
            <w:tcMar>
              <w:top w:w="80" w:type="dxa"/>
              <w:left w:w="100" w:type="dxa"/>
              <w:bottom w:w="80" w:type="dxa"/>
              <w:right w:w="100" w:type="dxa"/>
            </w:tcMar>
            <w:vAlign w:val="center"/>
          </w:tcPr>
          <w:p w14:paraId="0A7E9F15" w14:textId="77777777" w:rsidR="00E468C6" w:rsidRDefault="004760EB" w:rsidP="00D974EA">
            <w:pPr>
              <w:spacing w:line="300" w:lineRule="exact"/>
              <w:jc w:val="center"/>
            </w:pPr>
            <w:r>
              <w:rPr>
                <w:sz w:val="22"/>
              </w:rPr>
              <w:t>□</w:t>
            </w:r>
          </w:p>
        </w:tc>
      </w:tr>
      <w:tr w:rsidR="00E468C6" w14:paraId="39CE3FEC" w14:textId="77777777" w:rsidTr="00A432E4">
        <w:trPr>
          <w:jc w:val="center"/>
        </w:trPr>
        <w:tc>
          <w:tcPr>
            <w:tcW w:w="1684" w:type="dxa"/>
            <w:shd w:val="clear" w:color="auto" w:fill="F8FBFD"/>
            <w:tcMar>
              <w:top w:w="80" w:type="dxa"/>
              <w:left w:w="100" w:type="dxa"/>
              <w:bottom w:w="80" w:type="dxa"/>
              <w:right w:w="100" w:type="dxa"/>
            </w:tcMar>
            <w:vAlign w:val="center"/>
          </w:tcPr>
          <w:p w14:paraId="2260DA4C" w14:textId="77777777" w:rsidR="00E468C6" w:rsidRDefault="004760EB" w:rsidP="00D974EA">
            <w:pPr>
              <w:spacing w:line="300" w:lineRule="exact"/>
            </w:pPr>
            <w:proofErr w:type="spellStart"/>
            <w:r>
              <w:rPr>
                <w:b/>
              </w:rPr>
              <w:t>写真</w:t>
            </w:r>
            <w:proofErr w:type="spellEnd"/>
          </w:p>
        </w:tc>
        <w:tc>
          <w:tcPr>
            <w:tcW w:w="6847" w:type="dxa"/>
            <w:shd w:val="clear" w:color="auto" w:fill="F8FBFD"/>
            <w:tcMar>
              <w:top w:w="80" w:type="dxa"/>
              <w:left w:w="100" w:type="dxa"/>
              <w:bottom w:w="80" w:type="dxa"/>
              <w:right w:w="100" w:type="dxa"/>
            </w:tcMar>
            <w:vAlign w:val="center"/>
          </w:tcPr>
          <w:p w14:paraId="78A34749" w14:textId="2CB849B4" w:rsidR="00E468C6" w:rsidRDefault="004760EB" w:rsidP="00D974EA">
            <w:pPr>
              <w:spacing w:line="300" w:lineRule="exact"/>
              <w:rPr>
                <w:lang w:eastAsia="ja-JP"/>
              </w:rPr>
            </w:pPr>
            <w:r>
              <w:rPr>
                <w:lang w:eastAsia="ja-JP"/>
              </w:rPr>
              <w:t>設備、原材料、成果物、展示状況等の写真を整理した</w:t>
            </w:r>
            <w:r w:rsidR="00F51C61">
              <w:rPr>
                <w:rFonts w:hint="eastAsia"/>
                <w:lang w:eastAsia="ja-JP"/>
              </w:rPr>
              <w:t>。</w:t>
            </w:r>
          </w:p>
        </w:tc>
        <w:tc>
          <w:tcPr>
            <w:tcW w:w="1535" w:type="dxa"/>
            <w:shd w:val="clear" w:color="auto" w:fill="F8FBFD"/>
            <w:tcMar>
              <w:top w:w="80" w:type="dxa"/>
              <w:left w:w="100" w:type="dxa"/>
              <w:bottom w:w="80" w:type="dxa"/>
              <w:right w:w="100" w:type="dxa"/>
            </w:tcMar>
            <w:vAlign w:val="center"/>
          </w:tcPr>
          <w:p w14:paraId="2AF2A5C5" w14:textId="77777777" w:rsidR="00E468C6" w:rsidRDefault="004760EB" w:rsidP="00D974EA">
            <w:pPr>
              <w:spacing w:line="300" w:lineRule="exact"/>
              <w:jc w:val="center"/>
            </w:pPr>
            <w:r>
              <w:rPr>
                <w:sz w:val="22"/>
              </w:rPr>
              <w:t>□</w:t>
            </w:r>
          </w:p>
        </w:tc>
      </w:tr>
    </w:tbl>
    <w:p w14:paraId="3B3745F2" w14:textId="77777777" w:rsidR="00E468C6" w:rsidRDefault="004760EB">
      <w:r>
        <w:br w:type="page"/>
      </w:r>
    </w:p>
    <w:p w14:paraId="5283204B" w14:textId="77777777" w:rsidR="00E468C6" w:rsidRDefault="004760EB">
      <w:pPr>
        <w:pStyle w:val="1"/>
        <w:spacing w:before="0" w:after="140"/>
        <w:rPr>
          <w:lang w:eastAsia="ja-JP"/>
        </w:rPr>
      </w:pPr>
      <w:r>
        <w:rPr>
          <w:sz w:val="21"/>
          <w:lang w:eastAsia="ja-JP"/>
        </w:rPr>
        <w:lastRenderedPageBreak/>
        <w:t>問い合わせ先・参照資料</w:t>
      </w:r>
    </w:p>
    <w:p w14:paraId="0B7AACC0" w14:textId="77777777" w:rsidR="00E468C6" w:rsidRDefault="004760EB">
      <w:pPr>
        <w:pStyle w:val="21"/>
        <w:spacing w:before="120" w:after="60"/>
      </w:pPr>
      <w:proofErr w:type="spellStart"/>
      <w:r>
        <w:rPr>
          <w:sz w:val="21"/>
        </w:rPr>
        <w:t>事業内容全般</w:t>
      </w:r>
      <w:proofErr w:type="spellEnd"/>
    </w:p>
    <w:tbl>
      <w:tblPr>
        <w:tblStyle w:val="afe"/>
        <w:tblW w:w="0" w:type="auto"/>
        <w:jc w:val="center"/>
        <w:tblLook w:val="04A0" w:firstRow="1" w:lastRow="0" w:firstColumn="1" w:lastColumn="0" w:noHBand="0" w:noVBand="1"/>
      </w:tblPr>
      <w:tblGrid>
        <w:gridCol w:w="1820"/>
        <w:gridCol w:w="3718"/>
        <w:gridCol w:w="4528"/>
      </w:tblGrid>
      <w:tr w:rsidR="0092435B" w14:paraId="169AC320" w14:textId="77777777" w:rsidTr="0092435B">
        <w:trPr>
          <w:tblHeader/>
          <w:jc w:val="center"/>
        </w:trPr>
        <w:tc>
          <w:tcPr>
            <w:tcW w:w="1893" w:type="dxa"/>
            <w:shd w:val="clear" w:color="auto" w:fill="595959"/>
            <w:tcMar>
              <w:top w:w="80" w:type="dxa"/>
              <w:left w:w="100" w:type="dxa"/>
              <w:bottom w:w="80" w:type="dxa"/>
              <w:right w:w="100" w:type="dxa"/>
            </w:tcMar>
            <w:vAlign w:val="center"/>
          </w:tcPr>
          <w:p w14:paraId="7C41EA82" w14:textId="77777777" w:rsidR="0092435B" w:rsidRDefault="0092435B">
            <w:pPr>
              <w:spacing w:line="252" w:lineRule="auto"/>
              <w:jc w:val="center"/>
            </w:pPr>
            <w:bookmarkStart w:id="1" w:name="_Hlk238496697"/>
            <w:proofErr w:type="spellStart"/>
            <w:r>
              <w:rPr>
                <w:b/>
                <w:color w:val="FFFFFF"/>
              </w:rPr>
              <w:t>担当</w:t>
            </w:r>
            <w:proofErr w:type="spellEnd"/>
          </w:p>
        </w:tc>
        <w:tc>
          <w:tcPr>
            <w:tcW w:w="3875" w:type="dxa"/>
            <w:shd w:val="clear" w:color="auto" w:fill="595959"/>
          </w:tcPr>
          <w:p w14:paraId="2BC977A2" w14:textId="2CEB8159" w:rsidR="0092435B" w:rsidRDefault="002223A6">
            <w:pPr>
              <w:spacing w:line="252" w:lineRule="auto"/>
              <w:jc w:val="center"/>
              <w:rPr>
                <w:b/>
                <w:color w:val="FFFFFF"/>
                <w:sz w:val="16"/>
              </w:rPr>
            </w:pPr>
            <w:r>
              <w:rPr>
                <w:rFonts w:hint="eastAsia"/>
                <w:b/>
                <w:color w:val="FFFFFF"/>
                <w:lang w:eastAsia="ja-JP"/>
              </w:rPr>
              <w:t>住所</w:t>
            </w:r>
          </w:p>
        </w:tc>
        <w:tc>
          <w:tcPr>
            <w:tcW w:w="4632" w:type="dxa"/>
            <w:shd w:val="clear" w:color="auto" w:fill="595959"/>
            <w:tcMar>
              <w:top w:w="80" w:type="dxa"/>
              <w:left w:w="100" w:type="dxa"/>
              <w:bottom w:w="80" w:type="dxa"/>
              <w:right w:w="100" w:type="dxa"/>
            </w:tcMar>
            <w:vAlign w:val="center"/>
          </w:tcPr>
          <w:p w14:paraId="07CE763D" w14:textId="42BB7021" w:rsidR="0092435B" w:rsidRDefault="0092435B">
            <w:pPr>
              <w:spacing w:line="252" w:lineRule="auto"/>
              <w:jc w:val="center"/>
            </w:pPr>
            <w:proofErr w:type="spellStart"/>
            <w:r>
              <w:rPr>
                <w:b/>
                <w:color w:val="FFFFFF"/>
              </w:rPr>
              <w:t>連絡先</w:t>
            </w:r>
            <w:proofErr w:type="spellEnd"/>
          </w:p>
        </w:tc>
      </w:tr>
      <w:tr w:rsidR="0092435B" w14:paraId="501B8448" w14:textId="77777777" w:rsidTr="00372E5A">
        <w:trPr>
          <w:jc w:val="center"/>
        </w:trPr>
        <w:tc>
          <w:tcPr>
            <w:tcW w:w="1893" w:type="dxa"/>
            <w:tcMar>
              <w:top w:w="80" w:type="dxa"/>
              <w:left w:w="100" w:type="dxa"/>
              <w:bottom w:w="80" w:type="dxa"/>
              <w:right w:w="100" w:type="dxa"/>
            </w:tcMar>
          </w:tcPr>
          <w:p w14:paraId="0DD4F608" w14:textId="77777777" w:rsidR="009A0669" w:rsidRDefault="0092435B">
            <w:pPr>
              <w:spacing w:line="252" w:lineRule="auto"/>
              <w:rPr>
                <w:sz w:val="17"/>
                <w:lang w:eastAsia="ja-JP"/>
              </w:rPr>
            </w:pPr>
            <w:proofErr w:type="spellStart"/>
            <w:r>
              <w:t>長野県産業労働部</w:t>
            </w:r>
            <w:proofErr w:type="spellEnd"/>
          </w:p>
          <w:p w14:paraId="4C00CFA3" w14:textId="77777777" w:rsidR="009A0669" w:rsidRDefault="0092435B">
            <w:pPr>
              <w:spacing w:line="252" w:lineRule="auto"/>
              <w:rPr>
                <w:sz w:val="17"/>
                <w:lang w:eastAsia="ja-JP"/>
              </w:rPr>
            </w:pPr>
            <w:r>
              <w:t>産業技術課</w:t>
            </w:r>
          </w:p>
          <w:p w14:paraId="4A3C689C" w14:textId="20C8A223" w:rsidR="0092435B" w:rsidRDefault="0092435B">
            <w:pPr>
              <w:spacing w:line="252" w:lineRule="auto"/>
            </w:pPr>
            <w:proofErr w:type="spellStart"/>
            <w:r>
              <w:t>技術振興係</w:t>
            </w:r>
            <w:proofErr w:type="spellEnd"/>
          </w:p>
        </w:tc>
        <w:tc>
          <w:tcPr>
            <w:tcW w:w="3875" w:type="dxa"/>
          </w:tcPr>
          <w:p w14:paraId="3285F6FC" w14:textId="77777777" w:rsidR="009A0669" w:rsidRDefault="009A0669">
            <w:pPr>
              <w:spacing w:line="252" w:lineRule="auto"/>
              <w:rPr>
                <w:sz w:val="17"/>
                <w:lang w:eastAsia="ja-JP"/>
              </w:rPr>
            </w:pPr>
            <w:r w:rsidRPr="009A0669">
              <w:rPr>
                <w:rFonts w:hint="eastAsia"/>
              </w:rPr>
              <w:t>〒</w:t>
            </w:r>
            <w:r w:rsidRPr="009A0669">
              <w:t>380-8570</w:t>
            </w:r>
          </w:p>
          <w:p w14:paraId="4643E66F" w14:textId="77777777" w:rsidR="009A0669" w:rsidRDefault="009A0669">
            <w:pPr>
              <w:spacing w:line="252" w:lineRule="auto"/>
              <w:rPr>
                <w:sz w:val="17"/>
                <w:lang w:eastAsia="ja-JP"/>
              </w:rPr>
            </w:pPr>
            <w:r w:rsidRPr="009A0669">
              <w:t>長野県長野市南長野幅下692-2</w:t>
            </w:r>
          </w:p>
          <w:p w14:paraId="41F875FC" w14:textId="17B64363" w:rsidR="0092435B" w:rsidRDefault="009A0669">
            <w:pPr>
              <w:spacing w:line="252" w:lineRule="auto"/>
              <w:rPr>
                <w:sz w:val="17"/>
              </w:rPr>
            </w:pPr>
            <w:r w:rsidRPr="009A0669">
              <w:t>長野県庁５階</w:t>
            </w:r>
          </w:p>
        </w:tc>
        <w:tc>
          <w:tcPr>
            <w:tcW w:w="4632" w:type="dxa"/>
            <w:tcMar>
              <w:top w:w="80" w:type="dxa"/>
              <w:left w:w="100" w:type="dxa"/>
              <w:bottom w:w="80" w:type="dxa"/>
              <w:right w:w="100" w:type="dxa"/>
            </w:tcMar>
          </w:tcPr>
          <w:p w14:paraId="1A78ED97" w14:textId="77777777" w:rsidR="00372E5A" w:rsidRDefault="00372E5A" w:rsidP="00372E5A">
            <w:pPr>
              <w:spacing w:line="252" w:lineRule="auto"/>
              <w:rPr>
                <w:sz w:val="17"/>
                <w:lang w:eastAsia="ja-JP"/>
              </w:rPr>
            </w:pPr>
            <w:proofErr w:type="spellStart"/>
            <w:r w:rsidRPr="00372E5A">
              <w:rPr>
                <w:rFonts w:hint="eastAsia"/>
              </w:rPr>
              <w:t>電話</w:t>
            </w:r>
            <w:proofErr w:type="spellEnd"/>
            <w:r>
              <w:rPr>
                <w:rFonts w:hint="eastAsia"/>
                <w:lang w:eastAsia="ja-JP"/>
              </w:rPr>
              <w:t>：</w:t>
            </w:r>
            <w:r w:rsidRPr="00372E5A">
              <w:t>026-235-7196（直通）</w:t>
            </w:r>
          </w:p>
          <w:p w14:paraId="3E24AC6F" w14:textId="1A969261" w:rsidR="00372E5A" w:rsidRPr="00372E5A" w:rsidRDefault="00372E5A" w:rsidP="00372E5A">
            <w:pPr>
              <w:spacing w:line="252" w:lineRule="auto"/>
              <w:rPr>
                <w:sz w:val="17"/>
              </w:rPr>
            </w:pPr>
            <w:r>
              <w:rPr>
                <w:rFonts w:hint="eastAsia"/>
                <w:lang w:eastAsia="ja-JP"/>
              </w:rPr>
              <w:t xml:space="preserve">　　　</w:t>
            </w:r>
            <w:r w:rsidRPr="00372E5A">
              <w:t>026-232-0111（内線29</w:t>
            </w:r>
            <w:r w:rsidR="00475CA7">
              <w:rPr>
                <w:rFonts w:hint="eastAsia"/>
                <w:lang w:eastAsia="ja-JP"/>
              </w:rPr>
              <w:t>39</w:t>
            </w:r>
            <w:r w:rsidRPr="00372E5A">
              <w:t>）</w:t>
            </w:r>
          </w:p>
          <w:p w14:paraId="1FF7E6EF" w14:textId="25C6AB7E" w:rsidR="00372E5A" w:rsidRPr="00372E5A" w:rsidRDefault="00372E5A" w:rsidP="00372E5A">
            <w:pPr>
              <w:spacing w:line="252" w:lineRule="auto"/>
              <w:rPr>
                <w:sz w:val="17"/>
              </w:rPr>
            </w:pPr>
            <w:r w:rsidRPr="00372E5A">
              <w:t>FAX</w:t>
            </w:r>
            <w:r>
              <w:rPr>
                <w:rFonts w:hint="eastAsia"/>
                <w:lang w:eastAsia="ja-JP"/>
              </w:rPr>
              <w:t>：</w:t>
            </w:r>
            <w:r w:rsidRPr="00372E5A">
              <w:t>026-235-7197</w:t>
            </w:r>
          </w:p>
          <w:p w14:paraId="0A85F52D" w14:textId="1E97C5D5" w:rsidR="0092435B" w:rsidRDefault="00372E5A" w:rsidP="00372E5A">
            <w:pPr>
              <w:spacing w:line="252" w:lineRule="auto"/>
            </w:pPr>
            <w:r w:rsidRPr="00372E5A">
              <w:t>E-mail</w:t>
            </w:r>
            <w:r>
              <w:rPr>
                <w:rFonts w:hint="eastAsia"/>
                <w:lang w:eastAsia="ja-JP"/>
              </w:rPr>
              <w:t>：</w:t>
            </w:r>
            <w:r w:rsidRPr="00372E5A">
              <w:t>sangi@pref.nagano.lg.jp</w:t>
            </w:r>
          </w:p>
        </w:tc>
      </w:tr>
      <w:bookmarkEnd w:id="1"/>
    </w:tbl>
    <w:p w14:paraId="4AAE9C31" w14:textId="77777777" w:rsidR="00E468C6" w:rsidRDefault="00E468C6">
      <w:pPr>
        <w:spacing w:after="0"/>
      </w:pPr>
    </w:p>
    <w:p w14:paraId="27AADC11" w14:textId="03958983" w:rsidR="00E468C6" w:rsidRDefault="004760EB">
      <w:pPr>
        <w:pStyle w:val="21"/>
        <w:spacing w:before="120" w:after="60"/>
        <w:rPr>
          <w:lang w:eastAsia="ja-JP"/>
        </w:rPr>
      </w:pPr>
      <w:r>
        <w:rPr>
          <w:sz w:val="21"/>
          <w:lang w:eastAsia="ja-JP"/>
        </w:rPr>
        <w:t>申請書類の提出・地域</w:t>
      </w:r>
      <w:r w:rsidR="0060549E">
        <w:rPr>
          <w:rFonts w:hint="eastAsia"/>
          <w:sz w:val="21"/>
          <w:lang w:eastAsia="ja-JP"/>
        </w:rPr>
        <w:t>ごと</w:t>
      </w:r>
      <w:r w:rsidR="001D57B6">
        <w:rPr>
          <w:rFonts w:hint="eastAsia"/>
          <w:sz w:val="21"/>
          <w:lang w:eastAsia="ja-JP"/>
        </w:rPr>
        <w:t>の</w:t>
      </w:r>
      <w:r>
        <w:rPr>
          <w:sz w:val="21"/>
          <w:lang w:eastAsia="ja-JP"/>
        </w:rPr>
        <w:t>相談</w:t>
      </w:r>
      <w:r w:rsidR="001D57B6">
        <w:rPr>
          <w:rFonts w:hint="eastAsia"/>
          <w:sz w:val="21"/>
          <w:lang w:eastAsia="ja-JP"/>
        </w:rPr>
        <w:t>先</w:t>
      </w:r>
    </w:p>
    <w:p w14:paraId="57C52450" w14:textId="44BBDD25" w:rsidR="00E468C6" w:rsidRDefault="004760EB" w:rsidP="0023450C">
      <w:pPr>
        <w:spacing w:after="80" w:line="269" w:lineRule="auto"/>
        <w:rPr>
          <w:lang w:eastAsia="ja-JP"/>
        </w:rPr>
      </w:pPr>
      <w:r>
        <w:rPr>
          <w:lang w:eastAsia="ja-JP"/>
        </w:rPr>
        <w:t>補助事業者の所在地を管轄する地域振興局（商工観光課又は企画振興・商工課）へお問い合わせください。</w:t>
      </w:r>
    </w:p>
    <w:tbl>
      <w:tblPr>
        <w:tblW w:w="1049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69"/>
        <w:gridCol w:w="2268"/>
        <w:gridCol w:w="2551"/>
        <w:gridCol w:w="3402"/>
      </w:tblGrid>
      <w:tr w:rsidR="005F68AC" w:rsidRPr="00BD6488" w14:paraId="1A1C30FC" w14:textId="77777777" w:rsidTr="007E6BDE">
        <w:trPr>
          <w:trHeight w:val="385"/>
        </w:trPr>
        <w:tc>
          <w:tcPr>
            <w:tcW w:w="2269" w:type="dxa"/>
            <w:shd w:val="clear" w:color="auto" w:fill="595959" w:themeFill="text1" w:themeFillTint="A6"/>
            <w:noWrap/>
            <w:tcMar>
              <w:top w:w="28" w:type="dxa"/>
            </w:tcMar>
            <w:vAlign w:val="center"/>
          </w:tcPr>
          <w:p w14:paraId="53A4C494" w14:textId="77777777" w:rsidR="005F68AC" w:rsidRPr="00680800" w:rsidRDefault="005F68AC" w:rsidP="00C86940">
            <w:pPr>
              <w:snapToGrid w:val="0"/>
              <w:spacing w:after="0" w:line="240" w:lineRule="exact"/>
              <w:jc w:val="center"/>
              <w:rPr>
                <w:rFonts w:ascii="ＭＳ 明朝" w:hAnsi="ＭＳ 明朝"/>
                <w:b/>
                <w:color w:val="FFFFFF" w:themeColor="background1"/>
                <w:sz w:val="16"/>
                <w:szCs w:val="16"/>
              </w:rPr>
            </w:pPr>
            <w:proofErr w:type="spellStart"/>
            <w:r w:rsidRPr="00680800">
              <w:rPr>
                <w:rFonts w:ascii="ＭＳ 明朝" w:hAnsi="ＭＳ 明朝" w:hint="eastAsia"/>
                <w:b/>
                <w:color w:val="FFFFFF" w:themeColor="background1"/>
                <w:szCs w:val="16"/>
              </w:rPr>
              <w:t>地域</w:t>
            </w:r>
            <w:proofErr w:type="spellEnd"/>
          </w:p>
        </w:tc>
        <w:tc>
          <w:tcPr>
            <w:tcW w:w="2268" w:type="dxa"/>
            <w:shd w:val="clear" w:color="auto" w:fill="595959" w:themeFill="text1" w:themeFillTint="A6"/>
            <w:noWrap/>
            <w:tcMar>
              <w:top w:w="28" w:type="dxa"/>
            </w:tcMar>
            <w:vAlign w:val="center"/>
          </w:tcPr>
          <w:p w14:paraId="731648B7" w14:textId="77777777" w:rsidR="005F68AC" w:rsidRPr="00680800" w:rsidRDefault="005F68AC" w:rsidP="00C86940">
            <w:pPr>
              <w:snapToGrid w:val="0"/>
              <w:spacing w:after="0" w:line="240" w:lineRule="exact"/>
              <w:jc w:val="center"/>
              <w:rPr>
                <w:rFonts w:ascii="ＭＳ 明朝" w:hAnsi="ＭＳ 明朝"/>
                <w:b/>
                <w:color w:val="FFFFFF" w:themeColor="background1"/>
                <w:sz w:val="16"/>
                <w:szCs w:val="16"/>
              </w:rPr>
            </w:pPr>
            <w:proofErr w:type="spellStart"/>
            <w:r w:rsidRPr="00680800">
              <w:rPr>
                <w:rFonts w:ascii="ＭＳ 明朝" w:hAnsi="ＭＳ 明朝" w:hint="eastAsia"/>
                <w:b/>
                <w:color w:val="FFFFFF" w:themeColor="background1"/>
                <w:szCs w:val="16"/>
              </w:rPr>
              <w:t>部署名</w:t>
            </w:r>
            <w:proofErr w:type="spellEnd"/>
          </w:p>
        </w:tc>
        <w:tc>
          <w:tcPr>
            <w:tcW w:w="2551" w:type="dxa"/>
            <w:shd w:val="clear" w:color="auto" w:fill="595959" w:themeFill="text1" w:themeFillTint="A6"/>
            <w:noWrap/>
            <w:tcMar>
              <w:top w:w="28" w:type="dxa"/>
            </w:tcMar>
            <w:vAlign w:val="center"/>
          </w:tcPr>
          <w:p w14:paraId="38F08459" w14:textId="0CAC483F" w:rsidR="00C86940" w:rsidRPr="00680800" w:rsidRDefault="005F68AC" w:rsidP="00C86940">
            <w:pPr>
              <w:snapToGrid w:val="0"/>
              <w:spacing w:after="0" w:line="240" w:lineRule="exact"/>
              <w:jc w:val="center"/>
              <w:rPr>
                <w:rFonts w:ascii="ＭＳ 明朝" w:hAnsi="ＭＳ 明朝"/>
                <w:b/>
                <w:color w:val="FFFFFF" w:themeColor="background1"/>
                <w:sz w:val="16"/>
                <w:szCs w:val="16"/>
                <w:lang w:eastAsia="ja-JP"/>
              </w:rPr>
            </w:pPr>
            <w:proofErr w:type="spellStart"/>
            <w:r w:rsidRPr="00680800">
              <w:rPr>
                <w:rFonts w:ascii="ＭＳ 明朝" w:hAnsi="ＭＳ 明朝" w:hint="eastAsia"/>
                <w:b/>
                <w:color w:val="FFFFFF" w:themeColor="background1"/>
                <w:szCs w:val="16"/>
              </w:rPr>
              <w:t>住所</w:t>
            </w:r>
            <w:proofErr w:type="spellEnd"/>
          </w:p>
        </w:tc>
        <w:tc>
          <w:tcPr>
            <w:tcW w:w="3402" w:type="dxa"/>
            <w:shd w:val="clear" w:color="auto" w:fill="595959" w:themeFill="text1" w:themeFillTint="A6"/>
            <w:noWrap/>
            <w:tcMar>
              <w:top w:w="28" w:type="dxa"/>
            </w:tcMar>
            <w:vAlign w:val="center"/>
          </w:tcPr>
          <w:p w14:paraId="7E122B83" w14:textId="77777777" w:rsidR="005F68AC" w:rsidRPr="00680800" w:rsidRDefault="005F68AC" w:rsidP="00C86940">
            <w:pPr>
              <w:snapToGrid w:val="0"/>
              <w:spacing w:after="0" w:line="240" w:lineRule="exact"/>
              <w:jc w:val="center"/>
              <w:rPr>
                <w:rFonts w:ascii="ＭＳ 明朝" w:hAnsi="ＭＳ 明朝"/>
                <w:b/>
                <w:color w:val="FFFFFF" w:themeColor="background1"/>
                <w:sz w:val="16"/>
                <w:szCs w:val="16"/>
              </w:rPr>
            </w:pPr>
            <w:proofErr w:type="spellStart"/>
            <w:r w:rsidRPr="00680800">
              <w:rPr>
                <w:rFonts w:ascii="ＭＳ 明朝" w:hAnsi="ＭＳ 明朝" w:hint="eastAsia"/>
                <w:b/>
                <w:color w:val="FFFFFF" w:themeColor="background1"/>
                <w:szCs w:val="16"/>
              </w:rPr>
              <w:t>連絡先</w:t>
            </w:r>
            <w:proofErr w:type="spellEnd"/>
          </w:p>
        </w:tc>
      </w:tr>
      <w:tr w:rsidR="005F68AC" w:rsidRPr="00BD6488" w14:paraId="377C64C0" w14:textId="77777777" w:rsidTr="007E6BDE">
        <w:trPr>
          <w:trHeight w:val="850"/>
        </w:trPr>
        <w:tc>
          <w:tcPr>
            <w:tcW w:w="2269" w:type="dxa"/>
            <w:vAlign w:val="center"/>
          </w:tcPr>
          <w:p w14:paraId="468FF8B5"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小諸市、佐久市、南佐久郡、北佐久郡</w:t>
            </w:r>
            <w:proofErr w:type="spellEnd"/>
          </w:p>
        </w:tc>
        <w:tc>
          <w:tcPr>
            <w:tcW w:w="2268" w:type="dxa"/>
            <w:vAlign w:val="center"/>
          </w:tcPr>
          <w:p w14:paraId="1C450455"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佐久地域振興局</w:t>
            </w:r>
            <w:proofErr w:type="spellEnd"/>
          </w:p>
          <w:p w14:paraId="1EC3FCC9"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商工観光課</w:t>
            </w:r>
          </w:p>
        </w:tc>
        <w:tc>
          <w:tcPr>
            <w:tcW w:w="2551" w:type="dxa"/>
            <w:vAlign w:val="center"/>
          </w:tcPr>
          <w:p w14:paraId="5FC55E92"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385-8533</w:t>
            </w:r>
          </w:p>
          <w:p w14:paraId="31C9DFAE"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佐久市大字跡部</w:t>
            </w:r>
            <w:r w:rsidRPr="00BD6488">
              <w:rPr>
                <w:rFonts w:ascii="ＭＳ 明朝" w:hAnsi="ＭＳ 明朝" w:hint="eastAsia"/>
                <w:bCs/>
                <w:szCs w:val="21"/>
              </w:rPr>
              <w:t>65-1</w:t>
            </w:r>
          </w:p>
        </w:tc>
        <w:tc>
          <w:tcPr>
            <w:tcW w:w="3402" w:type="dxa"/>
            <w:tcMar>
              <w:left w:w="28" w:type="dxa"/>
              <w:right w:w="28" w:type="dxa"/>
            </w:tcMar>
            <w:vAlign w:val="center"/>
          </w:tcPr>
          <w:p w14:paraId="2896EB7B"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0267-63-3158</w:t>
            </w:r>
          </w:p>
          <w:p w14:paraId="40D49C49"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sakuchi-shokan@pref.nagano.lg.jp</w:t>
            </w:r>
          </w:p>
        </w:tc>
      </w:tr>
      <w:tr w:rsidR="005F68AC" w:rsidRPr="00BD6488" w14:paraId="43E9A189" w14:textId="77777777" w:rsidTr="007E6BDE">
        <w:trPr>
          <w:trHeight w:val="850"/>
        </w:trPr>
        <w:tc>
          <w:tcPr>
            <w:tcW w:w="2269" w:type="dxa"/>
            <w:vAlign w:val="center"/>
          </w:tcPr>
          <w:p w14:paraId="3A31F77C"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上田市、東御市、小県郡</w:t>
            </w:r>
            <w:proofErr w:type="spellEnd"/>
          </w:p>
        </w:tc>
        <w:tc>
          <w:tcPr>
            <w:tcW w:w="2268" w:type="dxa"/>
            <w:vAlign w:val="center"/>
          </w:tcPr>
          <w:p w14:paraId="29F032CE"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上田地域振興局</w:t>
            </w:r>
            <w:proofErr w:type="spellEnd"/>
          </w:p>
          <w:p w14:paraId="7ED9CBBE"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商工観光課</w:t>
            </w:r>
          </w:p>
        </w:tc>
        <w:tc>
          <w:tcPr>
            <w:tcW w:w="2551" w:type="dxa"/>
            <w:vAlign w:val="center"/>
          </w:tcPr>
          <w:p w14:paraId="046A4019"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386-8555</w:t>
            </w:r>
          </w:p>
          <w:p w14:paraId="7B29AD29"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上田市材木町</w:t>
            </w:r>
            <w:r w:rsidRPr="00BD6488">
              <w:rPr>
                <w:rFonts w:ascii="ＭＳ 明朝" w:hAnsi="ＭＳ 明朝" w:hint="eastAsia"/>
                <w:bCs/>
                <w:szCs w:val="21"/>
              </w:rPr>
              <w:t>1-2-6</w:t>
            </w:r>
          </w:p>
        </w:tc>
        <w:tc>
          <w:tcPr>
            <w:tcW w:w="3402" w:type="dxa"/>
            <w:tcMar>
              <w:left w:w="28" w:type="dxa"/>
              <w:right w:w="28" w:type="dxa"/>
            </w:tcMar>
            <w:vAlign w:val="center"/>
          </w:tcPr>
          <w:p w14:paraId="08E4F2F0"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0268-25-7141</w:t>
            </w:r>
          </w:p>
          <w:p w14:paraId="52488A2C"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uedachi-shokan@pref.nagano.lg.jp</w:t>
            </w:r>
          </w:p>
        </w:tc>
      </w:tr>
      <w:tr w:rsidR="005F68AC" w:rsidRPr="00BD6488" w14:paraId="02B47306" w14:textId="77777777" w:rsidTr="007E6BDE">
        <w:trPr>
          <w:trHeight w:val="850"/>
        </w:trPr>
        <w:tc>
          <w:tcPr>
            <w:tcW w:w="2269" w:type="dxa"/>
            <w:vAlign w:val="center"/>
          </w:tcPr>
          <w:p w14:paraId="74E6DFA8"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岡谷市、諏訪市、茅野市、諏訪郡</w:t>
            </w:r>
            <w:proofErr w:type="spellEnd"/>
          </w:p>
        </w:tc>
        <w:tc>
          <w:tcPr>
            <w:tcW w:w="2268" w:type="dxa"/>
            <w:vAlign w:val="center"/>
          </w:tcPr>
          <w:p w14:paraId="581F1688"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諏訪地域振興局</w:t>
            </w:r>
            <w:proofErr w:type="spellEnd"/>
          </w:p>
          <w:p w14:paraId="3BB04BD4"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商工観光課</w:t>
            </w:r>
          </w:p>
        </w:tc>
        <w:tc>
          <w:tcPr>
            <w:tcW w:w="2551" w:type="dxa"/>
            <w:vAlign w:val="center"/>
          </w:tcPr>
          <w:p w14:paraId="7559D77C"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392-8601</w:t>
            </w:r>
          </w:p>
          <w:p w14:paraId="12AC973A"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諏訪市上川</w:t>
            </w:r>
            <w:r w:rsidRPr="00BD6488">
              <w:rPr>
                <w:rFonts w:ascii="ＭＳ 明朝" w:hAnsi="ＭＳ 明朝" w:hint="eastAsia"/>
                <w:bCs/>
                <w:szCs w:val="21"/>
              </w:rPr>
              <w:t>1-1644-10</w:t>
            </w:r>
          </w:p>
        </w:tc>
        <w:tc>
          <w:tcPr>
            <w:tcW w:w="3402" w:type="dxa"/>
            <w:tcMar>
              <w:left w:w="28" w:type="dxa"/>
              <w:right w:w="28" w:type="dxa"/>
            </w:tcMar>
            <w:vAlign w:val="center"/>
          </w:tcPr>
          <w:p w14:paraId="02324432"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0266-57-2922</w:t>
            </w:r>
          </w:p>
          <w:p w14:paraId="5D6EE783"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suwachi-shokan@pref.nagano.lg.jp</w:t>
            </w:r>
          </w:p>
        </w:tc>
      </w:tr>
      <w:tr w:rsidR="005F68AC" w:rsidRPr="00BD6488" w14:paraId="198F6976" w14:textId="77777777" w:rsidTr="007E6BDE">
        <w:trPr>
          <w:trHeight w:val="850"/>
        </w:trPr>
        <w:tc>
          <w:tcPr>
            <w:tcW w:w="2269" w:type="dxa"/>
            <w:vAlign w:val="center"/>
          </w:tcPr>
          <w:p w14:paraId="5FAD5CE8" w14:textId="77777777" w:rsidR="005F68AC" w:rsidRPr="00BD6488" w:rsidRDefault="005F68AC" w:rsidP="00100900">
            <w:pPr>
              <w:spacing w:after="0" w:line="240" w:lineRule="exact"/>
              <w:contextualSpacing/>
              <w:rPr>
                <w:rFonts w:ascii="ＭＳ 明朝" w:hAnsi="ＭＳ 明朝"/>
                <w:bCs/>
                <w:sz w:val="20"/>
                <w:szCs w:val="20"/>
                <w:lang w:eastAsia="ja-JP"/>
              </w:rPr>
            </w:pPr>
            <w:r w:rsidRPr="00BD6488">
              <w:rPr>
                <w:rFonts w:ascii="ＭＳ 明朝" w:hAnsi="ＭＳ 明朝" w:hint="eastAsia"/>
                <w:bCs/>
                <w:szCs w:val="20"/>
                <w:lang w:eastAsia="ja-JP"/>
              </w:rPr>
              <w:t>伊那市、駒ヶ根市、上伊那郡</w:t>
            </w:r>
          </w:p>
        </w:tc>
        <w:tc>
          <w:tcPr>
            <w:tcW w:w="2268" w:type="dxa"/>
            <w:vAlign w:val="center"/>
          </w:tcPr>
          <w:p w14:paraId="18D2252D"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上伊那地域振興局</w:t>
            </w:r>
            <w:proofErr w:type="spellEnd"/>
          </w:p>
          <w:p w14:paraId="50E8E140"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商工観光課</w:t>
            </w:r>
          </w:p>
        </w:tc>
        <w:tc>
          <w:tcPr>
            <w:tcW w:w="2551" w:type="dxa"/>
            <w:vAlign w:val="center"/>
          </w:tcPr>
          <w:p w14:paraId="11162D0B"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396-8666</w:t>
            </w:r>
          </w:p>
          <w:p w14:paraId="1ACABBD7"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伊那市荒井</w:t>
            </w:r>
            <w:r w:rsidRPr="00BD6488">
              <w:rPr>
                <w:rFonts w:ascii="ＭＳ 明朝" w:hAnsi="ＭＳ 明朝" w:hint="eastAsia"/>
                <w:bCs/>
                <w:szCs w:val="21"/>
              </w:rPr>
              <w:t>3497</w:t>
            </w:r>
          </w:p>
        </w:tc>
        <w:tc>
          <w:tcPr>
            <w:tcW w:w="3402" w:type="dxa"/>
            <w:tcMar>
              <w:left w:w="28" w:type="dxa"/>
              <w:right w:w="28" w:type="dxa"/>
            </w:tcMar>
            <w:vAlign w:val="center"/>
          </w:tcPr>
          <w:p w14:paraId="6E94ED76"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0265-76-6832</w:t>
            </w:r>
          </w:p>
          <w:p w14:paraId="6266B735"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kamichi-shokan@pref.nagano.lg.jp</w:t>
            </w:r>
          </w:p>
        </w:tc>
      </w:tr>
      <w:tr w:rsidR="005F68AC" w:rsidRPr="00BD6488" w14:paraId="72797DBE" w14:textId="77777777" w:rsidTr="007E6BDE">
        <w:trPr>
          <w:trHeight w:val="850"/>
        </w:trPr>
        <w:tc>
          <w:tcPr>
            <w:tcW w:w="2269" w:type="dxa"/>
            <w:vAlign w:val="center"/>
          </w:tcPr>
          <w:p w14:paraId="2DCD9B5A"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飯田市、下伊那郡</w:t>
            </w:r>
            <w:proofErr w:type="spellEnd"/>
          </w:p>
        </w:tc>
        <w:tc>
          <w:tcPr>
            <w:tcW w:w="2268" w:type="dxa"/>
            <w:vAlign w:val="center"/>
          </w:tcPr>
          <w:p w14:paraId="43CD8A1C"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南信州地域振興局</w:t>
            </w:r>
            <w:proofErr w:type="spellEnd"/>
          </w:p>
          <w:p w14:paraId="3F3839C6"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商工観光課</w:t>
            </w:r>
          </w:p>
        </w:tc>
        <w:tc>
          <w:tcPr>
            <w:tcW w:w="2551" w:type="dxa"/>
            <w:vAlign w:val="center"/>
          </w:tcPr>
          <w:p w14:paraId="6B0D4675"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395-0034</w:t>
            </w:r>
          </w:p>
          <w:p w14:paraId="7754D50F"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飯田市追手町</w:t>
            </w:r>
            <w:r w:rsidRPr="00BD6488">
              <w:rPr>
                <w:rFonts w:ascii="ＭＳ 明朝" w:hAnsi="ＭＳ 明朝" w:hint="eastAsia"/>
                <w:bCs/>
                <w:szCs w:val="21"/>
              </w:rPr>
              <w:t>2-678</w:t>
            </w:r>
          </w:p>
        </w:tc>
        <w:tc>
          <w:tcPr>
            <w:tcW w:w="3402" w:type="dxa"/>
            <w:tcMar>
              <w:left w:w="28" w:type="dxa"/>
              <w:right w:w="28" w:type="dxa"/>
            </w:tcMar>
            <w:vAlign w:val="center"/>
          </w:tcPr>
          <w:p w14:paraId="0C7EA9A5"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0265-53-0432</w:t>
            </w:r>
          </w:p>
          <w:p w14:paraId="723EE8E5"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minamichi-shokan@pref.nagano.lg.jp</w:t>
            </w:r>
          </w:p>
        </w:tc>
      </w:tr>
      <w:tr w:rsidR="005F68AC" w:rsidRPr="00BD6488" w14:paraId="436D75E6" w14:textId="77777777" w:rsidTr="007E6BDE">
        <w:trPr>
          <w:trHeight w:val="850"/>
        </w:trPr>
        <w:tc>
          <w:tcPr>
            <w:tcW w:w="2269" w:type="dxa"/>
            <w:vAlign w:val="center"/>
          </w:tcPr>
          <w:p w14:paraId="39D9D93C"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木曽郡</w:t>
            </w:r>
            <w:proofErr w:type="spellEnd"/>
          </w:p>
        </w:tc>
        <w:tc>
          <w:tcPr>
            <w:tcW w:w="2268" w:type="dxa"/>
            <w:vAlign w:val="center"/>
          </w:tcPr>
          <w:p w14:paraId="756FAC55" w14:textId="77777777" w:rsidR="005F68AC" w:rsidRPr="00BD6488" w:rsidRDefault="005F68AC" w:rsidP="00100900">
            <w:pPr>
              <w:spacing w:after="0" w:line="240" w:lineRule="exact"/>
              <w:contextualSpacing/>
              <w:rPr>
                <w:rFonts w:ascii="ＭＳ 明朝" w:hAnsi="ＭＳ 明朝"/>
                <w:bCs/>
                <w:szCs w:val="21"/>
                <w:lang w:eastAsia="ja-JP"/>
              </w:rPr>
            </w:pPr>
            <w:r w:rsidRPr="00BD6488">
              <w:rPr>
                <w:rFonts w:ascii="ＭＳ 明朝" w:hAnsi="ＭＳ 明朝" w:hint="eastAsia"/>
                <w:bCs/>
                <w:szCs w:val="21"/>
                <w:lang w:eastAsia="ja-JP"/>
              </w:rPr>
              <w:t>木曽地域振興局</w:t>
            </w:r>
          </w:p>
          <w:p w14:paraId="58333B67" w14:textId="77777777" w:rsidR="005F68AC" w:rsidRPr="00BD6488" w:rsidRDefault="005F68AC" w:rsidP="00100900">
            <w:pPr>
              <w:spacing w:after="0" w:line="240" w:lineRule="exact"/>
              <w:contextualSpacing/>
              <w:rPr>
                <w:rFonts w:ascii="ＭＳ 明朝" w:hAnsi="ＭＳ 明朝"/>
                <w:bCs/>
                <w:szCs w:val="21"/>
                <w:lang w:eastAsia="ja-JP"/>
              </w:rPr>
            </w:pPr>
            <w:r w:rsidRPr="00BD6488">
              <w:rPr>
                <w:rFonts w:ascii="ＭＳ 明朝" w:hAnsi="ＭＳ 明朝" w:hint="eastAsia"/>
                <w:bCs/>
                <w:szCs w:val="21"/>
                <w:lang w:eastAsia="ja-JP"/>
              </w:rPr>
              <w:t>企画振興・商工課</w:t>
            </w:r>
          </w:p>
        </w:tc>
        <w:tc>
          <w:tcPr>
            <w:tcW w:w="2551" w:type="dxa"/>
            <w:vAlign w:val="center"/>
          </w:tcPr>
          <w:p w14:paraId="407AC871"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397-8550</w:t>
            </w:r>
          </w:p>
          <w:p w14:paraId="416871B7"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木曽郡木曽町福島</w:t>
            </w:r>
            <w:proofErr w:type="spellEnd"/>
          </w:p>
          <w:p w14:paraId="5EDF4B13"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2757-1</w:t>
            </w:r>
          </w:p>
        </w:tc>
        <w:tc>
          <w:tcPr>
            <w:tcW w:w="3402" w:type="dxa"/>
            <w:tcMar>
              <w:left w:w="28" w:type="dxa"/>
              <w:right w:w="28" w:type="dxa"/>
            </w:tcMar>
            <w:vAlign w:val="center"/>
          </w:tcPr>
          <w:p w14:paraId="375010B0"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0264-25-2228</w:t>
            </w:r>
          </w:p>
          <w:p w14:paraId="159D0249"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kisochi-shokan@pref.nagano.lg.jp</w:t>
            </w:r>
          </w:p>
        </w:tc>
      </w:tr>
      <w:tr w:rsidR="005F68AC" w:rsidRPr="00BD6488" w14:paraId="078B634E" w14:textId="77777777" w:rsidTr="007E6BDE">
        <w:trPr>
          <w:trHeight w:val="850"/>
        </w:trPr>
        <w:tc>
          <w:tcPr>
            <w:tcW w:w="2269" w:type="dxa"/>
            <w:vAlign w:val="center"/>
          </w:tcPr>
          <w:p w14:paraId="5950C80D"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松本市、塩尻市、安曇野市、東筑摩郡</w:t>
            </w:r>
            <w:proofErr w:type="spellEnd"/>
          </w:p>
        </w:tc>
        <w:tc>
          <w:tcPr>
            <w:tcW w:w="2268" w:type="dxa"/>
            <w:vAlign w:val="center"/>
          </w:tcPr>
          <w:p w14:paraId="0B179037"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松本地域振興局</w:t>
            </w:r>
            <w:proofErr w:type="spellEnd"/>
          </w:p>
          <w:p w14:paraId="22043A44"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商工観光課</w:t>
            </w:r>
          </w:p>
        </w:tc>
        <w:tc>
          <w:tcPr>
            <w:tcW w:w="2551" w:type="dxa"/>
            <w:vAlign w:val="center"/>
          </w:tcPr>
          <w:p w14:paraId="173C0398"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390-0852</w:t>
            </w:r>
          </w:p>
          <w:p w14:paraId="74629D3B"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松本市大字島立</w:t>
            </w:r>
            <w:r w:rsidRPr="00BD6488">
              <w:rPr>
                <w:rFonts w:ascii="ＭＳ 明朝" w:hAnsi="ＭＳ 明朝" w:hint="eastAsia"/>
                <w:bCs/>
                <w:szCs w:val="21"/>
              </w:rPr>
              <w:t>1020</w:t>
            </w:r>
          </w:p>
        </w:tc>
        <w:tc>
          <w:tcPr>
            <w:tcW w:w="3402" w:type="dxa"/>
            <w:tcMar>
              <w:left w:w="28" w:type="dxa"/>
              <w:right w:w="28" w:type="dxa"/>
            </w:tcMar>
            <w:vAlign w:val="center"/>
          </w:tcPr>
          <w:p w14:paraId="0636D76C"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0263-40-1933</w:t>
            </w:r>
          </w:p>
          <w:p w14:paraId="00F30ECC"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matsuchi-shokan@pref.nagano.lg.jp</w:t>
            </w:r>
          </w:p>
        </w:tc>
      </w:tr>
      <w:tr w:rsidR="005F68AC" w:rsidRPr="00BD6488" w14:paraId="28EAB3E7" w14:textId="77777777" w:rsidTr="007E6BDE">
        <w:trPr>
          <w:trHeight w:val="850"/>
        </w:trPr>
        <w:tc>
          <w:tcPr>
            <w:tcW w:w="2269" w:type="dxa"/>
            <w:vAlign w:val="center"/>
          </w:tcPr>
          <w:p w14:paraId="096D6DD9"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大町市、北安曇郡</w:t>
            </w:r>
            <w:proofErr w:type="spellEnd"/>
          </w:p>
        </w:tc>
        <w:tc>
          <w:tcPr>
            <w:tcW w:w="2268" w:type="dxa"/>
            <w:vAlign w:val="center"/>
          </w:tcPr>
          <w:p w14:paraId="461BD9E3" w14:textId="77777777" w:rsidR="005F68AC" w:rsidRPr="00BD6488" w:rsidRDefault="005F68AC" w:rsidP="00100900">
            <w:pPr>
              <w:spacing w:after="0" w:line="240" w:lineRule="exact"/>
              <w:contextualSpacing/>
              <w:rPr>
                <w:rFonts w:ascii="ＭＳ 明朝" w:hAnsi="ＭＳ 明朝"/>
                <w:bCs/>
                <w:szCs w:val="21"/>
                <w:lang w:eastAsia="ja-JP"/>
              </w:rPr>
            </w:pPr>
            <w:r w:rsidRPr="004E531C">
              <w:rPr>
                <w:rFonts w:ascii="ＭＳ 明朝" w:hAnsi="ＭＳ 明朝" w:hint="eastAsia"/>
                <w:bCs/>
                <w:w w:val="90"/>
                <w:szCs w:val="21"/>
                <w:fitText w:val="1890" w:id="-389731072"/>
                <w:lang w:eastAsia="ja-JP"/>
              </w:rPr>
              <w:t>北アルプス地域振興</w:t>
            </w:r>
            <w:r w:rsidRPr="004E531C">
              <w:rPr>
                <w:rFonts w:ascii="ＭＳ 明朝" w:hAnsi="ＭＳ 明朝" w:hint="eastAsia"/>
                <w:bCs/>
                <w:spacing w:val="1"/>
                <w:w w:val="90"/>
                <w:szCs w:val="21"/>
                <w:fitText w:val="1890" w:id="-389731072"/>
                <w:lang w:eastAsia="ja-JP"/>
              </w:rPr>
              <w:t>局</w:t>
            </w:r>
            <w:r w:rsidRPr="00BD6488">
              <w:rPr>
                <w:rFonts w:ascii="ＭＳ 明朝" w:hAnsi="ＭＳ 明朝" w:hint="eastAsia"/>
                <w:bCs/>
                <w:szCs w:val="21"/>
                <w:lang w:eastAsia="ja-JP"/>
              </w:rPr>
              <w:t>商工観光課</w:t>
            </w:r>
          </w:p>
        </w:tc>
        <w:tc>
          <w:tcPr>
            <w:tcW w:w="2551" w:type="dxa"/>
            <w:vAlign w:val="center"/>
          </w:tcPr>
          <w:p w14:paraId="3582B690"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398-8602</w:t>
            </w:r>
          </w:p>
          <w:p w14:paraId="72A2936B"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大町市大町</w:t>
            </w:r>
            <w:r w:rsidRPr="00BD6488">
              <w:rPr>
                <w:rFonts w:ascii="ＭＳ 明朝" w:hAnsi="ＭＳ 明朝" w:hint="eastAsia"/>
                <w:bCs/>
                <w:szCs w:val="21"/>
              </w:rPr>
              <w:t>1058-2</w:t>
            </w:r>
          </w:p>
        </w:tc>
        <w:tc>
          <w:tcPr>
            <w:tcW w:w="3402" w:type="dxa"/>
            <w:tcMar>
              <w:left w:w="28" w:type="dxa"/>
              <w:right w:w="28" w:type="dxa"/>
            </w:tcMar>
            <w:vAlign w:val="center"/>
          </w:tcPr>
          <w:p w14:paraId="61FE594B"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0261-23-6523</w:t>
            </w:r>
          </w:p>
          <w:p w14:paraId="75B481F6"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kitachi-shokan@pref.nagano.lg.jp</w:t>
            </w:r>
          </w:p>
        </w:tc>
      </w:tr>
      <w:tr w:rsidR="005F68AC" w:rsidRPr="00BD6488" w14:paraId="7CFE1627" w14:textId="77777777" w:rsidTr="007E6BDE">
        <w:trPr>
          <w:trHeight w:val="850"/>
        </w:trPr>
        <w:tc>
          <w:tcPr>
            <w:tcW w:w="2269" w:type="dxa"/>
            <w:vAlign w:val="center"/>
          </w:tcPr>
          <w:p w14:paraId="4F04705F"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長野市、須坂市、千曲市、埴科郡、上高井郡、上水内郡</w:t>
            </w:r>
            <w:proofErr w:type="spellEnd"/>
          </w:p>
        </w:tc>
        <w:tc>
          <w:tcPr>
            <w:tcW w:w="2268" w:type="dxa"/>
            <w:vAlign w:val="center"/>
          </w:tcPr>
          <w:p w14:paraId="7857C2FA"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長野地域振興局</w:t>
            </w:r>
            <w:proofErr w:type="spellEnd"/>
          </w:p>
          <w:p w14:paraId="59DFE230"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商工観光課</w:t>
            </w:r>
          </w:p>
        </w:tc>
        <w:tc>
          <w:tcPr>
            <w:tcW w:w="2551" w:type="dxa"/>
            <w:vAlign w:val="center"/>
          </w:tcPr>
          <w:p w14:paraId="7CF51E88"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380-0836</w:t>
            </w:r>
          </w:p>
          <w:p w14:paraId="62A1321A" w14:textId="77777777" w:rsidR="005F68AC" w:rsidRPr="00BD6488" w:rsidRDefault="005F68AC" w:rsidP="00100900">
            <w:pPr>
              <w:spacing w:after="0" w:line="240" w:lineRule="exact"/>
              <w:contextualSpacing/>
              <w:rPr>
                <w:rFonts w:ascii="ＭＳ 明朝" w:hAnsi="ＭＳ 明朝"/>
                <w:bCs/>
                <w:spacing w:val="12"/>
                <w:w w:val="90"/>
                <w:szCs w:val="21"/>
              </w:rPr>
            </w:pPr>
            <w:proofErr w:type="spellStart"/>
            <w:r w:rsidRPr="004E531C">
              <w:rPr>
                <w:rFonts w:ascii="ＭＳ 明朝" w:hAnsi="ＭＳ 明朝" w:hint="eastAsia"/>
                <w:bCs/>
                <w:spacing w:val="3"/>
                <w:w w:val="90"/>
                <w:szCs w:val="21"/>
                <w:fitText w:val="2101" w:id="-389731071"/>
              </w:rPr>
              <w:t>長野市大字南長野南県町</w:t>
            </w:r>
            <w:proofErr w:type="spellEnd"/>
          </w:p>
          <w:p w14:paraId="5D0C0275"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686-1</w:t>
            </w:r>
          </w:p>
        </w:tc>
        <w:tc>
          <w:tcPr>
            <w:tcW w:w="3402" w:type="dxa"/>
            <w:tcMar>
              <w:left w:w="28" w:type="dxa"/>
              <w:right w:w="28" w:type="dxa"/>
            </w:tcMar>
            <w:vAlign w:val="center"/>
          </w:tcPr>
          <w:p w14:paraId="30C73BBD"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026-234-9528</w:t>
            </w:r>
          </w:p>
          <w:p w14:paraId="664B9773"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nagachi-shokan@pref.nagano.lg.jp</w:t>
            </w:r>
          </w:p>
        </w:tc>
      </w:tr>
      <w:tr w:rsidR="005F68AC" w:rsidRPr="00BD6488" w14:paraId="3E97C087" w14:textId="77777777" w:rsidTr="007E6BDE">
        <w:trPr>
          <w:trHeight w:val="850"/>
        </w:trPr>
        <w:tc>
          <w:tcPr>
            <w:tcW w:w="2269" w:type="dxa"/>
            <w:vAlign w:val="center"/>
          </w:tcPr>
          <w:p w14:paraId="3AA4CE47" w14:textId="77777777" w:rsidR="005F68AC" w:rsidRPr="00BD6488" w:rsidRDefault="005F68AC" w:rsidP="00100900">
            <w:pPr>
              <w:spacing w:after="0" w:line="240" w:lineRule="exact"/>
              <w:contextualSpacing/>
              <w:rPr>
                <w:rFonts w:ascii="ＭＳ 明朝" w:hAnsi="ＭＳ 明朝"/>
                <w:bCs/>
                <w:sz w:val="20"/>
                <w:szCs w:val="20"/>
              </w:rPr>
            </w:pPr>
            <w:proofErr w:type="spellStart"/>
            <w:r w:rsidRPr="00BD6488">
              <w:rPr>
                <w:rFonts w:ascii="ＭＳ 明朝" w:hAnsi="ＭＳ 明朝" w:hint="eastAsia"/>
                <w:bCs/>
                <w:szCs w:val="20"/>
              </w:rPr>
              <w:t>中野市、飯山市、下高井郡、下水内郡</w:t>
            </w:r>
            <w:proofErr w:type="spellEnd"/>
          </w:p>
        </w:tc>
        <w:tc>
          <w:tcPr>
            <w:tcW w:w="2268" w:type="dxa"/>
            <w:vAlign w:val="center"/>
          </w:tcPr>
          <w:p w14:paraId="5F8A5A39" w14:textId="77777777" w:rsidR="005F68AC" w:rsidRPr="00BD6488" w:rsidRDefault="005F68AC" w:rsidP="00100900">
            <w:pPr>
              <w:spacing w:after="0" w:line="240" w:lineRule="exact"/>
              <w:contextualSpacing/>
              <w:rPr>
                <w:rFonts w:ascii="ＭＳ 明朝" w:hAnsi="ＭＳ 明朝"/>
                <w:bCs/>
                <w:szCs w:val="21"/>
              </w:rPr>
            </w:pPr>
            <w:proofErr w:type="spellStart"/>
            <w:r w:rsidRPr="00BD6488">
              <w:rPr>
                <w:rFonts w:ascii="ＭＳ 明朝" w:hAnsi="ＭＳ 明朝" w:hint="eastAsia"/>
                <w:bCs/>
                <w:szCs w:val="21"/>
              </w:rPr>
              <w:t>北信地域振興局</w:t>
            </w:r>
            <w:proofErr w:type="spellEnd"/>
          </w:p>
          <w:p w14:paraId="59B43424"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商工観光課</w:t>
            </w:r>
          </w:p>
        </w:tc>
        <w:tc>
          <w:tcPr>
            <w:tcW w:w="2551" w:type="dxa"/>
            <w:vAlign w:val="center"/>
          </w:tcPr>
          <w:p w14:paraId="71413772"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w:t>
            </w:r>
            <w:r w:rsidRPr="00BD6488">
              <w:rPr>
                <w:rFonts w:ascii="ＭＳ 明朝" w:hAnsi="ＭＳ 明朝" w:hint="eastAsia"/>
                <w:bCs/>
                <w:szCs w:val="21"/>
              </w:rPr>
              <w:t>383-8515</w:t>
            </w:r>
          </w:p>
          <w:p w14:paraId="6DF8FF9B"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中野市大字壁田</w:t>
            </w:r>
            <w:r w:rsidRPr="00BD6488">
              <w:rPr>
                <w:rFonts w:ascii="ＭＳ 明朝" w:hAnsi="ＭＳ 明朝" w:hint="eastAsia"/>
                <w:bCs/>
                <w:szCs w:val="21"/>
              </w:rPr>
              <w:t>955</w:t>
            </w:r>
          </w:p>
        </w:tc>
        <w:tc>
          <w:tcPr>
            <w:tcW w:w="3402" w:type="dxa"/>
            <w:tcMar>
              <w:left w:w="28" w:type="dxa"/>
              <w:right w:w="28" w:type="dxa"/>
            </w:tcMar>
            <w:vAlign w:val="center"/>
          </w:tcPr>
          <w:p w14:paraId="0472CC6E"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hint="eastAsia"/>
                <w:bCs/>
                <w:szCs w:val="21"/>
              </w:rPr>
              <w:t>0269-23-0219</w:t>
            </w:r>
          </w:p>
          <w:p w14:paraId="431959D3" w14:textId="77777777" w:rsidR="005F68AC" w:rsidRPr="00BD6488" w:rsidRDefault="005F68AC" w:rsidP="00100900">
            <w:pPr>
              <w:spacing w:after="0" w:line="240" w:lineRule="exact"/>
              <w:contextualSpacing/>
              <w:rPr>
                <w:rFonts w:ascii="ＭＳ 明朝" w:hAnsi="ＭＳ 明朝"/>
                <w:bCs/>
                <w:szCs w:val="21"/>
              </w:rPr>
            </w:pPr>
            <w:r w:rsidRPr="00BD6488">
              <w:rPr>
                <w:rFonts w:ascii="ＭＳ 明朝" w:hAnsi="ＭＳ 明朝"/>
                <w:bCs/>
                <w:szCs w:val="21"/>
              </w:rPr>
              <w:t>hokuchi-shokan@pref.nagano.lg.jp</w:t>
            </w:r>
          </w:p>
        </w:tc>
      </w:tr>
    </w:tbl>
    <w:p w14:paraId="39A331D7" w14:textId="77777777" w:rsidR="002571E6" w:rsidRDefault="002571E6" w:rsidP="0023450C">
      <w:pPr>
        <w:spacing w:after="80" w:line="269" w:lineRule="auto"/>
      </w:pPr>
    </w:p>
    <w:sectPr w:rsidR="002571E6" w:rsidSect="007348F3">
      <w:footerReference w:type="default" r:id="rId11"/>
      <w:pgSz w:w="11906" w:h="16838" w:code="9"/>
      <w:pgMar w:top="964" w:right="1020" w:bottom="907" w:left="1020" w:header="397" w:footer="397" w:gutter="0"/>
      <w:pgNumType w:fmt="numberInDash"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E5601" w14:textId="77777777" w:rsidR="001E23A1" w:rsidRDefault="001E23A1">
      <w:pPr>
        <w:spacing w:after="0" w:line="240" w:lineRule="auto"/>
      </w:pPr>
      <w:r>
        <w:separator/>
      </w:r>
    </w:p>
  </w:endnote>
  <w:endnote w:type="continuationSeparator" w:id="0">
    <w:p w14:paraId="69ED64C6" w14:textId="77777777" w:rsidR="001E23A1" w:rsidRDefault="001E23A1">
      <w:pPr>
        <w:spacing w:after="0" w:line="240" w:lineRule="auto"/>
      </w:pPr>
      <w:r>
        <w:continuationSeparator/>
      </w:r>
    </w:p>
  </w:endnote>
  <w:endnote w:type="continuationNotice" w:id="1">
    <w:p w14:paraId="5940AACC" w14:textId="77777777" w:rsidR="001E23A1" w:rsidRDefault="001E23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F6D1" w14:textId="2531F243" w:rsidR="00AD2E5B" w:rsidRDefault="009C21CE" w:rsidP="00D50F23">
    <w:pPr>
      <w:pStyle w:val="a7"/>
      <w:jc w:val="center"/>
    </w:pPr>
    <w:r>
      <w:fldChar w:fldCharType="begin"/>
    </w:r>
    <w:r>
      <w:instrText>PAGE   \* MERGEFORMAT</w:instrText>
    </w:r>
    <w:r>
      <w:fldChar w:fldCharType="separate"/>
    </w:r>
    <w:r>
      <w:rPr>
        <w:lang w:val="ja-JP" w:eastAsia="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59E31" w14:textId="77777777" w:rsidR="001E23A1" w:rsidRDefault="001E23A1">
      <w:pPr>
        <w:spacing w:after="0" w:line="240" w:lineRule="auto"/>
      </w:pPr>
      <w:r>
        <w:separator/>
      </w:r>
    </w:p>
  </w:footnote>
  <w:footnote w:type="continuationSeparator" w:id="0">
    <w:p w14:paraId="782502FB" w14:textId="77777777" w:rsidR="001E23A1" w:rsidRDefault="001E23A1">
      <w:pPr>
        <w:spacing w:after="0" w:line="240" w:lineRule="auto"/>
      </w:pPr>
      <w:r>
        <w:continuationSeparator/>
      </w:r>
    </w:p>
  </w:footnote>
  <w:footnote w:type="continuationNotice" w:id="1">
    <w:p w14:paraId="21FCA941" w14:textId="77777777" w:rsidR="001E23A1" w:rsidRDefault="001E23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79013780">
    <w:abstractNumId w:val="8"/>
  </w:num>
  <w:num w:numId="2" w16cid:durableId="801768437">
    <w:abstractNumId w:val="6"/>
  </w:num>
  <w:num w:numId="3" w16cid:durableId="1485514262">
    <w:abstractNumId w:val="5"/>
  </w:num>
  <w:num w:numId="4" w16cid:durableId="386220920">
    <w:abstractNumId w:val="4"/>
  </w:num>
  <w:num w:numId="5" w16cid:durableId="814496262">
    <w:abstractNumId w:val="7"/>
  </w:num>
  <w:num w:numId="6" w16cid:durableId="763307084">
    <w:abstractNumId w:val="3"/>
  </w:num>
  <w:num w:numId="7" w16cid:durableId="166675763">
    <w:abstractNumId w:val="2"/>
  </w:num>
  <w:num w:numId="8" w16cid:durableId="1235505391">
    <w:abstractNumId w:val="1"/>
  </w:num>
  <w:num w:numId="9" w16cid:durableId="1896310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1" w:cryptProviderType="rsaAES" w:cryptAlgorithmClass="hash" w:cryptAlgorithmType="typeAny" w:cryptAlgorithmSid="14" w:cryptSpinCount="100000" w:hash="5unhcaFvOL/AYUK6zgJ3hSloEtcFH1Rg2L70ypoYduiV6dYZTQqYgjtFQAfq7rnOEd4Fio1HjX0U/dZe+PjRRg==" w:salt="hgF71B+OGtvfJSjKEQUDhg=="/>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7CF"/>
    <w:rsid w:val="0001139B"/>
    <w:rsid w:val="000118A3"/>
    <w:rsid w:val="000162DF"/>
    <w:rsid w:val="000230D1"/>
    <w:rsid w:val="0002658C"/>
    <w:rsid w:val="00034616"/>
    <w:rsid w:val="00040005"/>
    <w:rsid w:val="000416AB"/>
    <w:rsid w:val="00056E45"/>
    <w:rsid w:val="00057075"/>
    <w:rsid w:val="0005748A"/>
    <w:rsid w:val="0006063C"/>
    <w:rsid w:val="00073486"/>
    <w:rsid w:val="0008522D"/>
    <w:rsid w:val="000A17E2"/>
    <w:rsid w:val="000A1EBD"/>
    <w:rsid w:val="000B6AD9"/>
    <w:rsid w:val="000C0FE8"/>
    <w:rsid w:val="000D1869"/>
    <w:rsid w:val="000D1A12"/>
    <w:rsid w:val="000E3399"/>
    <w:rsid w:val="000E3688"/>
    <w:rsid w:val="000E7EA1"/>
    <w:rsid w:val="000F48BC"/>
    <w:rsid w:val="000F703F"/>
    <w:rsid w:val="000F71C4"/>
    <w:rsid w:val="00100900"/>
    <w:rsid w:val="001110A6"/>
    <w:rsid w:val="00111BBD"/>
    <w:rsid w:val="00114683"/>
    <w:rsid w:val="0012078B"/>
    <w:rsid w:val="0012667C"/>
    <w:rsid w:val="00147AF7"/>
    <w:rsid w:val="0015074B"/>
    <w:rsid w:val="00151DC9"/>
    <w:rsid w:val="00162D7C"/>
    <w:rsid w:val="0016654F"/>
    <w:rsid w:val="00167A5A"/>
    <w:rsid w:val="00170C9C"/>
    <w:rsid w:val="00176AAF"/>
    <w:rsid w:val="00182C0D"/>
    <w:rsid w:val="00183EB2"/>
    <w:rsid w:val="0019661E"/>
    <w:rsid w:val="001968C0"/>
    <w:rsid w:val="001A108F"/>
    <w:rsid w:val="001B41A9"/>
    <w:rsid w:val="001B5368"/>
    <w:rsid w:val="001B56FD"/>
    <w:rsid w:val="001B6075"/>
    <w:rsid w:val="001B6DD7"/>
    <w:rsid w:val="001C2DBC"/>
    <w:rsid w:val="001C56A6"/>
    <w:rsid w:val="001D285F"/>
    <w:rsid w:val="001D5562"/>
    <w:rsid w:val="001D57B6"/>
    <w:rsid w:val="001E23A1"/>
    <w:rsid w:val="001E360E"/>
    <w:rsid w:val="001F1F0E"/>
    <w:rsid w:val="001F6E6A"/>
    <w:rsid w:val="00205D5B"/>
    <w:rsid w:val="00207B51"/>
    <w:rsid w:val="002223A6"/>
    <w:rsid w:val="00233CC0"/>
    <w:rsid w:val="0023450C"/>
    <w:rsid w:val="002445A8"/>
    <w:rsid w:val="00245D8F"/>
    <w:rsid w:val="002555F6"/>
    <w:rsid w:val="002557D3"/>
    <w:rsid w:val="00257085"/>
    <w:rsid w:val="002571E6"/>
    <w:rsid w:val="00264E79"/>
    <w:rsid w:val="0027040D"/>
    <w:rsid w:val="00273C64"/>
    <w:rsid w:val="00281E8F"/>
    <w:rsid w:val="0029639D"/>
    <w:rsid w:val="002B0817"/>
    <w:rsid w:val="002B3D19"/>
    <w:rsid w:val="002C1039"/>
    <w:rsid w:val="002C1B43"/>
    <w:rsid w:val="002E4025"/>
    <w:rsid w:val="0030286B"/>
    <w:rsid w:val="00304544"/>
    <w:rsid w:val="0030538E"/>
    <w:rsid w:val="00317775"/>
    <w:rsid w:val="00326F90"/>
    <w:rsid w:val="0033049E"/>
    <w:rsid w:val="00344106"/>
    <w:rsid w:val="00351184"/>
    <w:rsid w:val="003549A9"/>
    <w:rsid w:val="003553EE"/>
    <w:rsid w:val="00363E52"/>
    <w:rsid w:val="00365F22"/>
    <w:rsid w:val="003661B8"/>
    <w:rsid w:val="00372E5A"/>
    <w:rsid w:val="0037656D"/>
    <w:rsid w:val="003768E0"/>
    <w:rsid w:val="00377B7A"/>
    <w:rsid w:val="00382A36"/>
    <w:rsid w:val="00393CAD"/>
    <w:rsid w:val="003B193B"/>
    <w:rsid w:val="003B2827"/>
    <w:rsid w:val="003C47FF"/>
    <w:rsid w:val="003D2C4B"/>
    <w:rsid w:val="003D7841"/>
    <w:rsid w:val="003D792B"/>
    <w:rsid w:val="003D7D0B"/>
    <w:rsid w:val="003F2B24"/>
    <w:rsid w:val="00402576"/>
    <w:rsid w:val="0041377D"/>
    <w:rsid w:val="00417AE3"/>
    <w:rsid w:val="00432E61"/>
    <w:rsid w:val="00433070"/>
    <w:rsid w:val="004346C7"/>
    <w:rsid w:val="00440672"/>
    <w:rsid w:val="00447C42"/>
    <w:rsid w:val="00455AB8"/>
    <w:rsid w:val="00455DE3"/>
    <w:rsid w:val="0047112B"/>
    <w:rsid w:val="0047278B"/>
    <w:rsid w:val="00473977"/>
    <w:rsid w:val="00475CA7"/>
    <w:rsid w:val="004760EB"/>
    <w:rsid w:val="00477C09"/>
    <w:rsid w:val="00482A2E"/>
    <w:rsid w:val="00487BBA"/>
    <w:rsid w:val="0049159C"/>
    <w:rsid w:val="004A316A"/>
    <w:rsid w:val="004A6411"/>
    <w:rsid w:val="004C1BB3"/>
    <w:rsid w:val="004D56A7"/>
    <w:rsid w:val="004E531C"/>
    <w:rsid w:val="004E7219"/>
    <w:rsid w:val="004F6015"/>
    <w:rsid w:val="004F6CDA"/>
    <w:rsid w:val="00500AD8"/>
    <w:rsid w:val="00502DAE"/>
    <w:rsid w:val="005070B8"/>
    <w:rsid w:val="005071D8"/>
    <w:rsid w:val="0052085F"/>
    <w:rsid w:val="005248D5"/>
    <w:rsid w:val="00534603"/>
    <w:rsid w:val="00547D04"/>
    <w:rsid w:val="005532D8"/>
    <w:rsid w:val="00557408"/>
    <w:rsid w:val="00563C16"/>
    <w:rsid w:val="00563C4A"/>
    <w:rsid w:val="00565B29"/>
    <w:rsid w:val="00574086"/>
    <w:rsid w:val="00577A9A"/>
    <w:rsid w:val="00580C67"/>
    <w:rsid w:val="00592CD2"/>
    <w:rsid w:val="005A1916"/>
    <w:rsid w:val="005D2FD1"/>
    <w:rsid w:val="005F0773"/>
    <w:rsid w:val="005F237E"/>
    <w:rsid w:val="005F68AC"/>
    <w:rsid w:val="005F7FD1"/>
    <w:rsid w:val="006028FF"/>
    <w:rsid w:val="0060549E"/>
    <w:rsid w:val="00612C76"/>
    <w:rsid w:val="00621FC7"/>
    <w:rsid w:val="0062321E"/>
    <w:rsid w:val="00626308"/>
    <w:rsid w:val="00630723"/>
    <w:rsid w:val="006348AE"/>
    <w:rsid w:val="00637D63"/>
    <w:rsid w:val="00665097"/>
    <w:rsid w:val="00672F5E"/>
    <w:rsid w:val="00675D47"/>
    <w:rsid w:val="00680800"/>
    <w:rsid w:val="006835F5"/>
    <w:rsid w:val="00686E08"/>
    <w:rsid w:val="0069030C"/>
    <w:rsid w:val="006A2866"/>
    <w:rsid w:val="006B3655"/>
    <w:rsid w:val="006B45B3"/>
    <w:rsid w:val="006B51B2"/>
    <w:rsid w:val="006B6DC7"/>
    <w:rsid w:val="006C0497"/>
    <w:rsid w:val="006C5E49"/>
    <w:rsid w:val="006D027D"/>
    <w:rsid w:val="006D05C3"/>
    <w:rsid w:val="006D6835"/>
    <w:rsid w:val="006E39C3"/>
    <w:rsid w:val="006E5298"/>
    <w:rsid w:val="006F11AF"/>
    <w:rsid w:val="006F27E5"/>
    <w:rsid w:val="006F579F"/>
    <w:rsid w:val="00701F2D"/>
    <w:rsid w:val="007042C5"/>
    <w:rsid w:val="00733F4F"/>
    <w:rsid w:val="0073447D"/>
    <w:rsid w:val="007348F3"/>
    <w:rsid w:val="0073601F"/>
    <w:rsid w:val="00736516"/>
    <w:rsid w:val="00737CB8"/>
    <w:rsid w:val="007453C9"/>
    <w:rsid w:val="00747D1F"/>
    <w:rsid w:val="00750F4B"/>
    <w:rsid w:val="00762860"/>
    <w:rsid w:val="0076595A"/>
    <w:rsid w:val="00765A5F"/>
    <w:rsid w:val="00784421"/>
    <w:rsid w:val="00794023"/>
    <w:rsid w:val="007A6621"/>
    <w:rsid w:val="007B7F4D"/>
    <w:rsid w:val="007C02E8"/>
    <w:rsid w:val="007C38B0"/>
    <w:rsid w:val="007E59E8"/>
    <w:rsid w:val="007E6BDE"/>
    <w:rsid w:val="007F5FAA"/>
    <w:rsid w:val="007F6A34"/>
    <w:rsid w:val="00805508"/>
    <w:rsid w:val="00805F91"/>
    <w:rsid w:val="0081133B"/>
    <w:rsid w:val="00811ACF"/>
    <w:rsid w:val="008215BA"/>
    <w:rsid w:val="00823C9B"/>
    <w:rsid w:val="00830024"/>
    <w:rsid w:val="00841949"/>
    <w:rsid w:val="008475C5"/>
    <w:rsid w:val="00862A9D"/>
    <w:rsid w:val="00866003"/>
    <w:rsid w:val="008706A2"/>
    <w:rsid w:val="00875B8A"/>
    <w:rsid w:val="00876CE8"/>
    <w:rsid w:val="00882815"/>
    <w:rsid w:val="0088641C"/>
    <w:rsid w:val="00891785"/>
    <w:rsid w:val="008A02A6"/>
    <w:rsid w:val="008A3D1A"/>
    <w:rsid w:val="008A5283"/>
    <w:rsid w:val="008A5512"/>
    <w:rsid w:val="008B59E3"/>
    <w:rsid w:val="008B6FD4"/>
    <w:rsid w:val="008C1601"/>
    <w:rsid w:val="008D1AE7"/>
    <w:rsid w:val="008D2454"/>
    <w:rsid w:val="008E0E52"/>
    <w:rsid w:val="008E1FAC"/>
    <w:rsid w:val="008E51B2"/>
    <w:rsid w:val="008F424C"/>
    <w:rsid w:val="008F5506"/>
    <w:rsid w:val="00921000"/>
    <w:rsid w:val="00921581"/>
    <w:rsid w:val="0092435B"/>
    <w:rsid w:val="009276DF"/>
    <w:rsid w:val="00931505"/>
    <w:rsid w:val="00950A75"/>
    <w:rsid w:val="00954E2A"/>
    <w:rsid w:val="00966FF6"/>
    <w:rsid w:val="009740A6"/>
    <w:rsid w:val="00976927"/>
    <w:rsid w:val="0098506D"/>
    <w:rsid w:val="00991898"/>
    <w:rsid w:val="00993FAE"/>
    <w:rsid w:val="009A033E"/>
    <w:rsid w:val="009A0669"/>
    <w:rsid w:val="009A59E3"/>
    <w:rsid w:val="009A5DB9"/>
    <w:rsid w:val="009B2987"/>
    <w:rsid w:val="009B69D3"/>
    <w:rsid w:val="009C21CE"/>
    <w:rsid w:val="009C2EEC"/>
    <w:rsid w:val="009D20FC"/>
    <w:rsid w:val="009D78FA"/>
    <w:rsid w:val="009E6809"/>
    <w:rsid w:val="009F356D"/>
    <w:rsid w:val="009F3E47"/>
    <w:rsid w:val="009F7F39"/>
    <w:rsid w:val="00A17D37"/>
    <w:rsid w:val="00A24F10"/>
    <w:rsid w:val="00A3768D"/>
    <w:rsid w:val="00A432E4"/>
    <w:rsid w:val="00A57D33"/>
    <w:rsid w:val="00A614B3"/>
    <w:rsid w:val="00A61935"/>
    <w:rsid w:val="00A744E2"/>
    <w:rsid w:val="00A806D3"/>
    <w:rsid w:val="00A82C2B"/>
    <w:rsid w:val="00A90CA2"/>
    <w:rsid w:val="00A93D47"/>
    <w:rsid w:val="00AA1D8D"/>
    <w:rsid w:val="00AC166A"/>
    <w:rsid w:val="00AD2E5B"/>
    <w:rsid w:val="00AE5E85"/>
    <w:rsid w:val="00AF2F85"/>
    <w:rsid w:val="00B06942"/>
    <w:rsid w:val="00B32B7F"/>
    <w:rsid w:val="00B36DDF"/>
    <w:rsid w:val="00B401A5"/>
    <w:rsid w:val="00B43AD2"/>
    <w:rsid w:val="00B4429F"/>
    <w:rsid w:val="00B47730"/>
    <w:rsid w:val="00B62639"/>
    <w:rsid w:val="00B671CE"/>
    <w:rsid w:val="00B85744"/>
    <w:rsid w:val="00B91D79"/>
    <w:rsid w:val="00B95CC6"/>
    <w:rsid w:val="00BA1F2A"/>
    <w:rsid w:val="00BB1661"/>
    <w:rsid w:val="00BB4222"/>
    <w:rsid w:val="00BB4F53"/>
    <w:rsid w:val="00BB64BD"/>
    <w:rsid w:val="00BC731C"/>
    <w:rsid w:val="00BD438B"/>
    <w:rsid w:val="00BD7CFB"/>
    <w:rsid w:val="00BF7A1C"/>
    <w:rsid w:val="00C125F1"/>
    <w:rsid w:val="00C13178"/>
    <w:rsid w:val="00C16290"/>
    <w:rsid w:val="00C20BB1"/>
    <w:rsid w:val="00C36CF6"/>
    <w:rsid w:val="00C54E71"/>
    <w:rsid w:val="00C5524B"/>
    <w:rsid w:val="00C625B1"/>
    <w:rsid w:val="00C763E1"/>
    <w:rsid w:val="00C839A1"/>
    <w:rsid w:val="00C86940"/>
    <w:rsid w:val="00C909D7"/>
    <w:rsid w:val="00C96C6E"/>
    <w:rsid w:val="00CA4439"/>
    <w:rsid w:val="00CB0664"/>
    <w:rsid w:val="00CB08B3"/>
    <w:rsid w:val="00CB4ACD"/>
    <w:rsid w:val="00CB67F8"/>
    <w:rsid w:val="00CB683D"/>
    <w:rsid w:val="00CE02ED"/>
    <w:rsid w:val="00CF2558"/>
    <w:rsid w:val="00CF4261"/>
    <w:rsid w:val="00D07B5A"/>
    <w:rsid w:val="00D110A6"/>
    <w:rsid w:val="00D122FC"/>
    <w:rsid w:val="00D20B3C"/>
    <w:rsid w:val="00D246F7"/>
    <w:rsid w:val="00D24997"/>
    <w:rsid w:val="00D45CDD"/>
    <w:rsid w:val="00D50F23"/>
    <w:rsid w:val="00D52D14"/>
    <w:rsid w:val="00D60D78"/>
    <w:rsid w:val="00D61B79"/>
    <w:rsid w:val="00D62E26"/>
    <w:rsid w:val="00D635A7"/>
    <w:rsid w:val="00D7072D"/>
    <w:rsid w:val="00D75932"/>
    <w:rsid w:val="00D974EA"/>
    <w:rsid w:val="00DA2628"/>
    <w:rsid w:val="00DA29C5"/>
    <w:rsid w:val="00DC0AB1"/>
    <w:rsid w:val="00DC2AB1"/>
    <w:rsid w:val="00DC6F3E"/>
    <w:rsid w:val="00DC7C13"/>
    <w:rsid w:val="00DD03B6"/>
    <w:rsid w:val="00DE020B"/>
    <w:rsid w:val="00DE3E0D"/>
    <w:rsid w:val="00DF22AC"/>
    <w:rsid w:val="00DF3403"/>
    <w:rsid w:val="00E04EEC"/>
    <w:rsid w:val="00E12F3D"/>
    <w:rsid w:val="00E229FF"/>
    <w:rsid w:val="00E36802"/>
    <w:rsid w:val="00E43DA7"/>
    <w:rsid w:val="00E448E3"/>
    <w:rsid w:val="00E468C6"/>
    <w:rsid w:val="00E479F4"/>
    <w:rsid w:val="00E5041C"/>
    <w:rsid w:val="00E51928"/>
    <w:rsid w:val="00E56D63"/>
    <w:rsid w:val="00E63E2F"/>
    <w:rsid w:val="00E64E5B"/>
    <w:rsid w:val="00E67A05"/>
    <w:rsid w:val="00E72E0A"/>
    <w:rsid w:val="00E72EA1"/>
    <w:rsid w:val="00E81B29"/>
    <w:rsid w:val="00E83E27"/>
    <w:rsid w:val="00E93A24"/>
    <w:rsid w:val="00E944D9"/>
    <w:rsid w:val="00E95379"/>
    <w:rsid w:val="00E978A2"/>
    <w:rsid w:val="00EA1058"/>
    <w:rsid w:val="00EA106B"/>
    <w:rsid w:val="00EA65EA"/>
    <w:rsid w:val="00EA7933"/>
    <w:rsid w:val="00EC539F"/>
    <w:rsid w:val="00ED0C61"/>
    <w:rsid w:val="00ED5C9F"/>
    <w:rsid w:val="00EE6651"/>
    <w:rsid w:val="00EF50F2"/>
    <w:rsid w:val="00EF5757"/>
    <w:rsid w:val="00F01D81"/>
    <w:rsid w:val="00F1793D"/>
    <w:rsid w:val="00F20340"/>
    <w:rsid w:val="00F223CC"/>
    <w:rsid w:val="00F26DA1"/>
    <w:rsid w:val="00F45926"/>
    <w:rsid w:val="00F51C61"/>
    <w:rsid w:val="00F574D0"/>
    <w:rsid w:val="00F65BA5"/>
    <w:rsid w:val="00F66B81"/>
    <w:rsid w:val="00F72F19"/>
    <w:rsid w:val="00F73036"/>
    <w:rsid w:val="00FB506E"/>
    <w:rsid w:val="00FC5261"/>
    <w:rsid w:val="00FC693F"/>
    <w:rsid w:val="00FD1161"/>
    <w:rsid w:val="00FF2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51093B03-2175-4A54-90E1-ACFAA074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66B81"/>
    <w:rPr>
      <w:rFonts w:ascii="游ゴシック" w:eastAsia="游ゴシック" w:hAnsi="游ゴシック"/>
      <w:color w:val="000000"/>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48"/>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7433">
      <w:bodyDiv w:val="1"/>
      <w:marLeft w:val="0"/>
      <w:marRight w:val="0"/>
      <w:marTop w:val="0"/>
      <w:marBottom w:val="0"/>
      <w:divBdr>
        <w:top w:val="none" w:sz="0" w:space="0" w:color="auto"/>
        <w:left w:val="none" w:sz="0" w:space="0" w:color="auto"/>
        <w:bottom w:val="none" w:sz="0" w:space="0" w:color="auto"/>
        <w:right w:val="none" w:sz="0" w:space="0" w:color="auto"/>
      </w:divBdr>
      <w:divsChild>
        <w:div w:id="200752939">
          <w:marLeft w:val="0"/>
          <w:marRight w:val="0"/>
          <w:marTop w:val="0"/>
          <w:marBottom w:val="0"/>
          <w:divBdr>
            <w:top w:val="none" w:sz="0" w:space="0" w:color="auto"/>
            <w:left w:val="none" w:sz="0" w:space="0" w:color="auto"/>
            <w:bottom w:val="none" w:sz="0" w:space="0" w:color="auto"/>
            <w:right w:val="none" w:sz="0" w:space="0" w:color="auto"/>
          </w:divBdr>
        </w:div>
      </w:divsChild>
    </w:div>
    <w:div w:id="44450134">
      <w:bodyDiv w:val="1"/>
      <w:marLeft w:val="0"/>
      <w:marRight w:val="0"/>
      <w:marTop w:val="0"/>
      <w:marBottom w:val="0"/>
      <w:divBdr>
        <w:top w:val="none" w:sz="0" w:space="0" w:color="auto"/>
        <w:left w:val="none" w:sz="0" w:space="0" w:color="auto"/>
        <w:bottom w:val="none" w:sz="0" w:space="0" w:color="auto"/>
        <w:right w:val="none" w:sz="0" w:space="0" w:color="auto"/>
      </w:divBdr>
      <w:divsChild>
        <w:div w:id="802844626">
          <w:marLeft w:val="0"/>
          <w:marRight w:val="0"/>
          <w:marTop w:val="0"/>
          <w:marBottom w:val="0"/>
          <w:divBdr>
            <w:top w:val="none" w:sz="0" w:space="0" w:color="auto"/>
            <w:left w:val="none" w:sz="0" w:space="0" w:color="auto"/>
            <w:bottom w:val="none" w:sz="0" w:space="0" w:color="auto"/>
            <w:right w:val="none" w:sz="0" w:space="0" w:color="auto"/>
          </w:divBdr>
        </w:div>
      </w:divsChild>
    </w:div>
    <w:div w:id="143545182">
      <w:bodyDiv w:val="1"/>
      <w:marLeft w:val="0"/>
      <w:marRight w:val="0"/>
      <w:marTop w:val="0"/>
      <w:marBottom w:val="0"/>
      <w:divBdr>
        <w:top w:val="none" w:sz="0" w:space="0" w:color="auto"/>
        <w:left w:val="none" w:sz="0" w:space="0" w:color="auto"/>
        <w:bottom w:val="none" w:sz="0" w:space="0" w:color="auto"/>
        <w:right w:val="none" w:sz="0" w:space="0" w:color="auto"/>
      </w:divBdr>
      <w:divsChild>
        <w:div w:id="547956165">
          <w:marLeft w:val="0"/>
          <w:marRight w:val="0"/>
          <w:marTop w:val="0"/>
          <w:marBottom w:val="0"/>
          <w:divBdr>
            <w:top w:val="none" w:sz="0" w:space="0" w:color="auto"/>
            <w:left w:val="none" w:sz="0" w:space="0" w:color="auto"/>
            <w:bottom w:val="none" w:sz="0" w:space="0" w:color="auto"/>
            <w:right w:val="none" w:sz="0" w:space="0" w:color="auto"/>
          </w:divBdr>
        </w:div>
      </w:divsChild>
    </w:div>
    <w:div w:id="155149245">
      <w:bodyDiv w:val="1"/>
      <w:marLeft w:val="0"/>
      <w:marRight w:val="0"/>
      <w:marTop w:val="0"/>
      <w:marBottom w:val="0"/>
      <w:divBdr>
        <w:top w:val="none" w:sz="0" w:space="0" w:color="auto"/>
        <w:left w:val="none" w:sz="0" w:space="0" w:color="auto"/>
        <w:bottom w:val="none" w:sz="0" w:space="0" w:color="auto"/>
        <w:right w:val="none" w:sz="0" w:space="0" w:color="auto"/>
      </w:divBdr>
      <w:divsChild>
        <w:div w:id="2012053420">
          <w:marLeft w:val="0"/>
          <w:marRight w:val="0"/>
          <w:marTop w:val="0"/>
          <w:marBottom w:val="0"/>
          <w:divBdr>
            <w:top w:val="none" w:sz="0" w:space="0" w:color="auto"/>
            <w:left w:val="none" w:sz="0" w:space="0" w:color="auto"/>
            <w:bottom w:val="none" w:sz="0" w:space="0" w:color="auto"/>
            <w:right w:val="none" w:sz="0" w:space="0" w:color="auto"/>
          </w:divBdr>
        </w:div>
      </w:divsChild>
    </w:div>
    <w:div w:id="157187192">
      <w:bodyDiv w:val="1"/>
      <w:marLeft w:val="0"/>
      <w:marRight w:val="0"/>
      <w:marTop w:val="0"/>
      <w:marBottom w:val="0"/>
      <w:divBdr>
        <w:top w:val="none" w:sz="0" w:space="0" w:color="auto"/>
        <w:left w:val="none" w:sz="0" w:space="0" w:color="auto"/>
        <w:bottom w:val="none" w:sz="0" w:space="0" w:color="auto"/>
        <w:right w:val="none" w:sz="0" w:space="0" w:color="auto"/>
      </w:divBdr>
      <w:divsChild>
        <w:div w:id="1596785027">
          <w:marLeft w:val="0"/>
          <w:marRight w:val="0"/>
          <w:marTop w:val="0"/>
          <w:marBottom w:val="0"/>
          <w:divBdr>
            <w:top w:val="none" w:sz="0" w:space="0" w:color="auto"/>
            <w:left w:val="none" w:sz="0" w:space="0" w:color="auto"/>
            <w:bottom w:val="none" w:sz="0" w:space="0" w:color="auto"/>
            <w:right w:val="none" w:sz="0" w:space="0" w:color="auto"/>
          </w:divBdr>
        </w:div>
      </w:divsChild>
    </w:div>
    <w:div w:id="282348509">
      <w:bodyDiv w:val="1"/>
      <w:marLeft w:val="0"/>
      <w:marRight w:val="0"/>
      <w:marTop w:val="0"/>
      <w:marBottom w:val="0"/>
      <w:divBdr>
        <w:top w:val="none" w:sz="0" w:space="0" w:color="auto"/>
        <w:left w:val="none" w:sz="0" w:space="0" w:color="auto"/>
        <w:bottom w:val="none" w:sz="0" w:space="0" w:color="auto"/>
        <w:right w:val="none" w:sz="0" w:space="0" w:color="auto"/>
      </w:divBdr>
      <w:divsChild>
        <w:div w:id="781723364">
          <w:marLeft w:val="0"/>
          <w:marRight w:val="0"/>
          <w:marTop w:val="0"/>
          <w:marBottom w:val="0"/>
          <w:divBdr>
            <w:top w:val="none" w:sz="0" w:space="0" w:color="auto"/>
            <w:left w:val="none" w:sz="0" w:space="0" w:color="auto"/>
            <w:bottom w:val="none" w:sz="0" w:space="0" w:color="auto"/>
            <w:right w:val="none" w:sz="0" w:space="0" w:color="auto"/>
          </w:divBdr>
        </w:div>
      </w:divsChild>
    </w:div>
    <w:div w:id="284386946">
      <w:bodyDiv w:val="1"/>
      <w:marLeft w:val="0"/>
      <w:marRight w:val="0"/>
      <w:marTop w:val="0"/>
      <w:marBottom w:val="0"/>
      <w:divBdr>
        <w:top w:val="none" w:sz="0" w:space="0" w:color="auto"/>
        <w:left w:val="none" w:sz="0" w:space="0" w:color="auto"/>
        <w:bottom w:val="none" w:sz="0" w:space="0" w:color="auto"/>
        <w:right w:val="none" w:sz="0" w:space="0" w:color="auto"/>
      </w:divBdr>
      <w:divsChild>
        <w:div w:id="1936206715">
          <w:marLeft w:val="0"/>
          <w:marRight w:val="0"/>
          <w:marTop w:val="0"/>
          <w:marBottom w:val="0"/>
          <w:divBdr>
            <w:top w:val="none" w:sz="0" w:space="0" w:color="auto"/>
            <w:left w:val="none" w:sz="0" w:space="0" w:color="auto"/>
            <w:bottom w:val="none" w:sz="0" w:space="0" w:color="auto"/>
            <w:right w:val="none" w:sz="0" w:space="0" w:color="auto"/>
          </w:divBdr>
        </w:div>
      </w:divsChild>
    </w:div>
    <w:div w:id="324207040">
      <w:bodyDiv w:val="1"/>
      <w:marLeft w:val="0"/>
      <w:marRight w:val="0"/>
      <w:marTop w:val="0"/>
      <w:marBottom w:val="0"/>
      <w:divBdr>
        <w:top w:val="none" w:sz="0" w:space="0" w:color="auto"/>
        <w:left w:val="none" w:sz="0" w:space="0" w:color="auto"/>
        <w:bottom w:val="none" w:sz="0" w:space="0" w:color="auto"/>
        <w:right w:val="none" w:sz="0" w:space="0" w:color="auto"/>
      </w:divBdr>
      <w:divsChild>
        <w:div w:id="739257784">
          <w:marLeft w:val="0"/>
          <w:marRight w:val="0"/>
          <w:marTop w:val="0"/>
          <w:marBottom w:val="0"/>
          <w:divBdr>
            <w:top w:val="none" w:sz="0" w:space="0" w:color="auto"/>
            <w:left w:val="none" w:sz="0" w:space="0" w:color="auto"/>
            <w:bottom w:val="none" w:sz="0" w:space="0" w:color="auto"/>
            <w:right w:val="none" w:sz="0" w:space="0" w:color="auto"/>
          </w:divBdr>
        </w:div>
      </w:divsChild>
    </w:div>
    <w:div w:id="336882663">
      <w:bodyDiv w:val="1"/>
      <w:marLeft w:val="0"/>
      <w:marRight w:val="0"/>
      <w:marTop w:val="0"/>
      <w:marBottom w:val="0"/>
      <w:divBdr>
        <w:top w:val="none" w:sz="0" w:space="0" w:color="auto"/>
        <w:left w:val="none" w:sz="0" w:space="0" w:color="auto"/>
        <w:bottom w:val="none" w:sz="0" w:space="0" w:color="auto"/>
        <w:right w:val="none" w:sz="0" w:space="0" w:color="auto"/>
      </w:divBdr>
      <w:divsChild>
        <w:div w:id="841234863">
          <w:marLeft w:val="0"/>
          <w:marRight w:val="0"/>
          <w:marTop w:val="0"/>
          <w:marBottom w:val="0"/>
          <w:divBdr>
            <w:top w:val="none" w:sz="0" w:space="0" w:color="auto"/>
            <w:left w:val="none" w:sz="0" w:space="0" w:color="auto"/>
            <w:bottom w:val="none" w:sz="0" w:space="0" w:color="auto"/>
            <w:right w:val="none" w:sz="0" w:space="0" w:color="auto"/>
          </w:divBdr>
        </w:div>
      </w:divsChild>
    </w:div>
    <w:div w:id="350568442">
      <w:bodyDiv w:val="1"/>
      <w:marLeft w:val="0"/>
      <w:marRight w:val="0"/>
      <w:marTop w:val="0"/>
      <w:marBottom w:val="0"/>
      <w:divBdr>
        <w:top w:val="none" w:sz="0" w:space="0" w:color="auto"/>
        <w:left w:val="none" w:sz="0" w:space="0" w:color="auto"/>
        <w:bottom w:val="none" w:sz="0" w:space="0" w:color="auto"/>
        <w:right w:val="none" w:sz="0" w:space="0" w:color="auto"/>
      </w:divBdr>
      <w:divsChild>
        <w:div w:id="957025902">
          <w:marLeft w:val="0"/>
          <w:marRight w:val="0"/>
          <w:marTop w:val="0"/>
          <w:marBottom w:val="0"/>
          <w:divBdr>
            <w:top w:val="none" w:sz="0" w:space="0" w:color="auto"/>
            <w:left w:val="none" w:sz="0" w:space="0" w:color="auto"/>
            <w:bottom w:val="none" w:sz="0" w:space="0" w:color="auto"/>
            <w:right w:val="none" w:sz="0" w:space="0" w:color="auto"/>
          </w:divBdr>
        </w:div>
      </w:divsChild>
    </w:div>
    <w:div w:id="368920365">
      <w:bodyDiv w:val="1"/>
      <w:marLeft w:val="0"/>
      <w:marRight w:val="0"/>
      <w:marTop w:val="0"/>
      <w:marBottom w:val="0"/>
      <w:divBdr>
        <w:top w:val="none" w:sz="0" w:space="0" w:color="auto"/>
        <w:left w:val="none" w:sz="0" w:space="0" w:color="auto"/>
        <w:bottom w:val="none" w:sz="0" w:space="0" w:color="auto"/>
        <w:right w:val="none" w:sz="0" w:space="0" w:color="auto"/>
      </w:divBdr>
      <w:divsChild>
        <w:div w:id="2024279085">
          <w:marLeft w:val="0"/>
          <w:marRight w:val="0"/>
          <w:marTop w:val="0"/>
          <w:marBottom w:val="0"/>
          <w:divBdr>
            <w:top w:val="none" w:sz="0" w:space="0" w:color="auto"/>
            <w:left w:val="none" w:sz="0" w:space="0" w:color="auto"/>
            <w:bottom w:val="none" w:sz="0" w:space="0" w:color="auto"/>
            <w:right w:val="none" w:sz="0" w:space="0" w:color="auto"/>
          </w:divBdr>
        </w:div>
      </w:divsChild>
    </w:div>
    <w:div w:id="400913068">
      <w:bodyDiv w:val="1"/>
      <w:marLeft w:val="0"/>
      <w:marRight w:val="0"/>
      <w:marTop w:val="0"/>
      <w:marBottom w:val="0"/>
      <w:divBdr>
        <w:top w:val="none" w:sz="0" w:space="0" w:color="auto"/>
        <w:left w:val="none" w:sz="0" w:space="0" w:color="auto"/>
        <w:bottom w:val="none" w:sz="0" w:space="0" w:color="auto"/>
        <w:right w:val="none" w:sz="0" w:space="0" w:color="auto"/>
      </w:divBdr>
      <w:divsChild>
        <w:div w:id="2109882550">
          <w:marLeft w:val="0"/>
          <w:marRight w:val="0"/>
          <w:marTop w:val="0"/>
          <w:marBottom w:val="0"/>
          <w:divBdr>
            <w:top w:val="none" w:sz="0" w:space="0" w:color="auto"/>
            <w:left w:val="none" w:sz="0" w:space="0" w:color="auto"/>
            <w:bottom w:val="none" w:sz="0" w:space="0" w:color="auto"/>
            <w:right w:val="none" w:sz="0" w:space="0" w:color="auto"/>
          </w:divBdr>
        </w:div>
      </w:divsChild>
    </w:div>
    <w:div w:id="440875235">
      <w:bodyDiv w:val="1"/>
      <w:marLeft w:val="0"/>
      <w:marRight w:val="0"/>
      <w:marTop w:val="0"/>
      <w:marBottom w:val="0"/>
      <w:divBdr>
        <w:top w:val="none" w:sz="0" w:space="0" w:color="auto"/>
        <w:left w:val="none" w:sz="0" w:space="0" w:color="auto"/>
        <w:bottom w:val="none" w:sz="0" w:space="0" w:color="auto"/>
        <w:right w:val="none" w:sz="0" w:space="0" w:color="auto"/>
      </w:divBdr>
      <w:divsChild>
        <w:div w:id="461459088">
          <w:marLeft w:val="0"/>
          <w:marRight w:val="0"/>
          <w:marTop w:val="0"/>
          <w:marBottom w:val="0"/>
          <w:divBdr>
            <w:top w:val="none" w:sz="0" w:space="0" w:color="auto"/>
            <w:left w:val="none" w:sz="0" w:space="0" w:color="auto"/>
            <w:bottom w:val="none" w:sz="0" w:space="0" w:color="auto"/>
            <w:right w:val="none" w:sz="0" w:space="0" w:color="auto"/>
          </w:divBdr>
        </w:div>
      </w:divsChild>
    </w:div>
    <w:div w:id="449865437">
      <w:bodyDiv w:val="1"/>
      <w:marLeft w:val="0"/>
      <w:marRight w:val="0"/>
      <w:marTop w:val="0"/>
      <w:marBottom w:val="0"/>
      <w:divBdr>
        <w:top w:val="none" w:sz="0" w:space="0" w:color="auto"/>
        <w:left w:val="none" w:sz="0" w:space="0" w:color="auto"/>
        <w:bottom w:val="none" w:sz="0" w:space="0" w:color="auto"/>
        <w:right w:val="none" w:sz="0" w:space="0" w:color="auto"/>
      </w:divBdr>
      <w:divsChild>
        <w:div w:id="1775906563">
          <w:marLeft w:val="0"/>
          <w:marRight w:val="0"/>
          <w:marTop w:val="0"/>
          <w:marBottom w:val="0"/>
          <w:divBdr>
            <w:top w:val="none" w:sz="0" w:space="0" w:color="auto"/>
            <w:left w:val="none" w:sz="0" w:space="0" w:color="auto"/>
            <w:bottom w:val="none" w:sz="0" w:space="0" w:color="auto"/>
            <w:right w:val="none" w:sz="0" w:space="0" w:color="auto"/>
          </w:divBdr>
        </w:div>
      </w:divsChild>
    </w:div>
    <w:div w:id="507870026">
      <w:bodyDiv w:val="1"/>
      <w:marLeft w:val="0"/>
      <w:marRight w:val="0"/>
      <w:marTop w:val="0"/>
      <w:marBottom w:val="0"/>
      <w:divBdr>
        <w:top w:val="none" w:sz="0" w:space="0" w:color="auto"/>
        <w:left w:val="none" w:sz="0" w:space="0" w:color="auto"/>
        <w:bottom w:val="none" w:sz="0" w:space="0" w:color="auto"/>
        <w:right w:val="none" w:sz="0" w:space="0" w:color="auto"/>
      </w:divBdr>
      <w:divsChild>
        <w:div w:id="168954037">
          <w:marLeft w:val="0"/>
          <w:marRight w:val="0"/>
          <w:marTop w:val="0"/>
          <w:marBottom w:val="0"/>
          <w:divBdr>
            <w:top w:val="none" w:sz="0" w:space="0" w:color="auto"/>
            <w:left w:val="none" w:sz="0" w:space="0" w:color="auto"/>
            <w:bottom w:val="none" w:sz="0" w:space="0" w:color="auto"/>
            <w:right w:val="none" w:sz="0" w:space="0" w:color="auto"/>
          </w:divBdr>
        </w:div>
      </w:divsChild>
    </w:div>
    <w:div w:id="551035968">
      <w:bodyDiv w:val="1"/>
      <w:marLeft w:val="0"/>
      <w:marRight w:val="0"/>
      <w:marTop w:val="0"/>
      <w:marBottom w:val="0"/>
      <w:divBdr>
        <w:top w:val="none" w:sz="0" w:space="0" w:color="auto"/>
        <w:left w:val="none" w:sz="0" w:space="0" w:color="auto"/>
        <w:bottom w:val="none" w:sz="0" w:space="0" w:color="auto"/>
        <w:right w:val="none" w:sz="0" w:space="0" w:color="auto"/>
      </w:divBdr>
      <w:divsChild>
        <w:div w:id="564296013">
          <w:marLeft w:val="0"/>
          <w:marRight w:val="0"/>
          <w:marTop w:val="0"/>
          <w:marBottom w:val="0"/>
          <w:divBdr>
            <w:top w:val="none" w:sz="0" w:space="0" w:color="auto"/>
            <w:left w:val="none" w:sz="0" w:space="0" w:color="auto"/>
            <w:bottom w:val="none" w:sz="0" w:space="0" w:color="auto"/>
            <w:right w:val="none" w:sz="0" w:space="0" w:color="auto"/>
          </w:divBdr>
        </w:div>
      </w:divsChild>
    </w:div>
    <w:div w:id="607275236">
      <w:bodyDiv w:val="1"/>
      <w:marLeft w:val="0"/>
      <w:marRight w:val="0"/>
      <w:marTop w:val="0"/>
      <w:marBottom w:val="0"/>
      <w:divBdr>
        <w:top w:val="none" w:sz="0" w:space="0" w:color="auto"/>
        <w:left w:val="none" w:sz="0" w:space="0" w:color="auto"/>
        <w:bottom w:val="none" w:sz="0" w:space="0" w:color="auto"/>
        <w:right w:val="none" w:sz="0" w:space="0" w:color="auto"/>
      </w:divBdr>
      <w:divsChild>
        <w:div w:id="779573825">
          <w:marLeft w:val="0"/>
          <w:marRight w:val="0"/>
          <w:marTop w:val="0"/>
          <w:marBottom w:val="0"/>
          <w:divBdr>
            <w:top w:val="none" w:sz="0" w:space="0" w:color="auto"/>
            <w:left w:val="none" w:sz="0" w:space="0" w:color="auto"/>
            <w:bottom w:val="none" w:sz="0" w:space="0" w:color="auto"/>
            <w:right w:val="none" w:sz="0" w:space="0" w:color="auto"/>
          </w:divBdr>
        </w:div>
      </w:divsChild>
    </w:div>
    <w:div w:id="631405841">
      <w:bodyDiv w:val="1"/>
      <w:marLeft w:val="0"/>
      <w:marRight w:val="0"/>
      <w:marTop w:val="0"/>
      <w:marBottom w:val="0"/>
      <w:divBdr>
        <w:top w:val="none" w:sz="0" w:space="0" w:color="auto"/>
        <w:left w:val="none" w:sz="0" w:space="0" w:color="auto"/>
        <w:bottom w:val="none" w:sz="0" w:space="0" w:color="auto"/>
        <w:right w:val="none" w:sz="0" w:space="0" w:color="auto"/>
      </w:divBdr>
      <w:divsChild>
        <w:div w:id="942881800">
          <w:marLeft w:val="0"/>
          <w:marRight w:val="0"/>
          <w:marTop w:val="0"/>
          <w:marBottom w:val="0"/>
          <w:divBdr>
            <w:top w:val="none" w:sz="0" w:space="0" w:color="auto"/>
            <w:left w:val="none" w:sz="0" w:space="0" w:color="auto"/>
            <w:bottom w:val="none" w:sz="0" w:space="0" w:color="auto"/>
            <w:right w:val="none" w:sz="0" w:space="0" w:color="auto"/>
          </w:divBdr>
        </w:div>
      </w:divsChild>
    </w:div>
    <w:div w:id="683750112">
      <w:bodyDiv w:val="1"/>
      <w:marLeft w:val="0"/>
      <w:marRight w:val="0"/>
      <w:marTop w:val="0"/>
      <w:marBottom w:val="0"/>
      <w:divBdr>
        <w:top w:val="none" w:sz="0" w:space="0" w:color="auto"/>
        <w:left w:val="none" w:sz="0" w:space="0" w:color="auto"/>
        <w:bottom w:val="none" w:sz="0" w:space="0" w:color="auto"/>
        <w:right w:val="none" w:sz="0" w:space="0" w:color="auto"/>
      </w:divBdr>
      <w:divsChild>
        <w:div w:id="1713534185">
          <w:marLeft w:val="0"/>
          <w:marRight w:val="0"/>
          <w:marTop w:val="0"/>
          <w:marBottom w:val="0"/>
          <w:divBdr>
            <w:top w:val="none" w:sz="0" w:space="0" w:color="auto"/>
            <w:left w:val="none" w:sz="0" w:space="0" w:color="auto"/>
            <w:bottom w:val="none" w:sz="0" w:space="0" w:color="auto"/>
            <w:right w:val="none" w:sz="0" w:space="0" w:color="auto"/>
          </w:divBdr>
        </w:div>
      </w:divsChild>
    </w:div>
    <w:div w:id="693653398">
      <w:bodyDiv w:val="1"/>
      <w:marLeft w:val="0"/>
      <w:marRight w:val="0"/>
      <w:marTop w:val="0"/>
      <w:marBottom w:val="0"/>
      <w:divBdr>
        <w:top w:val="none" w:sz="0" w:space="0" w:color="auto"/>
        <w:left w:val="none" w:sz="0" w:space="0" w:color="auto"/>
        <w:bottom w:val="none" w:sz="0" w:space="0" w:color="auto"/>
        <w:right w:val="none" w:sz="0" w:space="0" w:color="auto"/>
      </w:divBdr>
      <w:divsChild>
        <w:div w:id="1287353333">
          <w:marLeft w:val="0"/>
          <w:marRight w:val="0"/>
          <w:marTop w:val="0"/>
          <w:marBottom w:val="0"/>
          <w:divBdr>
            <w:top w:val="none" w:sz="0" w:space="0" w:color="auto"/>
            <w:left w:val="none" w:sz="0" w:space="0" w:color="auto"/>
            <w:bottom w:val="none" w:sz="0" w:space="0" w:color="auto"/>
            <w:right w:val="none" w:sz="0" w:space="0" w:color="auto"/>
          </w:divBdr>
        </w:div>
      </w:divsChild>
    </w:div>
    <w:div w:id="694887853">
      <w:bodyDiv w:val="1"/>
      <w:marLeft w:val="0"/>
      <w:marRight w:val="0"/>
      <w:marTop w:val="0"/>
      <w:marBottom w:val="0"/>
      <w:divBdr>
        <w:top w:val="none" w:sz="0" w:space="0" w:color="auto"/>
        <w:left w:val="none" w:sz="0" w:space="0" w:color="auto"/>
        <w:bottom w:val="none" w:sz="0" w:space="0" w:color="auto"/>
        <w:right w:val="none" w:sz="0" w:space="0" w:color="auto"/>
      </w:divBdr>
      <w:divsChild>
        <w:div w:id="447284289">
          <w:marLeft w:val="0"/>
          <w:marRight w:val="0"/>
          <w:marTop w:val="0"/>
          <w:marBottom w:val="0"/>
          <w:divBdr>
            <w:top w:val="none" w:sz="0" w:space="0" w:color="auto"/>
            <w:left w:val="none" w:sz="0" w:space="0" w:color="auto"/>
            <w:bottom w:val="none" w:sz="0" w:space="0" w:color="auto"/>
            <w:right w:val="none" w:sz="0" w:space="0" w:color="auto"/>
          </w:divBdr>
        </w:div>
      </w:divsChild>
    </w:div>
    <w:div w:id="801927216">
      <w:bodyDiv w:val="1"/>
      <w:marLeft w:val="0"/>
      <w:marRight w:val="0"/>
      <w:marTop w:val="0"/>
      <w:marBottom w:val="0"/>
      <w:divBdr>
        <w:top w:val="none" w:sz="0" w:space="0" w:color="auto"/>
        <w:left w:val="none" w:sz="0" w:space="0" w:color="auto"/>
        <w:bottom w:val="none" w:sz="0" w:space="0" w:color="auto"/>
        <w:right w:val="none" w:sz="0" w:space="0" w:color="auto"/>
      </w:divBdr>
      <w:divsChild>
        <w:div w:id="1653675534">
          <w:marLeft w:val="0"/>
          <w:marRight w:val="0"/>
          <w:marTop w:val="0"/>
          <w:marBottom w:val="0"/>
          <w:divBdr>
            <w:top w:val="none" w:sz="0" w:space="0" w:color="auto"/>
            <w:left w:val="none" w:sz="0" w:space="0" w:color="auto"/>
            <w:bottom w:val="none" w:sz="0" w:space="0" w:color="auto"/>
            <w:right w:val="none" w:sz="0" w:space="0" w:color="auto"/>
          </w:divBdr>
        </w:div>
      </w:divsChild>
    </w:div>
    <w:div w:id="842277942">
      <w:bodyDiv w:val="1"/>
      <w:marLeft w:val="0"/>
      <w:marRight w:val="0"/>
      <w:marTop w:val="0"/>
      <w:marBottom w:val="0"/>
      <w:divBdr>
        <w:top w:val="none" w:sz="0" w:space="0" w:color="auto"/>
        <w:left w:val="none" w:sz="0" w:space="0" w:color="auto"/>
        <w:bottom w:val="none" w:sz="0" w:space="0" w:color="auto"/>
        <w:right w:val="none" w:sz="0" w:space="0" w:color="auto"/>
      </w:divBdr>
      <w:divsChild>
        <w:div w:id="696932883">
          <w:marLeft w:val="0"/>
          <w:marRight w:val="0"/>
          <w:marTop w:val="0"/>
          <w:marBottom w:val="0"/>
          <w:divBdr>
            <w:top w:val="none" w:sz="0" w:space="0" w:color="auto"/>
            <w:left w:val="none" w:sz="0" w:space="0" w:color="auto"/>
            <w:bottom w:val="none" w:sz="0" w:space="0" w:color="auto"/>
            <w:right w:val="none" w:sz="0" w:space="0" w:color="auto"/>
          </w:divBdr>
        </w:div>
      </w:divsChild>
    </w:div>
    <w:div w:id="889195258">
      <w:bodyDiv w:val="1"/>
      <w:marLeft w:val="0"/>
      <w:marRight w:val="0"/>
      <w:marTop w:val="0"/>
      <w:marBottom w:val="0"/>
      <w:divBdr>
        <w:top w:val="none" w:sz="0" w:space="0" w:color="auto"/>
        <w:left w:val="none" w:sz="0" w:space="0" w:color="auto"/>
        <w:bottom w:val="none" w:sz="0" w:space="0" w:color="auto"/>
        <w:right w:val="none" w:sz="0" w:space="0" w:color="auto"/>
      </w:divBdr>
      <w:divsChild>
        <w:div w:id="1613316269">
          <w:marLeft w:val="0"/>
          <w:marRight w:val="0"/>
          <w:marTop w:val="0"/>
          <w:marBottom w:val="0"/>
          <w:divBdr>
            <w:top w:val="none" w:sz="0" w:space="0" w:color="auto"/>
            <w:left w:val="none" w:sz="0" w:space="0" w:color="auto"/>
            <w:bottom w:val="none" w:sz="0" w:space="0" w:color="auto"/>
            <w:right w:val="none" w:sz="0" w:space="0" w:color="auto"/>
          </w:divBdr>
        </w:div>
      </w:divsChild>
    </w:div>
    <w:div w:id="895822749">
      <w:bodyDiv w:val="1"/>
      <w:marLeft w:val="0"/>
      <w:marRight w:val="0"/>
      <w:marTop w:val="0"/>
      <w:marBottom w:val="0"/>
      <w:divBdr>
        <w:top w:val="none" w:sz="0" w:space="0" w:color="auto"/>
        <w:left w:val="none" w:sz="0" w:space="0" w:color="auto"/>
        <w:bottom w:val="none" w:sz="0" w:space="0" w:color="auto"/>
        <w:right w:val="none" w:sz="0" w:space="0" w:color="auto"/>
      </w:divBdr>
      <w:divsChild>
        <w:div w:id="1568497825">
          <w:marLeft w:val="0"/>
          <w:marRight w:val="0"/>
          <w:marTop w:val="0"/>
          <w:marBottom w:val="0"/>
          <w:divBdr>
            <w:top w:val="none" w:sz="0" w:space="0" w:color="auto"/>
            <w:left w:val="none" w:sz="0" w:space="0" w:color="auto"/>
            <w:bottom w:val="none" w:sz="0" w:space="0" w:color="auto"/>
            <w:right w:val="none" w:sz="0" w:space="0" w:color="auto"/>
          </w:divBdr>
        </w:div>
      </w:divsChild>
    </w:div>
    <w:div w:id="933971698">
      <w:bodyDiv w:val="1"/>
      <w:marLeft w:val="0"/>
      <w:marRight w:val="0"/>
      <w:marTop w:val="0"/>
      <w:marBottom w:val="0"/>
      <w:divBdr>
        <w:top w:val="none" w:sz="0" w:space="0" w:color="auto"/>
        <w:left w:val="none" w:sz="0" w:space="0" w:color="auto"/>
        <w:bottom w:val="none" w:sz="0" w:space="0" w:color="auto"/>
        <w:right w:val="none" w:sz="0" w:space="0" w:color="auto"/>
      </w:divBdr>
      <w:divsChild>
        <w:div w:id="2065059326">
          <w:marLeft w:val="0"/>
          <w:marRight w:val="0"/>
          <w:marTop w:val="0"/>
          <w:marBottom w:val="0"/>
          <w:divBdr>
            <w:top w:val="none" w:sz="0" w:space="0" w:color="auto"/>
            <w:left w:val="none" w:sz="0" w:space="0" w:color="auto"/>
            <w:bottom w:val="none" w:sz="0" w:space="0" w:color="auto"/>
            <w:right w:val="none" w:sz="0" w:space="0" w:color="auto"/>
          </w:divBdr>
        </w:div>
      </w:divsChild>
    </w:div>
    <w:div w:id="961304701">
      <w:bodyDiv w:val="1"/>
      <w:marLeft w:val="0"/>
      <w:marRight w:val="0"/>
      <w:marTop w:val="0"/>
      <w:marBottom w:val="0"/>
      <w:divBdr>
        <w:top w:val="none" w:sz="0" w:space="0" w:color="auto"/>
        <w:left w:val="none" w:sz="0" w:space="0" w:color="auto"/>
        <w:bottom w:val="none" w:sz="0" w:space="0" w:color="auto"/>
        <w:right w:val="none" w:sz="0" w:space="0" w:color="auto"/>
      </w:divBdr>
      <w:divsChild>
        <w:div w:id="640039137">
          <w:marLeft w:val="0"/>
          <w:marRight w:val="0"/>
          <w:marTop w:val="0"/>
          <w:marBottom w:val="0"/>
          <w:divBdr>
            <w:top w:val="none" w:sz="0" w:space="0" w:color="auto"/>
            <w:left w:val="none" w:sz="0" w:space="0" w:color="auto"/>
            <w:bottom w:val="none" w:sz="0" w:space="0" w:color="auto"/>
            <w:right w:val="none" w:sz="0" w:space="0" w:color="auto"/>
          </w:divBdr>
        </w:div>
      </w:divsChild>
    </w:div>
    <w:div w:id="969556142">
      <w:bodyDiv w:val="1"/>
      <w:marLeft w:val="0"/>
      <w:marRight w:val="0"/>
      <w:marTop w:val="0"/>
      <w:marBottom w:val="0"/>
      <w:divBdr>
        <w:top w:val="none" w:sz="0" w:space="0" w:color="auto"/>
        <w:left w:val="none" w:sz="0" w:space="0" w:color="auto"/>
        <w:bottom w:val="none" w:sz="0" w:space="0" w:color="auto"/>
        <w:right w:val="none" w:sz="0" w:space="0" w:color="auto"/>
      </w:divBdr>
      <w:divsChild>
        <w:div w:id="815296308">
          <w:marLeft w:val="0"/>
          <w:marRight w:val="0"/>
          <w:marTop w:val="0"/>
          <w:marBottom w:val="0"/>
          <w:divBdr>
            <w:top w:val="none" w:sz="0" w:space="0" w:color="auto"/>
            <w:left w:val="none" w:sz="0" w:space="0" w:color="auto"/>
            <w:bottom w:val="none" w:sz="0" w:space="0" w:color="auto"/>
            <w:right w:val="none" w:sz="0" w:space="0" w:color="auto"/>
          </w:divBdr>
        </w:div>
      </w:divsChild>
    </w:div>
    <w:div w:id="1024786604">
      <w:bodyDiv w:val="1"/>
      <w:marLeft w:val="0"/>
      <w:marRight w:val="0"/>
      <w:marTop w:val="0"/>
      <w:marBottom w:val="0"/>
      <w:divBdr>
        <w:top w:val="none" w:sz="0" w:space="0" w:color="auto"/>
        <w:left w:val="none" w:sz="0" w:space="0" w:color="auto"/>
        <w:bottom w:val="none" w:sz="0" w:space="0" w:color="auto"/>
        <w:right w:val="none" w:sz="0" w:space="0" w:color="auto"/>
      </w:divBdr>
      <w:divsChild>
        <w:div w:id="1711998181">
          <w:marLeft w:val="0"/>
          <w:marRight w:val="0"/>
          <w:marTop w:val="0"/>
          <w:marBottom w:val="0"/>
          <w:divBdr>
            <w:top w:val="none" w:sz="0" w:space="0" w:color="auto"/>
            <w:left w:val="none" w:sz="0" w:space="0" w:color="auto"/>
            <w:bottom w:val="none" w:sz="0" w:space="0" w:color="auto"/>
            <w:right w:val="none" w:sz="0" w:space="0" w:color="auto"/>
          </w:divBdr>
        </w:div>
      </w:divsChild>
    </w:div>
    <w:div w:id="1049495715">
      <w:bodyDiv w:val="1"/>
      <w:marLeft w:val="0"/>
      <w:marRight w:val="0"/>
      <w:marTop w:val="0"/>
      <w:marBottom w:val="0"/>
      <w:divBdr>
        <w:top w:val="none" w:sz="0" w:space="0" w:color="auto"/>
        <w:left w:val="none" w:sz="0" w:space="0" w:color="auto"/>
        <w:bottom w:val="none" w:sz="0" w:space="0" w:color="auto"/>
        <w:right w:val="none" w:sz="0" w:space="0" w:color="auto"/>
      </w:divBdr>
      <w:divsChild>
        <w:div w:id="1123889604">
          <w:marLeft w:val="0"/>
          <w:marRight w:val="0"/>
          <w:marTop w:val="0"/>
          <w:marBottom w:val="0"/>
          <w:divBdr>
            <w:top w:val="none" w:sz="0" w:space="0" w:color="auto"/>
            <w:left w:val="none" w:sz="0" w:space="0" w:color="auto"/>
            <w:bottom w:val="none" w:sz="0" w:space="0" w:color="auto"/>
            <w:right w:val="none" w:sz="0" w:space="0" w:color="auto"/>
          </w:divBdr>
        </w:div>
      </w:divsChild>
    </w:div>
    <w:div w:id="1120150587">
      <w:bodyDiv w:val="1"/>
      <w:marLeft w:val="0"/>
      <w:marRight w:val="0"/>
      <w:marTop w:val="0"/>
      <w:marBottom w:val="0"/>
      <w:divBdr>
        <w:top w:val="none" w:sz="0" w:space="0" w:color="auto"/>
        <w:left w:val="none" w:sz="0" w:space="0" w:color="auto"/>
        <w:bottom w:val="none" w:sz="0" w:space="0" w:color="auto"/>
        <w:right w:val="none" w:sz="0" w:space="0" w:color="auto"/>
      </w:divBdr>
      <w:divsChild>
        <w:div w:id="821890064">
          <w:marLeft w:val="0"/>
          <w:marRight w:val="0"/>
          <w:marTop w:val="0"/>
          <w:marBottom w:val="0"/>
          <w:divBdr>
            <w:top w:val="none" w:sz="0" w:space="0" w:color="auto"/>
            <w:left w:val="none" w:sz="0" w:space="0" w:color="auto"/>
            <w:bottom w:val="none" w:sz="0" w:space="0" w:color="auto"/>
            <w:right w:val="none" w:sz="0" w:space="0" w:color="auto"/>
          </w:divBdr>
        </w:div>
      </w:divsChild>
    </w:div>
    <w:div w:id="1121193483">
      <w:bodyDiv w:val="1"/>
      <w:marLeft w:val="0"/>
      <w:marRight w:val="0"/>
      <w:marTop w:val="0"/>
      <w:marBottom w:val="0"/>
      <w:divBdr>
        <w:top w:val="none" w:sz="0" w:space="0" w:color="auto"/>
        <w:left w:val="none" w:sz="0" w:space="0" w:color="auto"/>
        <w:bottom w:val="none" w:sz="0" w:space="0" w:color="auto"/>
        <w:right w:val="none" w:sz="0" w:space="0" w:color="auto"/>
      </w:divBdr>
      <w:divsChild>
        <w:div w:id="971205578">
          <w:marLeft w:val="0"/>
          <w:marRight w:val="0"/>
          <w:marTop w:val="0"/>
          <w:marBottom w:val="0"/>
          <w:divBdr>
            <w:top w:val="none" w:sz="0" w:space="0" w:color="auto"/>
            <w:left w:val="none" w:sz="0" w:space="0" w:color="auto"/>
            <w:bottom w:val="none" w:sz="0" w:space="0" w:color="auto"/>
            <w:right w:val="none" w:sz="0" w:space="0" w:color="auto"/>
          </w:divBdr>
        </w:div>
      </w:divsChild>
    </w:div>
    <w:div w:id="1193767478">
      <w:bodyDiv w:val="1"/>
      <w:marLeft w:val="0"/>
      <w:marRight w:val="0"/>
      <w:marTop w:val="0"/>
      <w:marBottom w:val="0"/>
      <w:divBdr>
        <w:top w:val="none" w:sz="0" w:space="0" w:color="auto"/>
        <w:left w:val="none" w:sz="0" w:space="0" w:color="auto"/>
        <w:bottom w:val="none" w:sz="0" w:space="0" w:color="auto"/>
        <w:right w:val="none" w:sz="0" w:space="0" w:color="auto"/>
      </w:divBdr>
      <w:divsChild>
        <w:div w:id="437024091">
          <w:marLeft w:val="0"/>
          <w:marRight w:val="0"/>
          <w:marTop w:val="0"/>
          <w:marBottom w:val="0"/>
          <w:divBdr>
            <w:top w:val="none" w:sz="0" w:space="0" w:color="auto"/>
            <w:left w:val="none" w:sz="0" w:space="0" w:color="auto"/>
            <w:bottom w:val="none" w:sz="0" w:space="0" w:color="auto"/>
            <w:right w:val="none" w:sz="0" w:space="0" w:color="auto"/>
          </w:divBdr>
        </w:div>
      </w:divsChild>
    </w:div>
    <w:div w:id="1218517741">
      <w:bodyDiv w:val="1"/>
      <w:marLeft w:val="0"/>
      <w:marRight w:val="0"/>
      <w:marTop w:val="0"/>
      <w:marBottom w:val="0"/>
      <w:divBdr>
        <w:top w:val="none" w:sz="0" w:space="0" w:color="auto"/>
        <w:left w:val="none" w:sz="0" w:space="0" w:color="auto"/>
        <w:bottom w:val="none" w:sz="0" w:space="0" w:color="auto"/>
        <w:right w:val="none" w:sz="0" w:space="0" w:color="auto"/>
      </w:divBdr>
      <w:divsChild>
        <w:div w:id="1423599171">
          <w:marLeft w:val="0"/>
          <w:marRight w:val="0"/>
          <w:marTop w:val="0"/>
          <w:marBottom w:val="0"/>
          <w:divBdr>
            <w:top w:val="none" w:sz="0" w:space="0" w:color="auto"/>
            <w:left w:val="none" w:sz="0" w:space="0" w:color="auto"/>
            <w:bottom w:val="none" w:sz="0" w:space="0" w:color="auto"/>
            <w:right w:val="none" w:sz="0" w:space="0" w:color="auto"/>
          </w:divBdr>
        </w:div>
      </w:divsChild>
    </w:div>
    <w:div w:id="1227297998">
      <w:bodyDiv w:val="1"/>
      <w:marLeft w:val="0"/>
      <w:marRight w:val="0"/>
      <w:marTop w:val="0"/>
      <w:marBottom w:val="0"/>
      <w:divBdr>
        <w:top w:val="none" w:sz="0" w:space="0" w:color="auto"/>
        <w:left w:val="none" w:sz="0" w:space="0" w:color="auto"/>
        <w:bottom w:val="none" w:sz="0" w:space="0" w:color="auto"/>
        <w:right w:val="none" w:sz="0" w:space="0" w:color="auto"/>
      </w:divBdr>
      <w:divsChild>
        <w:div w:id="2064985106">
          <w:marLeft w:val="0"/>
          <w:marRight w:val="0"/>
          <w:marTop w:val="0"/>
          <w:marBottom w:val="0"/>
          <w:divBdr>
            <w:top w:val="none" w:sz="0" w:space="0" w:color="auto"/>
            <w:left w:val="none" w:sz="0" w:space="0" w:color="auto"/>
            <w:bottom w:val="none" w:sz="0" w:space="0" w:color="auto"/>
            <w:right w:val="none" w:sz="0" w:space="0" w:color="auto"/>
          </w:divBdr>
        </w:div>
      </w:divsChild>
    </w:div>
    <w:div w:id="1245795722">
      <w:bodyDiv w:val="1"/>
      <w:marLeft w:val="0"/>
      <w:marRight w:val="0"/>
      <w:marTop w:val="0"/>
      <w:marBottom w:val="0"/>
      <w:divBdr>
        <w:top w:val="none" w:sz="0" w:space="0" w:color="auto"/>
        <w:left w:val="none" w:sz="0" w:space="0" w:color="auto"/>
        <w:bottom w:val="none" w:sz="0" w:space="0" w:color="auto"/>
        <w:right w:val="none" w:sz="0" w:space="0" w:color="auto"/>
      </w:divBdr>
      <w:divsChild>
        <w:div w:id="929462783">
          <w:marLeft w:val="0"/>
          <w:marRight w:val="0"/>
          <w:marTop w:val="0"/>
          <w:marBottom w:val="0"/>
          <w:divBdr>
            <w:top w:val="none" w:sz="0" w:space="0" w:color="auto"/>
            <w:left w:val="none" w:sz="0" w:space="0" w:color="auto"/>
            <w:bottom w:val="none" w:sz="0" w:space="0" w:color="auto"/>
            <w:right w:val="none" w:sz="0" w:space="0" w:color="auto"/>
          </w:divBdr>
        </w:div>
      </w:divsChild>
    </w:div>
    <w:div w:id="1264534019">
      <w:bodyDiv w:val="1"/>
      <w:marLeft w:val="0"/>
      <w:marRight w:val="0"/>
      <w:marTop w:val="0"/>
      <w:marBottom w:val="0"/>
      <w:divBdr>
        <w:top w:val="none" w:sz="0" w:space="0" w:color="auto"/>
        <w:left w:val="none" w:sz="0" w:space="0" w:color="auto"/>
        <w:bottom w:val="none" w:sz="0" w:space="0" w:color="auto"/>
        <w:right w:val="none" w:sz="0" w:space="0" w:color="auto"/>
      </w:divBdr>
      <w:divsChild>
        <w:div w:id="717752005">
          <w:marLeft w:val="0"/>
          <w:marRight w:val="0"/>
          <w:marTop w:val="0"/>
          <w:marBottom w:val="0"/>
          <w:divBdr>
            <w:top w:val="none" w:sz="0" w:space="0" w:color="auto"/>
            <w:left w:val="none" w:sz="0" w:space="0" w:color="auto"/>
            <w:bottom w:val="none" w:sz="0" w:space="0" w:color="auto"/>
            <w:right w:val="none" w:sz="0" w:space="0" w:color="auto"/>
          </w:divBdr>
        </w:div>
      </w:divsChild>
    </w:div>
    <w:div w:id="1350257587">
      <w:bodyDiv w:val="1"/>
      <w:marLeft w:val="0"/>
      <w:marRight w:val="0"/>
      <w:marTop w:val="0"/>
      <w:marBottom w:val="0"/>
      <w:divBdr>
        <w:top w:val="none" w:sz="0" w:space="0" w:color="auto"/>
        <w:left w:val="none" w:sz="0" w:space="0" w:color="auto"/>
        <w:bottom w:val="none" w:sz="0" w:space="0" w:color="auto"/>
        <w:right w:val="none" w:sz="0" w:space="0" w:color="auto"/>
      </w:divBdr>
      <w:divsChild>
        <w:div w:id="1493374743">
          <w:marLeft w:val="0"/>
          <w:marRight w:val="0"/>
          <w:marTop w:val="0"/>
          <w:marBottom w:val="0"/>
          <w:divBdr>
            <w:top w:val="none" w:sz="0" w:space="0" w:color="auto"/>
            <w:left w:val="none" w:sz="0" w:space="0" w:color="auto"/>
            <w:bottom w:val="none" w:sz="0" w:space="0" w:color="auto"/>
            <w:right w:val="none" w:sz="0" w:space="0" w:color="auto"/>
          </w:divBdr>
        </w:div>
      </w:divsChild>
    </w:div>
    <w:div w:id="1366100233">
      <w:bodyDiv w:val="1"/>
      <w:marLeft w:val="0"/>
      <w:marRight w:val="0"/>
      <w:marTop w:val="0"/>
      <w:marBottom w:val="0"/>
      <w:divBdr>
        <w:top w:val="none" w:sz="0" w:space="0" w:color="auto"/>
        <w:left w:val="none" w:sz="0" w:space="0" w:color="auto"/>
        <w:bottom w:val="none" w:sz="0" w:space="0" w:color="auto"/>
        <w:right w:val="none" w:sz="0" w:space="0" w:color="auto"/>
      </w:divBdr>
      <w:divsChild>
        <w:div w:id="1519149959">
          <w:marLeft w:val="0"/>
          <w:marRight w:val="0"/>
          <w:marTop w:val="0"/>
          <w:marBottom w:val="0"/>
          <w:divBdr>
            <w:top w:val="none" w:sz="0" w:space="0" w:color="auto"/>
            <w:left w:val="none" w:sz="0" w:space="0" w:color="auto"/>
            <w:bottom w:val="none" w:sz="0" w:space="0" w:color="auto"/>
            <w:right w:val="none" w:sz="0" w:space="0" w:color="auto"/>
          </w:divBdr>
        </w:div>
      </w:divsChild>
    </w:div>
    <w:div w:id="1422095109">
      <w:bodyDiv w:val="1"/>
      <w:marLeft w:val="0"/>
      <w:marRight w:val="0"/>
      <w:marTop w:val="0"/>
      <w:marBottom w:val="0"/>
      <w:divBdr>
        <w:top w:val="none" w:sz="0" w:space="0" w:color="auto"/>
        <w:left w:val="none" w:sz="0" w:space="0" w:color="auto"/>
        <w:bottom w:val="none" w:sz="0" w:space="0" w:color="auto"/>
        <w:right w:val="none" w:sz="0" w:space="0" w:color="auto"/>
      </w:divBdr>
      <w:divsChild>
        <w:div w:id="1103382448">
          <w:marLeft w:val="0"/>
          <w:marRight w:val="0"/>
          <w:marTop w:val="0"/>
          <w:marBottom w:val="0"/>
          <w:divBdr>
            <w:top w:val="none" w:sz="0" w:space="0" w:color="auto"/>
            <w:left w:val="none" w:sz="0" w:space="0" w:color="auto"/>
            <w:bottom w:val="none" w:sz="0" w:space="0" w:color="auto"/>
            <w:right w:val="none" w:sz="0" w:space="0" w:color="auto"/>
          </w:divBdr>
        </w:div>
      </w:divsChild>
    </w:div>
    <w:div w:id="1586646924">
      <w:bodyDiv w:val="1"/>
      <w:marLeft w:val="0"/>
      <w:marRight w:val="0"/>
      <w:marTop w:val="0"/>
      <w:marBottom w:val="0"/>
      <w:divBdr>
        <w:top w:val="none" w:sz="0" w:space="0" w:color="auto"/>
        <w:left w:val="none" w:sz="0" w:space="0" w:color="auto"/>
        <w:bottom w:val="none" w:sz="0" w:space="0" w:color="auto"/>
        <w:right w:val="none" w:sz="0" w:space="0" w:color="auto"/>
      </w:divBdr>
      <w:divsChild>
        <w:div w:id="774373682">
          <w:marLeft w:val="0"/>
          <w:marRight w:val="0"/>
          <w:marTop w:val="0"/>
          <w:marBottom w:val="0"/>
          <w:divBdr>
            <w:top w:val="none" w:sz="0" w:space="0" w:color="auto"/>
            <w:left w:val="none" w:sz="0" w:space="0" w:color="auto"/>
            <w:bottom w:val="none" w:sz="0" w:space="0" w:color="auto"/>
            <w:right w:val="none" w:sz="0" w:space="0" w:color="auto"/>
          </w:divBdr>
        </w:div>
      </w:divsChild>
    </w:div>
    <w:div w:id="1683317186">
      <w:bodyDiv w:val="1"/>
      <w:marLeft w:val="0"/>
      <w:marRight w:val="0"/>
      <w:marTop w:val="0"/>
      <w:marBottom w:val="0"/>
      <w:divBdr>
        <w:top w:val="none" w:sz="0" w:space="0" w:color="auto"/>
        <w:left w:val="none" w:sz="0" w:space="0" w:color="auto"/>
        <w:bottom w:val="none" w:sz="0" w:space="0" w:color="auto"/>
        <w:right w:val="none" w:sz="0" w:space="0" w:color="auto"/>
      </w:divBdr>
      <w:divsChild>
        <w:div w:id="324283264">
          <w:marLeft w:val="0"/>
          <w:marRight w:val="0"/>
          <w:marTop w:val="0"/>
          <w:marBottom w:val="0"/>
          <w:divBdr>
            <w:top w:val="none" w:sz="0" w:space="0" w:color="auto"/>
            <w:left w:val="none" w:sz="0" w:space="0" w:color="auto"/>
            <w:bottom w:val="none" w:sz="0" w:space="0" w:color="auto"/>
            <w:right w:val="none" w:sz="0" w:space="0" w:color="auto"/>
          </w:divBdr>
        </w:div>
      </w:divsChild>
    </w:div>
    <w:div w:id="1707411538">
      <w:bodyDiv w:val="1"/>
      <w:marLeft w:val="0"/>
      <w:marRight w:val="0"/>
      <w:marTop w:val="0"/>
      <w:marBottom w:val="0"/>
      <w:divBdr>
        <w:top w:val="none" w:sz="0" w:space="0" w:color="auto"/>
        <w:left w:val="none" w:sz="0" w:space="0" w:color="auto"/>
        <w:bottom w:val="none" w:sz="0" w:space="0" w:color="auto"/>
        <w:right w:val="none" w:sz="0" w:space="0" w:color="auto"/>
      </w:divBdr>
      <w:divsChild>
        <w:div w:id="155851053">
          <w:marLeft w:val="0"/>
          <w:marRight w:val="0"/>
          <w:marTop w:val="0"/>
          <w:marBottom w:val="0"/>
          <w:divBdr>
            <w:top w:val="none" w:sz="0" w:space="0" w:color="auto"/>
            <w:left w:val="none" w:sz="0" w:space="0" w:color="auto"/>
            <w:bottom w:val="none" w:sz="0" w:space="0" w:color="auto"/>
            <w:right w:val="none" w:sz="0" w:space="0" w:color="auto"/>
          </w:divBdr>
        </w:div>
      </w:divsChild>
    </w:div>
    <w:div w:id="1831217835">
      <w:bodyDiv w:val="1"/>
      <w:marLeft w:val="0"/>
      <w:marRight w:val="0"/>
      <w:marTop w:val="0"/>
      <w:marBottom w:val="0"/>
      <w:divBdr>
        <w:top w:val="none" w:sz="0" w:space="0" w:color="auto"/>
        <w:left w:val="none" w:sz="0" w:space="0" w:color="auto"/>
        <w:bottom w:val="none" w:sz="0" w:space="0" w:color="auto"/>
        <w:right w:val="none" w:sz="0" w:space="0" w:color="auto"/>
      </w:divBdr>
      <w:divsChild>
        <w:div w:id="1634097855">
          <w:marLeft w:val="0"/>
          <w:marRight w:val="0"/>
          <w:marTop w:val="0"/>
          <w:marBottom w:val="0"/>
          <w:divBdr>
            <w:top w:val="none" w:sz="0" w:space="0" w:color="auto"/>
            <w:left w:val="none" w:sz="0" w:space="0" w:color="auto"/>
            <w:bottom w:val="none" w:sz="0" w:space="0" w:color="auto"/>
            <w:right w:val="none" w:sz="0" w:space="0" w:color="auto"/>
          </w:divBdr>
        </w:div>
      </w:divsChild>
    </w:div>
    <w:div w:id="1833714311">
      <w:bodyDiv w:val="1"/>
      <w:marLeft w:val="0"/>
      <w:marRight w:val="0"/>
      <w:marTop w:val="0"/>
      <w:marBottom w:val="0"/>
      <w:divBdr>
        <w:top w:val="none" w:sz="0" w:space="0" w:color="auto"/>
        <w:left w:val="none" w:sz="0" w:space="0" w:color="auto"/>
        <w:bottom w:val="none" w:sz="0" w:space="0" w:color="auto"/>
        <w:right w:val="none" w:sz="0" w:space="0" w:color="auto"/>
      </w:divBdr>
      <w:divsChild>
        <w:div w:id="90989">
          <w:marLeft w:val="0"/>
          <w:marRight w:val="0"/>
          <w:marTop w:val="0"/>
          <w:marBottom w:val="0"/>
          <w:divBdr>
            <w:top w:val="none" w:sz="0" w:space="0" w:color="auto"/>
            <w:left w:val="none" w:sz="0" w:space="0" w:color="auto"/>
            <w:bottom w:val="none" w:sz="0" w:space="0" w:color="auto"/>
            <w:right w:val="none" w:sz="0" w:space="0" w:color="auto"/>
          </w:divBdr>
        </w:div>
      </w:divsChild>
    </w:div>
    <w:div w:id="1962033128">
      <w:bodyDiv w:val="1"/>
      <w:marLeft w:val="0"/>
      <w:marRight w:val="0"/>
      <w:marTop w:val="0"/>
      <w:marBottom w:val="0"/>
      <w:divBdr>
        <w:top w:val="none" w:sz="0" w:space="0" w:color="auto"/>
        <w:left w:val="none" w:sz="0" w:space="0" w:color="auto"/>
        <w:bottom w:val="none" w:sz="0" w:space="0" w:color="auto"/>
        <w:right w:val="none" w:sz="0" w:space="0" w:color="auto"/>
      </w:divBdr>
      <w:divsChild>
        <w:div w:id="332685792">
          <w:marLeft w:val="0"/>
          <w:marRight w:val="0"/>
          <w:marTop w:val="0"/>
          <w:marBottom w:val="0"/>
          <w:divBdr>
            <w:top w:val="none" w:sz="0" w:space="0" w:color="auto"/>
            <w:left w:val="none" w:sz="0" w:space="0" w:color="auto"/>
            <w:bottom w:val="none" w:sz="0" w:space="0" w:color="auto"/>
            <w:right w:val="none" w:sz="0" w:space="0" w:color="auto"/>
          </w:divBdr>
        </w:div>
      </w:divsChild>
    </w:div>
    <w:div w:id="1978491936">
      <w:bodyDiv w:val="1"/>
      <w:marLeft w:val="0"/>
      <w:marRight w:val="0"/>
      <w:marTop w:val="0"/>
      <w:marBottom w:val="0"/>
      <w:divBdr>
        <w:top w:val="none" w:sz="0" w:space="0" w:color="auto"/>
        <w:left w:val="none" w:sz="0" w:space="0" w:color="auto"/>
        <w:bottom w:val="none" w:sz="0" w:space="0" w:color="auto"/>
        <w:right w:val="none" w:sz="0" w:space="0" w:color="auto"/>
      </w:divBdr>
      <w:divsChild>
        <w:div w:id="6297224">
          <w:marLeft w:val="0"/>
          <w:marRight w:val="0"/>
          <w:marTop w:val="0"/>
          <w:marBottom w:val="0"/>
          <w:divBdr>
            <w:top w:val="none" w:sz="0" w:space="0" w:color="auto"/>
            <w:left w:val="none" w:sz="0" w:space="0" w:color="auto"/>
            <w:bottom w:val="none" w:sz="0" w:space="0" w:color="auto"/>
            <w:right w:val="none" w:sz="0" w:space="0" w:color="auto"/>
          </w:divBdr>
        </w:div>
      </w:divsChild>
    </w:div>
    <w:div w:id="2068457281">
      <w:bodyDiv w:val="1"/>
      <w:marLeft w:val="0"/>
      <w:marRight w:val="0"/>
      <w:marTop w:val="0"/>
      <w:marBottom w:val="0"/>
      <w:divBdr>
        <w:top w:val="none" w:sz="0" w:space="0" w:color="auto"/>
        <w:left w:val="none" w:sz="0" w:space="0" w:color="auto"/>
        <w:bottom w:val="none" w:sz="0" w:space="0" w:color="auto"/>
        <w:right w:val="none" w:sz="0" w:space="0" w:color="auto"/>
      </w:divBdr>
      <w:divsChild>
        <w:div w:id="801852595">
          <w:marLeft w:val="0"/>
          <w:marRight w:val="0"/>
          <w:marTop w:val="0"/>
          <w:marBottom w:val="0"/>
          <w:divBdr>
            <w:top w:val="none" w:sz="0" w:space="0" w:color="auto"/>
            <w:left w:val="none" w:sz="0" w:space="0" w:color="auto"/>
            <w:bottom w:val="none" w:sz="0" w:space="0" w:color="auto"/>
            <w:right w:val="none" w:sz="0" w:space="0" w:color="auto"/>
          </w:divBdr>
        </w:div>
      </w:divsChild>
    </w:div>
    <w:div w:id="2075853914">
      <w:bodyDiv w:val="1"/>
      <w:marLeft w:val="0"/>
      <w:marRight w:val="0"/>
      <w:marTop w:val="0"/>
      <w:marBottom w:val="0"/>
      <w:divBdr>
        <w:top w:val="none" w:sz="0" w:space="0" w:color="auto"/>
        <w:left w:val="none" w:sz="0" w:space="0" w:color="auto"/>
        <w:bottom w:val="none" w:sz="0" w:space="0" w:color="auto"/>
        <w:right w:val="none" w:sz="0" w:space="0" w:color="auto"/>
      </w:divBdr>
      <w:divsChild>
        <w:div w:id="899442248">
          <w:marLeft w:val="0"/>
          <w:marRight w:val="0"/>
          <w:marTop w:val="0"/>
          <w:marBottom w:val="0"/>
          <w:divBdr>
            <w:top w:val="none" w:sz="0" w:space="0" w:color="auto"/>
            <w:left w:val="none" w:sz="0" w:space="0" w:color="auto"/>
            <w:bottom w:val="none" w:sz="0" w:space="0" w:color="auto"/>
            <w:right w:val="none" w:sz="0" w:space="0" w:color="auto"/>
          </w:divBdr>
        </w:div>
      </w:divsChild>
    </w:div>
    <w:div w:id="2083477579">
      <w:bodyDiv w:val="1"/>
      <w:marLeft w:val="0"/>
      <w:marRight w:val="0"/>
      <w:marTop w:val="0"/>
      <w:marBottom w:val="0"/>
      <w:divBdr>
        <w:top w:val="none" w:sz="0" w:space="0" w:color="auto"/>
        <w:left w:val="none" w:sz="0" w:space="0" w:color="auto"/>
        <w:bottom w:val="none" w:sz="0" w:space="0" w:color="auto"/>
        <w:right w:val="none" w:sz="0" w:space="0" w:color="auto"/>
      </w:divBdr>
      <w:divsChild>
        <w:div w:id="1019116696">
          <w:marLeft w:val="0"/>
          <w:marRight w:val="0"/>
          <w:marTop w:val="0"/>
          <w:marBottom w:val="0"/>
          <w:divBdr>
            <w:top w:val="none" w:sz="0" w:space="0" w:color="auto"/>
            <w:left w:val="none" w:sz="0" w:space="0" w:color="auto"/>
            <w:bottom w:val="none" w:sz="0" w:space="0" w:color="auto"/>
            <w:right w:val="none" w:sz="0" w:space="0" w:color="auto"/>
          </w:divBdr>
        </w:div>
      </w:divsChild>
    </w:div>
    <w:div w:id="2142115385">
      <w:bodyDiv w:val="1"/>
      <w:marLeft w:val="0"/>
      <w:marRight w:val="0"/>
      <w:marTop w:val="0"/>
      <w:marBottom w:val="0"/>
      <w:divBdr>
        <w:top w:val="none" w:sz="0" w:space="0" w:color="auto"/>
        <w:left w:val="none" w:sz="0" w:space="0" w:color="auto"/>
        <w:bottom w:val="none" w:sz="0" w:space="0" w:color="auto"/>
        <w:right w:val="none" w:sz="0" w:space="0" w:color="auto"/>
      </w:divBdr>
      <w:divsChild>
        <w:div w:id="98389564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6" ma:contentTypeDescription="新しいドキュメントを作成します。" ma:contentTypeScope="" ma:versionID="09f3419214582189479eb1abe0d5666c">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89d129f9cad1e866df79de7010a9e5a9"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0e9b1f3-bde9-4590-bf09-ebfcda4ea792}"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E6B2F1D-34D7-439D-871B-34445D815E6A}">
  <ds:schemaRefs>
    <ds:schemaRef ds:uri="http://schemas.microsoft.com/sharepoint/v3/contenttype/forms"/>
  </ds:schemaRefs>
</ds:datastoreItem>
</file>

<file path=customXml/itemProps3.xml><?xml version="1.0" encoding="utf-8"?>
<ds:datastoreItem xmlns:ds="http://schemas.openxmlformats.org/officeDocument/2006/customXml" ds:itemID="{5488DEE5-8A32-4967-9AEC-3AADA9D28FF9}">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4.xml><?xml version="1.0" encoding="utf-8"?>
<ds:datastoreItem xmlns:ds="http://schemas.openxmlformats.org/officeDocument/2006/customXml" ds:itemID="{982EDC46-D009-4261-9C75-DA15114FE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424</TotalTime>
  <Pages>19</Pages>
  <Words>1785</Words>
  <Characters>10179</Characters>
  <Application>Microsoft Office Word</Application>
  <DocSecurity>8</DocSecurity>
  <Lines>84</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次世代成長産業技術開発等支援事業補助金 補助事業事務処理マニュアル</vt:lpstr>
      <vt:lpstr/>
    </vt:vector>
  </TitlesOfParts>
  <Manager/>
  <Company/>
  <LinksUpToDate>false</LinksUpToDate>
  <CharactersWithSpaces>11941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次世代成長産業技術開発等支援事業補助金 補助事業事務処理マニュアル（案）04</dc:title>
  <dc:subject>交付事業者向け事務処理マニュアル</dc:subject>
  <dc:creator>小田切　康博</dc:creator>
  <cp:keywords/>
  <dc:description>generated by python-docx</dc:description>
  <cp:lastModifiedBy>小田切</cp:lastModifiedBy>
  <cp:revision>347</cp:revision>
  <cp:lastPrinted>2026-08-25T09:31:00Z</cp:lastPrinted>
  <dcterms:created xsi:type="dcterms:W3CDTF">2026-08-25T02:57:00Z</dcterms:created>
  <dcterms:modified xsi:type="dcterms:W3CDTF">2026-09-04T08:38:00Z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